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D28C" w14:textId="5D92BB41" w:rsidR="007C0D9F" w:rsidRDefault="007C0D9F" w:rsidP="007C0D9F">
      <w:pPr>
        <w:spacing w:after="0"/>
        <w:jc w:val="center"/>
        <w:rPr>
          <w:b/>
          <w:sz w:val="28"/>
        </w:rPr>
      </w:pPr>
      <w:r>
        <w:rPr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8BF164F" wp14:editId="312A6280">
            <wp:simplePos x="0" y="0"/>
            <wp:positionH relativeFrom="column">
              <wp:posOffset>2349500</wp:posOffset>
            </wp:positionH>
            <wp:positionV relativeFrom="paragraph">
              <wp:posOffset>-349250</wp:posOffset>
            </wp:positionV>
            <wp:extent cx="989542" cy="952500"/>
            <wp:effectExtent l="0" t="0" r="1270" b="0"/>
            <wp:wrapNone/>
            <wp:docPr id="15605184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18466" name="Picture 15605184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542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A591D" w14:textId="748CEDFB" w:rsidR="007C0D9F" w:rsidRDefault="007C0D9F" w:rsidP="007C0D9F">
      <w:pPr>
        <w:spacing w:after="0"/>
        <w:jc w:val="center"/>
        <w:rPr>
          <w:b/>
          <w:sz w:val="28"/>
        </w:rPr>
      </w:pPr>
    </w:p>
    <w:p w14:paraId="38E564DA" w14:textId="77777777" w:rsidR="007C0D9F" w:rsidRDefault="007C0D9F" w:rsidP="007C0D9F">
      <w:pPr>
        <w:spacing w:after="0"/>
        <w:jc w:val="center"/>
        <w:rPr>
          <w:b/>
          <w:sz w:val="28"/>
        </w:rPr>
      </w:pPr>
    </w:p>
    <w:p w14:paraId="2CDB2D02" w14:textId="67C9844D" w:rsidR="007245FD" w:rsidRDefault="007C0D9F" w:rsidP="007C0D9F">
      <w:pPr>
        <w:spacing w:after="0"/>
        <w:jc w:val="center"/>
      </w:pPr>
      <w:r>
        <w:rPr>
          <w:b/>
          <w:sz w:val="28"/>
        </w:rPr>
        <w:t>SEKOLAH TINGGI AGAMA ISLAM (STAI) PADUKA ANAMBAS</w:t>
      </w:r>
    </w:p>
    <w:p w14:paraId="6F5A6CAE" w14:textId="77777777" w:rsidR="007245FD" w:rsidRDefault="007C0D9F" w:rsidP="007C0D9F">
      <w:pPr>
        <w:spacing w:after="0"/>
        <w:jc w:val="center"/>
      </w:pPr>
      <w:r>
        <w:rPr>
          <w:b/>
          <w:sz w:val="24"/>
        </w:rPr>
        <w:t>KEGIATAN KULIAH KERJA NYATA (KKN)</w:t>
      </w:r>
    </w:p>
    <w:p w14:paraId="7B084FEF" w14:textId="77777777" w:rsidR="007245FD" w:rsidRDefault="007245FD" w:rsidP="007C0D9F">
      <w:pPr>
        <w:spacing w:after="0"/>
      </w:pPr>
    </w:p>
    <w:p w14:paraId="08EF866E" w14:textId="77777777" w:rsidR="007245FD" w:rsidRDefault="007C0D9F" w:rsidP="007C0D9F">
      <w:pPr>
        <w:spacing w:after="0"/>
        <w:jc w:val="center"/>
      </w:pPr>
      <w:r>
        <w:rPr>
          <w:b/>
          <w:sz w:val="28"/>
        </w:rPr>
        <w:t>MATRIKS PROGRAM KERJA KKN</w:t>
      </w:r>
    </w:p>
    <w:p w14:paraId="6804CE26" w14:textId="77777777" w:rsidR="007245FD" w:rsidRDefault="007C0D9F">
      <w:pPr>
        <w:jc w:val="center"/>
      </w:pPr>
      <w:r>
        <w:rPr>
          <w:b/>
        </w:rPr>
        <w:t>TAHUN ________</w:t>
      </w:r>
    </w:p>
    <w:p w14:paraId="1B657DBF" w14:textId="77777777" w:rsidR="007245FD" w:rsidRDefault="007245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2"/>
        <w:gridCol w:w="4702"/>
      </w:tblGrid>
      <w:tr w:rsidR="007245FD" w14:paraId="1F3987DD" w14:textId="77777777">
        <w:tc>
          <w:tcPr>
            <w:tcW w:w="4702" w:type="dxa"/>
          </w:tcPr>
          <w:p w14:paraId="1F95B81E" w14:textId="77777777" w:rsidR="007245FD" w:rsidRDefault="007C0D9F">
            <w:r>
              <w:rPr>
                <w:b/>
                <w:sz w:val="20"/>
              </w:rPr>
              <w:t>Desa/Kelurahan</w:t>
            </w:r>
          </w:p>
        </w:tc>
        <w:tc>
          <w:tcPr>
            <w:tcW w:w="4702" w:type="dxa"/>
          </w:tcPr>
          <w:p w14:paraId="4DC5256C" w14:textId="77777777" w:rsidR="007245FD" w:rsidRDefault="007245FD"/>
        </w:tc>
      </w:tr>
      <w:tr w:rsidR="007245FD" w14:paraId="3A2E1B5B" w14:textId="77777777">
        <w:tc>
          <w:tcPr>
            <w:tcW w:w="4702" w:type="dxa"/>
          </w:tcPr>
          <w:p w14:paraId="7D1DE4C6" w14:textId="77777777" w:rsidR="007245FD" w:rsidRDefault="007C0D9F">
            <w:r>
              <w:rPr>
                <w:b/>
                <w:sz w:val="20"/>
              </w:rPr>
              <w:t>Kecamatan</w:t>
            </w:r>
          </w:p>
        </w:tc>
        <w:tc>
          <w:tcPr>
            <w:tcW w:w="4702" w:type="dxa"/>
          </w:tcPr>
          <w:p w14:paraId="7EDE88AC" w14:textId="77777777" w:rsidR="007245FD" w:rsidRDefault="007245FD"/>
        </w:tc>
      </w:tr>
      <w:tr w:rsidR="007245FD" w14:paraId="63FB3A9D" w14:textId="77777777">
        <w:tc>
          <w:tcPr>
            <w:tcW w:w="4702" w:type="dxa"/>
          </w:tcPr>
          <w:p w14:paraId="15DC490E" w14:textId="77777777" w:rsidR="007245FD" w:rsidRDefault="007C0D9F">
            <w:r>
              <w:rPr>
                <w:b/>
                <w:sz w:val="20"/>
              </w:rPr>
              <w:t>Kabupaten</w:t>
            </w:r>
          </w:p>
        </w:tc>
        <w:tc>
          <w:tcPr>
            <w:tcW w:w="4702" w:type="dxa"/>
          </w:tcPr>
          <w:p w14:paraId="3EEB4D24" w14:textId="77777777" w:rsidR="007245FD" w:rsidRDefault="007C0D9F">
            <w:r>
              <w:rPr>
                <w:sz w:val="20"/>
              </w:rPr>
              <w:t>Kepulauan Anambas</w:t>
            </w:r>
          </w:p>
        </w:tc>
      </w:tr>
      <w:tr w:rsidR="007245FD" w14:paraId="1F31327E" w14:textId="77777777">
        <w:tc>
          <w:tcPr>
            <w:tcW w:w="4702" w:type="dxa"/>
          </w:tcPr>
          <w:p w14:paraId="38047F63" w14:textId="77777777" w:rsidR="007245FD" w:rsidRDefault="007C0D9F">
            <w:r>
              <w:rPr>
                <w:b/>
                <w:sz w:val="20"/>
              </w:rPr>
              <w:t>Kelompok</w:t>
            </w:r>
          </w:p>
        </w:tc>
        <w:tc>
          <w:tcPr>
            <w:tcW w:w="4702" w:type="dxa"/>
          </w:tcPr>
          <w:p w14:paraId="1F97D774" w14:textId="77777777" w:rsidR="007245FD" w:rsidRDefault="007245FD"/>
        </w:tc>
      </w:tr>
      <w:tr w:rsidR="007245FD" w14:paraId="2CCC73C2" w14:textId="77777777">
        <w:tc>
          <w:tcPr>
            <w:tcW w:w="4702" w:type="dxa"/>
          </w:tcPr>
          <w:p w14:paraId="3D6ACBD6" w14:textId="77777777" w:rsidR="007245FD" w:rsidRDefault="007C0D9F">
            <w:r>
              <w:rPr>
                <w:b/>
                <w:sz w:val="20"/>
              </w:rPr>
              <w:t>DPL</w:t>
            </w:r>
          </w:p>
        </w:tc>
        <w:tc>
          <w:tcPr>
            <w:tcW w:w="4702" w:type="dxa"/>
          </w:tcPr>
          <w:p w14:paraId="451AB632" w14:textId="77777777" w:rsidR="007245FD" w:rsidRDefault="007245FD"/>
        </w:tc>
      </w:tr>
      <w:tr w:rsidR="007245FD" w14:paraId="5E3DEB89" w14:textId="77777777">
        <w:tc>
          <w:tcPr>
            <w:tcW w:w="4702" w:type="dxa"/>
          </w:tcPr>
          <w:p w14:paraId="3A8199EA" w14:textId="77777777" w:rsidR="007245FD" w:rsidRDefault="007C0D9F">
            <w:r>
              <w:rPr>
                <w:b/>
                <w:sz w:val="20"/>
              </w:rPr>
              <w:t>Periode KKN</w:t>
            </w:r>
          </w:p>
        </w:tc>
        <w:tc>
          <w:tcPr>
            <w:tcW w:w="4702" w:type="dxa"/>
          </w:tcPr>
          <w:p w14:paraId="18FA87F1" w14:textId="77777777" w:rsidR="007245FD" w:rsidRDefault="007245FD"/>
        </w:tc>
      </w:tr>
    </w:tbl>
    <w:p w14:paraId="0881CF73" w14:textId="77777777" w:rsidR="007245FD" w:rsidRDefault="007245FD"/>
    <w:p w14:paraId="770018BC" w14:textId="77777777" w:rsidR="007245FD" w:rsidRDefault="007C0D9F">
      <w:r>
        <w:rPr>
          <w:b/>
        </w:rPr>
        <w:t>A. MATRIKS PROGRAM KERJA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52"/>
        <w:gridCol w:w="1741"/>
        <w:gridCol w:w="906"/>
        <w:gridCol w:w="866"/>
        <w:gridCol w:w="881"/>
        <w:gridCol w:w="851"/>
        <w:gridCol w:w="853"/>
        <w:gridCol w:w="1061"/>
        <w:gridCol w:w="1132"/>
        <w:gridCol w:w="878"/>
      </w:tblGrid>
      <w:tr w:rsidR="007245FD" w14:paraId="22F51E97" w14:textId="77777777" w:rsidTr="007C0D9F">
        <w:trPr>
          <w:jc w:val="center"/>
        </w:trPr>
        <w:tc>
          <w:tcPr>
            <w:tcW w:w="392" w:type="dxa"/>
            <w:shd w:val="clear" w:color="auto" w:fill="D9EAF7"/>
          </w:tcPr>
          <w:p w14:paraId="59C1D9B5" w14:textId="77777777" w:rsidR="007245FD" w:rsidRDefault="007C0D9F">
            <w:r>
              <w:rPr>
                <w:b/>
                <w:sz w:val="16"/>
              </w:rPr>
              <w:t>No.</w:t>
            </w:r>
          </w:p>
        </w:tc>
        <w:tc>
          <w:tcPr>
            <w:tcW w:w="1761" w:type="dxa"/>
            <w:shd w:val="clear" w:color="auto" w:fill="D9EAF7"/>
          </w:tcPr>
          <w:p w14:paraId="7CC9E6DE" w14:textId="77777777" w:rsidR="007245FD" w:rsidRDefault="007C0D9F">
            <w:r>
              <w:rPr>
                <w:b/>
                <w:sz w:val="16"/>
              </w:rPr>
              <w:t>Bidang/Program</w:t>
            </w:r>
          </w:p>
        </w:tc>
        <w:tc>
          <w:tcPr>
            <w:tcW w:w="909" w:type="dxa"/>
            <w:shd w:val="clear" w:color="auto" w:fill="D9EAF7"/>
          </w:tcPr>
          <w:p w14:paraId="68AAC4FD" w14:textId="77777777" w:rsidR="007245FD" w:rsidRDefault="007C0D9F">
            <w:r>
              <w:rPr>
                <w:b/>
                <w:sz w:val="16"/>
              </w:rPr>
              <w:t>Nama Kegiatan</w:t>
            </w:r>
          </w:p>
        </w:tc>
        <w:tc>
          <w:tcPr>
            <w:tcW w:w="873" w:type="dxa"/>
            <w:shd w:val="clear" w:color="auto" w:fill="D9EAF7"/>
          </w:tcPr>
          <w:p w14:paraId="7A53FEF0" w14:textId="77777777" w:rsidR="007245FD" w:rsidRDefault="007C0D9F">
            <w:r>
              <w:rPr>
                <w:b/>
                <w:sz w:val="16"/>
              </w:rPr>
              <w:t>Tujuan</w:t>
            </w:r>
          </w:p>
        </w:tc>
        <w:tc>
          <w:tcPr>
            <w:tcW w:w="887" w:type="dxa"/>
            <w:shd w:val="clear" w:color="auto" w:fill="D9EAF7"/>
          </w:tcPr>
          <w:p w14:paraId="03684603" w14:textId="77777777" w:rsidR="007245FD" w:rsidRDefault="007C0D9F">
            <w:r>
              <w:rPr>
                <w:b/>
                <w:sz w:val="16"/>
              </w:rPr>
              <w:t>Sasaran</w:t>
            </w:r>
          </w:p>
        </w:tc>
        <w:tc>
          <w:tcPr>
            <w:tcW w:w="860" w:type="dxa"/>
            <w:shd w:val="clear" w:color="auto" w:fill="D9EAF7"/>
          </w:tcPr>
          <w:p w14:paraId="52528847" w14:textId="77777777" w:rsidR="007245FD" w:rsidRDefault="007C0D9F">
            <w:r>
              <w:rPr>
                <w:b/>
                <w:sz w:val="16"/>
              </w:rPr>
              <w:t>Lokasi</w:t>
            </w:r>
          </w:p>
        </w:tc>
        <w:tc>
          <w:tcPr>
            <w:tcW w:w="862" w:type="dxa"/>
            <w:shd w:val="clear" w:color="auto" w:fill="D9EAF7"/>
          </w:tcPr>
          <w:p w14:paraId="4342E58F" w14:textId="77777777" w:rsidR="007245FD" w:rsidRDefault="007C0D9F">
            <w:r>
              <w:rPr>
                <w:b/>
                <w:sz w:val="16"/>
              </w:rPr>
              <w:t>Waktu</w:t>
            </w:r>
          </w:p>
        </w:tc>
        <w:tc>
          <w:tcPr>
            <w:tcW w:w="1061" w:type="dxa"/>
            <w:shd w:val="clear" w:color="auto" w:fill="D9EAF7"/>
          </w:tcPr>
          <w:p w14:paraId="786D69A6" w14:textId="77777777" w:rsidR="007245FD" w:rsidRDefault="007C0D9F">
            <w:r>
              <w:rPr>
                <w:b/>
                <w:sz w:val="16"/>
              </w:rPr>
              <w:t>Penanggung Jawab</w:t>
            </w:r>
          </w:p>
        </w:tc>
        <w:tc>
          <w:tcPr>
            <w:tcW w:w="1132" w:type="dxa"/>
            <w:shd w:val="clear" w:color="auto" w:fill="D9EAF7"/>
          </w:tcPr>
          <w:p w14:paraId="187B092E" w14:textId="77777777" w:rsidR="007245FD" w:rsidRDefault="007C0D9F">
            <w:r>
              <w:rPr>
                <w:b/>
                <w:sz w:val="16"/>
              </w:rPr>
              <w:t>Indikator Keberhasilan</w:t>
            </w:r>
          </w:p>
        </w:tc>
        <w:tc>
          <w:tcPr>
            <w:tcW w:w="884" w:type="dxa"/>
            <w:shd w:val="clear" w:color="auto" w:fill="D9EAF7"/>
          </w:tcPr>
          <w:p w14:paraId="431BF790" w14:textId="77777777" w:rsidR="007245FD" w:rsidRDefault="007C0D9F">
            <w:r>
              <w:rPr>
                <w:b/>
                <w:sz w:val="16"/>
              </w:rPr>
              <w:t>Sumber Dana</w:t>
            </w:r>
          </w:p>
        </w:tc>
      </w:tr>
      <w:tr w:rsidR="007245FD" w14:paraId="05BDB108" w14:textId="77777777" w:rsidTr="007C0D9F">
        <w:trPr>
          <w:jc w:val="center"/>
        </w:trPr>
        <w:tc>
          <w:tcPr>
            <w:tcW w:w="392" w:type="dxa"/>
          </w:tcPr>
          <w:p w14:paraId="30A34113" w14:textId="77777777" w:rsidR="007245FD" w:rsidRDefault="007C0D9F">
            <w:r>
              <w:rPr>
                <w:sz w:val="16"/>
              </w:rPr>
              <w:t>1</w:t>
            </w:r>
          </w:p>
        </w:tc>
        <w:tc>
          <w:tcPr>
            <w:tcW w:w="1761" w:type="dxa"/>
          </w:tcPr>
          <w:p w14:paraId="020454EA" w14:textId="77777777" w:rsidR="007245FD" w:rsidRDefault="007245FD"/>
        </w:tc>
        <w:tc>
          <w:tcPr>
            <w:tcW w:w="909" w:type="dxa"/>
          </w:tcPr>
          <w:p w14:paraId="7B3A54C5" w14:textId="77777777" w:rsidR="007245FD" w:rsidRDefault="007245FD"/>
        </w:tc>
        <w:tc>
          <w:tcPr>
            <w:tcW w:w="873" w:type="dxa"/>
          </w:tcPr>
          <w:p w14:paraId="07D2F984" w14:textId="77777777" w:rsidR="007245FD" w:rsidRDefault="007245FD"/>
        </w:tc>
        <w:tc>
          <w:tcPr>
            <w:tcW w:w="887" w:type="dxa"/>
          </w:tcPr>
          <w:p w14:paraId="43BAEF61" w14:textId="77777777" w:rsidR="007245FD" w:rsidRDefault="007245FD"/>
        </w:tc>
        <w:tc>
          <w:tcPr>
            <w:tcW w:w="860" w:type="dxa"/>
          </w:tcPr>
          <w:p w14:paraId="757E3F71" w14:textId="77777777" w:rsidR="007245FD" w:rsidRDefault="007245FD"/>
        </w:tc>
        <w:tc>
          <w:tcPr>
            <w:tcW w:w="862" w:type="dxa"/>
          </w:tcPr>
          <w:p w14:paraId="0754BEC7" w14:textId="77777777" w:rsidR="007245FD" w:rsidRDefault="007245FD"/>
        </w:tc>
        <w:tc>
          <w:tcPr>
            <w:tcW w:w="1061" w:type="dxa"/>
          </w:tcPr>
          <w:p w14:paraId="59277AFC" w14:textId="77777777" w:rsidR="007245FD" w:rsidRDefault="007245FD"/>
        </w:tc>
        <w:tc>
          <w:tcPr>
            <w:tcW w:w="1132" w:type="dxa"/>
          </w:tcPr>
          <w:p w14:paraId="5AA5F335" w14:textId="77777777" w:rsidR="007245FD" w:rsidRDefault="007245FD"/>
        </w:tc>
        <w:tc>
          <w:tcPr>
            <w:tcW w:w="884" w:type="dxa"/>
          </w:tcPr>
          <w:p w14:paraId="2B70140B" w14:textId="77777777" w:rsidR="007245FD" w:rsidRDefault="007245FD"/>
        </w:tc>
      </w:tr>
      <w:tr w:rsidR="007245FD" w14:paraId="28BB3DB6" w14:textId="77777777" w:rsidTr="007C0D9F">
        <w:trPr>
          <w:jc w:val="center"/>
        </w:trPr>
        <w:tc>
          <w:tcPr>
            <w:tcW w:w="392" w:type="dxa"/>
          </w:tcPr>
          <w:p w14:paraId="593D3AE0" w14:textId="77777777" w:rsidR="007245FD" w:rsidRDefault="007C0D9F">
            <w:r>
              <w:rPr>
                <w:sz w:val="16"/>
              </w:rPr>
              <w:t>2</w:t>
            </w:r>
          </w:p>
        </w:tc>
        <w:tc>
          <w:tcPr>
            <w:tcW w:w="1761" w:type="dxa"/>
          </w:tcPr>
          <w:p w14:paraId="1D087B58" w14:textId="77777777" w:rsidR="007245FD" w:rsidRDefault="007245FD"/>
        </w:tc>
        <w:tc>
          <w:tcPr>
            <w:tcW w:w="909" w:type="dxa"/>
          </w:tcPr>
          <w:p w14:paraId="69709BE2" w14:textId="77777777" w:rsidR="007245FD" w:rsidRDefault="007245FD"/>
        </w:tc>
        <w:tc>
          <w:tcPr>
            <w:tcW w:w="873" w:type="dxa"/>
          </w:tcPr>
          <w:p w14:paraId="201920CB" w14:textId="77777777" w:rsidR="007245FD" w:rsidRDefault="007245FD"/>
        </w:tc>
        <w:tc>
          <w:tcPr>
            <w:tcW w:w="887" w:type="dxa"/>
          </w:tcPr>
          <w:p w14:paraId="7F0BD09A" w14:textId="77777777" w:rsidR="007245FD" w:rsidRDefault="007245FD"/>
        </w:tc>
        <w:tc>
          <w:tcPr>
            <w:tcW w:w="860" w:type="dxa"/>
          </w:tcPr>
          <w:p w14:paraId="034EA161" w14:textId="77777777" w:rsidR="007245FD" w:rsidRDefault="007245FD"/>
        </w:tc>
        <w:tc>
          <w:tcPr>
            <w:tcW w:w="862" w:type="dxa"/>
          </w:tcPr>
          <w:p w14:paraId="7A91BC68" w14:textId="77777777" w:rsidR="007245FD" w:rsidRDefault="007245FD"/>
        </w:tc>
        <w:tc>
          <w:tcPr>
            <w:tcW w:w="1061" w:type="dxa"/>
          </w:tcPr>
          <w:p w14:paraId="43F5EE80" w14:textId="77777777" w:rsidR="007245FD" w:rsidRDefault="007245FD"/>
        </w:tc>
        <w:tc>
          <w:tcPr>
            <w:tcW w:w="1132" w:type="dxa"/>
          </w:tcPr>
          <w:p w14:paraId="4CCB73B3" w14:textId="77777777" w:rsidR="007245FD" w:rsidRDefault="007245FD"/>
        </w:tc>
        <w:tc>
          <w:tcPr>
            <w:tcW w:w="884" w:type="dxa"/>
          </w:tcPr>
          <w:p w14:paraId="342273A5" w14:textId="77777777" w:rsidR="007245FD" w:rsidRDefault="007245FD"/>
        </w:tc>
      </w:tr>
      <w:tr w:rsidR="007245FD" w14:paraId="23E4CAFA" w14:textId="77777777" w:rsidTr="007C0D9F">
        <w:trPr>
          <w:jc w:val="center"/>
        </w:trPr>
        <w:tc>
          <w:tcPr>
            <w:tcW w:w="392" w:type="dxa"/>
          </w:tcPr>
          <w:p w14:paraId="323B2E82" w14:textId="77777777" w:rsidR="007245FD" w:rsidRDefault="007C0D9F">
            <w:r>
              <w:rPr>
                <w:sz w:val="16"/>
              </w:rPr>
              <w:t>3</w:t>
            </w:r>
          </w:p>
        </w:tc>
        <w:tc>
          <w:tcPr>
            <w:tcW w:w="1761" w:type="dxa"/>
          </w:tcPr>
          <w:p w14:paraId="2373FE54" w14:textId="77777777" w:rsidR="007245FD" w:rsidRDefault="007245FD"/>
        </w:tc>
        <w:tc>
          <w:tcPr>
            <w:tcW w:w="909" w:type="dxa"/>
          </w:tcPr>
          <w:p w14:paraId="33F0B2D6" w14:textId="77777777" w:rsidR="007245FD" w:rsidRDefault="007245FD"/>
        </w:tc>
        <w:tc>
          <w:tcPr>
            <w:tcW w:w="873" w:type="dxa"/>
          </w:tcPr>
          <w:p w14:paraId="340978CF" w14:textId="77777777" w:rsidR="007245FD" w:rsidRDefault="007245FD"/>
        </w:tc>
        <w:tc>
          <w:tcPr>
            <w:tcW w:w="887" w:type="dxa"/>
          </w:tcPr>
          <w:p w14:paraId="6A6C7876" w14:textId="77777777" w:rsidR="007245FD" w:rsidRDefault="007245FD"/>
        </w:tc>
        <w:tc>
          <w:tcPr>
            <w:tcW w:w="860" w:type="dxa"/>
          </w:tcPr>
          <w:p w14:paraId="5E5629D9" w14:textId="77777777" w:rsidR="007245FD" w:rsidRDefault="007245FD"/>
        </w:tc>
        <w:tc>
          <w:tcPr>
            <w:tcW w:w="862" w:type="dxa"/>
          </w:tcPr>
          <w:p w14:paraId="2A9041A6" w14:textId="77777777" w:rsidR="007245FD" w:rsidRDefault="007245FD"/>
        </w:tc>
        <w:tc>
          <w:tcPr>
            <w:tcW w:w="1061" w:type="dxa"/>
          </w:tcPr>
          <w:p w14:paraId="7B3352A5" w14:textId="77777777" w:rsidR="007245FD" w:rsidRDefault="007245FD"/>
        </w:tc>
        <w:tc>
          <w:tcPr>
            <w:tcW w:w="1132" w:type="dxa"/>
          </w:tcPr>
          <w:p w14:paraId="7AF67FDF" w14:textId="77777777" w:rsidR="007245FD" w:rsidRDefault="007245FD"/>
        </w:tc>
        <w:tc>
          <w:tcPr>
            <w:tcW w:w="884" w:type="dxa"/>
          </w:tcPr>
          <w:p w14:paraId="5D9478A2" w14:textId="77777777" w:rsidR="007245FD" w:rsidRDefault="007245FD"/>
        </w:tc>
      </w:tr>
      <w:tr w:rsidR="007245FD" w14:paraId="51F41958" w14:textId="77777777" w:rsidTr="007C0D9F">
        <w:trPr>
          <w:jc w:val="center"/>
        </w:trPr>
        <w:tc>
          <w:tcPr>
            <w:tcW w:w="392" w:type="dxa"/>
          </w:tcPr>
          <w:p w14:paraId="1B4B906B" w14:textId="77777777" w:rsidR="007245FD" w:rsidRDefault="007C0D9F">
            <w:r>
              <w:rPr>
                <w:sz w:val="16"/>
              </w:rPr>
              <w:t>4</w:t>
            </w:r>
          </w:p>
        </w:tc>
        <w:tc>
          <w:tcPr>
            <w:tcW w:w="1761" w:type="dxa"/>
          </w:tcPr>
          <w:p w14:paraId="3CF02A2B" w14:textId="77777777" w:rsidR="007245FD" w:rsidRDefault="007245FD"/>
        </w:tc>
        <w:tc>
          <w:tcPr>
            <w:tcW w:w="909" w:type="dxa"/>
          </w:tcPr>
          <w:p w14:paraId="648E9088" w14:textId="77777777" w:rsidR="007245FD" w:rsidRDefault="007245FD"/>
        </w:tc>
        <w:tc>
          <w:tcPr>
            <w:tcW w:w="873" w:type="dxa"/>
          </w:tcPr>
          <w:p w14:paraId="4C4B943C" w14:textId="77777777" w:rsidR="007245FD" w:rsidRDefault="007245FD"/>
        </w:tc>
        <w:tc>
          <w:tcPr>
            <w:tcW w:w="887" w:type="dxa"/>
          </w:tcPr>
          <w:p w14:paraId="0A82B20B" w14:textId="77777777" w:rsidR="007245FD" w:rsidRDefault="007245FD"/>
        </w:tc>
        <w:tc>
          <w:tcPr>
            <w:tcW w:w="860" w:type="dxa"/>
          </w:tcPr>
          <w:p w14:paraId="52F50738" w14:textId="77777777" w:rsidR="007245FD" w:rsidRDefault="007245FD"/>
        </w:tc>
        <w:tc>
          <w:tcPr>
            <w:tcW w:w="862" w:type="dxa"/>
          </w:tcPr>
          <w:p w14:paraId="1D22C42A" w14:textId="77777777" w:rsidR="007245FD" w:rsidRDefault="007245FD"/>
        </w:tc>
        <w:tc>
          <w:tcPr>
            <w:tcW w:w="1061" w:type="dxa"/>
          </w:tcPr>
          <w:p w14:paraId="59CC4A69" w14:textId="77777777" w:rsidR="007245FD" w:rsidRDefault="007245FD"/>
        </w:tc>
        <w:tc>
          <w:tcPr>
            <w:tcW w:w="1132" w:type="dxa"/>
          </w:tcPr>
          <w:p w14:paraId="0D4F7F1B" w14:textId="77777777" w:rsidR="007245FD" w:rsidRDefault="007245FD"/>
        </w:tc>
        <w:tc>
          <w:tcPr>
            <w:tcW w:w="884" w:type="dxa"/>
          </w:tcPr>
          <w:p w14:paraId="3DCBE3EF" w14:textId="77777777" w:rsidR="007245FD" w:rsidRDefault="007245FD"/>
        </w:tc>
      </w:tr>
      <w:tr w:rsidR="007245FD" w14:paraId="144AACB5" w14:textId="77777777" w:rsidTr="007C0D9F">
        <w:trPr>
          <w:jc w:val="center"/>
        </w:trPr>
        <w:tc>
          <w:tcPr>
            <w:tcW w:w="392" w:type="dxa"/>
          </w:tcPr>
          <w:p w14:paraId="1C7D36CA" w14:textId="77777777" w:rsidR="007245FD" w:rsidRDefault="007C0D9F">
            <w:r>
              <w:rPr>
                <w:sz w:val="16"/>
              </w:rPr>
              <w:t>5</w:t>
            </w:r>
          </w:p>
        </w:tc>
        <w:tc>
          <w:tcPr>
            <w:tcW w:w="1761" w:type="dxa"/>
          </w:tcPr>
          <w:p w14:paraId="0AAB937E" w14:textId="77777777" w:rsidR="007245FD" w:rsidRDefault="007245FD"/>
        </w:tc>
        <w:tc>
          <w:tcPr>
            <w:tcW w:w="909" w:type="dxa"/>
          </w:tcPr>
          <w:p w14:paraId="7345ED69" w14:textId="77777777" w:rsidR="007245FD" w:rsidRDefault="007245FD"/>
        </w:tc>
        <w:tc>
          <w:tcPr>
            <w:tcW w:w="873" w:type="dxa"/>
          </w:tcPr>
          <w:p w14:paraId="5CB1CE87" w14:textId="77777777" w:rsidR="007245FD" w:rsidRDefault="007245FD"/>
        </w:tc>
        <w:tc>
          <w:tcPr>
            <w:tcW w:w="887" w:type="dxa"/>
          </w:tcPr>
          <w:p w14:paraId="2C4CF4C6" w14:textId="77777777" w:rsidR="007245FD" w:rsidRDefault="007245FD"/>
        </w:tc>
        <w:tc>
          <w:tcPr>
            <w:tcW w:w="860" w:type="dxa"/>
          </w:tcPr>
          <w:p w14:paraId="1F5720B4" w14:textId="77777777" w:rsidR="007245FD" w:rsidRDefault="007245FD"/>
        </w:tc>
        <w:tc>
          <w:tcPr>
            <w:tcW w:w="862" w:type="dxa"/>
          </w:tcPr>
          <w:p w14:paraId="6C8E6BE2" w14:textId="77777777" w:rsidR="007245FD" w:rsidRDefault="007245FD"/>
        </w:tc>
        <w:tc>
          <w:tcPr>
            <w:tcW w:w="1061" w:type="dxa"/>
          </w:tcPr>
          <w:p w14:paraId="2ECDBCC8" w14:textId="77777777" w:rsidR="007245FD" w:rsidRDefault="007245FD"/>
        </w:tc>
        <w:tc>
          <w:tcPr>
            <w:tcW w:w="1132" w:type="dxa"/>
          </w:tcPr>
          <w:p w14:paraId="25D00BEA" w14:textId="77777777" w:rsidR="007245FD" w:rsidRDefault="007245FD"/>
        </w:tc>
        <w:tc>
          <w:tcPr>
            <w:tcW w:w="884" w:type="dxa"/>
          </w:tcPr>
          <w:p w14:paraId="3965DFE2" w14:textId="77777777" w:rsidR="007245FD" w:rsidRDefault="007245FD"/>
        </w:tc>
      </w:tr>
      <w:tr w:rsidR="007245FD" w14:paraId="51DF3ACB" w14:textId="77777777" w:rsidTr="007C0D9F">
        <w:trPr>
          <w:jc w:val="center"/>
        </w:trPr>
        <w:tc>
          <w:tcPr>
            <w:tcW w:w="392" w:type="dxa"/>
          </w:tcPr>
          <w:p w14:paraId="0FD059CC" w14:textId="77777777" w:rsidR="007245FD" w:rsidRDefault="007C0D9F">
            <w:r>
              <w:rPr>
                <w:sz w:val="16"/>
              </w:rPr>
              <w:t>6</w:t>
            </w:r>
          </w:p>
        </w:tc>
        <w:tc>
          <w:tcPr>
            <w:tcW w:w="1761" w:type="dxa"/>
          </w:tcPr>
          <w:p w14:paraId="4711A9DF" w14:textId="77777777" w:rsidR="007245FD" w:rsidRDefault="007245FD"/>
        </w:tc>
        <w:tc>
          <w:tcPr>
            <w:tcW w:w="909" w:type="dxa"/>
          </w:tcPr>
          <w:p w14:paraId="0BAEA3C9" w14:textId="77777777" w:rsidR="007245FD" w:rsidRDefault="007245FD"/>
        </w:tc>
        <w:tc>
          <w:tcPr>
            <w:tcW w:w="873" w:type="dxa"/>
          </w:tcPr>
          <w:p w14:paraId="45CE0C58" w14:textId="77777777" w:rsidR="007245FD" w:rsidRDefault="007245FD"/>
        </w:tc>
        <w:tc>
          <w:tcPr>
            <w:tcW w:w="887" w:type="dxa"/>
          </w:tcPr>
          <w:p w14:paraId="0CBC59E6" w14:textId="77777777" w:rsidR="007245FD" w:rsidRDefault="007245FD"/>
        </w:tc>
        <w:tc>
          <w:tcPr>
            <w:tcW w:w="860" w:type="dxa"/>
          </w:tcPr>
          <w:p w14:paraId="30D17C6F" w14:textId="77777777" w:rsidR="007245FD" w:rsidRDefault="007245FD"/>
        </w:tc>
        <w:tc>
          <w:tcPr>
            <w:tcW w:w="862" w:type="dxa"/>
          </w:tcPr>
          <w:p w14:paraId="6F9F8AC8" w14:textId="77777777" w:rsidR="007245FD" w:rsidRDefault="007245FD"/>
        </w:tc>
        <w:tc>
          <w:tcPr>
            <w:tcW w:w="1061" w:type="dxa"/>
          </w:tcPr>
          <w:p w14:paraId="569C2067" w14:textId="77777777" w:rsidR="007245FD" w:rsidRDefault="007245FD"/>
        </w:tc>
        <w:tc>
          <w:tcPr>
            <w:tcW w:w="1132" w:type="dxa"/>
          </w:tcPr>
          <w:p w14:paraId="3E93F219" w14:textId="77777777" w:rsidR="007245FD" w:rsidRDefault="007245FD"/>
        </w:tc>
        <w:tc>
          <w:tcPr>
            <w:tcW w:w="884" w:type="dxa"/>
          </w:tcPr>
          <w:p w14:paraId="4CBB8B63" w14:textId="77777777" w:rsidR="007245FD" w:rsidRDefault="007245FD"/>
        </w:tc>
      </w:tr>
      <w:tr w:rsidR="007245FD" w14:paraId="7CC2FC97" w14:textId="77777777" w:rsidTr="007C0D9F">
        <w:trPr>
          <w:jc w:val="center"/>
        </w:trPr>
        <w:tc>
          <w:tcPr>
            <w:tcW w:w="392" w:type="dxa"/>
          </w:tcPr>
          <w:p w14:paraId="7BDF51D0" w14:textId="77777777" w:rsidR="007245FD" w:rsidRDefault="007C0D9F">
            <w:r>
              <w:rPr>
                <w:sz w:val="16"/>
              </w:rPr>
              <w:t>7</w:t>
            </w:r>
          </w:p>
        </w:tc>
        <w:tc>
          <w:tcPr>
            <w:tcW w:w="1761" w:type="dxa"/>
          </w:tcPr>
          <w:p w14:paraId="4152911F" w14:textId="77777777" w:rsidR="007245FD" w:rsidRDefault="007245FD"/>
        </w:tc>
        <w:tc>
          <w:tcPr>
            <w:tcW w:w="909" w:type="dxa"/>
          </w:tcPr>
          <w:p w14:paraId="17963625" w14:textId="77777777" w:rsidR="007245FD" w:rsidRDefault="007245FD"/>
        </w:tc>
        <w:tc>
          <w:tcPr>
            <w:tcW w:w="873" w:type="dxa"/>
          </w:tcPr>
          <w:p w14:paraId="78A7E1C9" w14:textId="77777777" w:rsidR="007245FD" w:rsidRDefault="007245FD"/>
        </w:tc>
        <w:tc>
          <w:tcPr>
            <w:tcW w:w="887" w:type="dxa"/>
          </w:tcPr>
          <w:p w14:paraId="5B8DCCA3" w14:textId="77777777" w:rsidR="007245FD" w:rsidRDefault="007245FD"/>
        </w:tc>
        <w:tc>
          <w:tcPr>
            <w:tcW w:w="860" w:type="dxa"/>
          </w:tcPr>
          <w:p w14:paraId="69F0635A" w14:textId="77777777" w:rsidR="007245FD" w:rsidRDefault="007245FD"/>
        </w:tc>
        <w:tc>
          <w:tcPr>
            <w:tcW w:w="862" w:type="dxa"/>
          </w:tcPr>
          <w:p w14:paraId="4620613E" w14:textId="77777777" w:rsidR="007245FD" w:rsidRDefault="007245FD"/>
        </w:tc>
        <w:tc>
          <w:tcPr>
            <w:tcW w:w="1061" w:type="dxa"/>
          </w:tcPr>
          <w:p w14:paraId="633F506D" w14:textId="77777777" w:rsidR="007245FD" w:rsidRDefault="007245FD"/>
        </w:tc>
        <w:tc>
          <w:tcPr>
            <w:tcW w:w="1132" w:type="dxa"/>
          </w:tcPr>
          <w:p w14:paraId="0EFD5BB0" w14:textId="77777777" w:rsidR="007245FD" w:rsidRDefault="007245FD"/>
        </w:tc>
        <w:tc>
          <w:tcPr>
            <w:tcW w:w="884" w:type="dxa"/>
          </w:tcPr>
          <w:p w14:paraId="28B32C9B" w14:textId="77777777" w:rsidR="007245FD" w:rsidRDefault="007245FD"/>
        </w:tc>
      </w:tr>
      <w:tr w:rsidR="007245FD" w14:paraId="2BE016E2" w14:textId="77777777" w:rsidTr="007C0D9F">
        <w:trPr>
          <w:jc w:val="center"/>
        </w:trPr>
        <w:tc>
          <w:tcPr>
            <w:tcW w:w="392" w:type="dxa"/>
          </w:tcPr>
          <w:p w14:paraId="5F61153B" w14:textId="77777777" w:rsidR="007245FD" w:rsidRDefault="007C0D9F">
            <w:r>
              <w:rPr>
                <w:sz w:val="16"/>
              </w:rPr>
              <w:t>8</w:t>
            </w:r>
          </w:p>
        </w:tc>
        <w:tc>
          <w:tcPr>
            <w:tcW w:w="1761" w:type="dxa"/>
          </w:tcPr>
          <w:p w14:paraId="2A785353" w14:textId="77777777" w:rsidR="007245FD" w:rsidRDefault="007245FD"/>
        </w:tc>
        <w:tc>
          <w:tcPr>
            <w:tcW w:w="909" w:type="dxa"/>
          </w:tcPr>
          <w:p w14:paraId="6521574A" w14:textId="77777777" w:rsidR="007245FD" w:rsidRDefault="007245FD"/>
        </w:tc>
        <w:tc>
          <w:tcPr>
            <w:tcW w:w="873" w:type="dxa"/>
          </w:tcPr>
          <w:p w14:paraId="4B1E9E4E" w14:textId="77777777" w:rsidR="007245FD" w:rsidRDefault="007245FD"/>
        </w:tc>
        <w:tc>
          <w:tcPr>
            <w:tcW w:w="887" w:type="dxa"/>
          </w:tcPr>
          <w:p w14:paraId="70ABE9CE" w14:textId="77777777" w:rsidR="007245FD" w:rsidRDefault="007245FD"/>
        </w:tc>
        <w:tc>
          <w:tcPr>
            <w:tcW w:w="860" w:type="dxa"/>
          </w:tcPr>
          <w:p w14:paraId="0E356B04" w14:textId="77777777" w:rsidR="007245FD" w:rsidRDefault="007245FD"/>
        </w:tc>
        <w:tc>
          <w:tcPr>
            <w:tcW w:w="862" w:type="dxa"/>
          </w:tcPr>
          <w:p w14:paraId="32573093" w14:textId="77777777" w:rsidR="007245FD" w:rsidRDefault="007245FD"/>
        </w:tc>
        <w:tc>
          <w:tcPr>
            <w:tcW w:w="1061" w:type="dxa"/>
          </w:tcPr>
          <w:p w14:paraId="55EF531D" w14:textId="77777777" w:rsidR="007245FD" w:rsidRDefault="007245FD"/>
        </w:tc>
        <w:tc>
          <w:tcPr>
            <w:tcW w:w="1132" w:type="dxa"/>
          </w:tcPr>
          <w:p w14:paraId="595465F6" w14:textId="77777777" w:rsidR="007245FD" w:rsidRDefault="007245FD"/>
        </w:tc>
        <w:tc>
          <w:tcPr>
            <w:tcW w:w="884" w:type="dxa"/>
          </w:tcPr>
          <w:p w14:paraId="15D873D3" w14:textId="77777777" w:rsidR="007245FD" w:rsidRDefault="007245FD"/>
        </w:tc>
      </w:tr>
      <w:tr w:rsidR="007245FD" w14:paraId="3AC330C0" w14:textId="77777777" w:rsidTr="007C0D9F">
        <w:trPr>
          <w:jc w:val="center"/>
        </w:trPr>
        <w:tc>
          <w:tcPr>
            <w:tcW w:w="392" w:type="dxa"/>
          </w:tcPr>
          <w:p w14:paraId="4EDA9C8A" w14:textId="77777777" w:rsidR="007245FD" w:rsidRDefault="007C0D9F">
            <w:r>
              <w:rPr>
                <w:sz w:val="16"/>
              </w:rPr>
              <w:t>9</w:t>
            </w:r>
          </w:p>
        </w:tc>
        <w:tc>
          <w:tcPr>
            <w:tcW w:w="1761" w:type="dxa"/>
          </w:tcPr>
          <w:p w14:paraId="33B43C11" w14:textId="77777777" w:rsidR="007245FD" w:rsidRDefault="007245FD"/>
        </w:tc>
        <w:tc>
          <w:tcPr>
            <w:tcW w:w="909" w:type="dxa"/>
          </w:tcPr>
          <w:p w14:paraId="24711B2A" w14:textId="77777777" w:rsidR="007245FD" w:rsidRDefault="007245FD"/>
        </w:tc>
        <w:tc>
          <w:tcPr>
            <w:tcW w:w="873" w:type="dxa"/>
          </w:tcPr>
          <w:p w14:paraId="222BDC92" w14:textId="77777777" w:rsidR="007245FD" w:rsidRDefault="007245FD"/>
        </w:tc>
        <w:tc>
          <w:tcPr>
            <w:tcW w:w="887" w:type="dxa"/>
          </w:tcPr>
          <w:p w14:paraId="07B99D5E" w14:textId="77777777" w:rsidR="007245FD" w:rsidRDefault="007245FD"/>
        </w:tc>
        <w:tc>
          <w:tcPr>
            <w:tcW w:w="860" w:type="dxa"/>
          </w:tcPr>
          <w:p w14:paraId="76D6C7D5" w14:textId="77777777" w:rsidR="007245FD" w:rsidRDefault="007245FD"/>
        </w:tc>
        <w:tc>
          <w:tcPr>
            <w:tcW w:w="862" w:type="dxa"/>
          </w:tcPr>
          <w:p w14:paraId="28BD286C" w14:textId="77777777" w:rsidR="007245FD" w:rsidRDefault="007245FD"/>
        </w:tc>
        <w:tc>
          <w:tcPr>
            <w:tcW w:w="1061" w:type="dxa"/>
          </w:tcPr>
          <w:p w14:paraId="7BC47C64" w14:textId="77777777" w:rsidR="007245FD" w:rsidRDefault="007245FD"/>
        </w:tc>
        <w:tc>
          <w:tcPr>
            <w:tcW w:w="1132" w:type="dxa"/>
          </w:tcPr>
          <w:p w14:paraId="3BE4FB45" w14:textId="77777777" w:rsidR="007245FD" w:rsidRDefault="007245FD"/>
        </w:tc>
        <w:tc>
          <w:tcPr>
            <w:tcW w:w="884" w:type="dxa"/>
          </w:tcPr>
          <w:p w14:paraId="5A88521E" w14:textId="77777777" w:rsidR="007245FD" w:rsidRDefault="007245FD"/>
        </w:tc>
      </w:tr>
      <w:tr w:rsidR="007245FD" w14:paraId="125A3600" w14:textId="77777777" w:rsidTr="007C0D9F">
        <w:trPr>
          <w:jc w:val="center"/>
        </w:trPr>
        <w:tc>
          <w:tcPr>
            <w:tcW w:w="392" w:type="dxa"/>
          </w:tcPr>
          <w:p w14:paraId="6D320625" w14:textId="77777777" w:rsidR="007245FD" w:rsidRDefault="007C0D9F">
            <w:r>
              <w:rPr>
                <w:sz w:val="16"/>
              </w:rPr>
              <w:t>10</w:t>
            </w:r>
          </w:p>
        </w:tc>
        <w:tc>
          <w:tcPr>
            <w:tcW w:w="1761" w:type="dxa"/>
          </w:tcPr>
          <w:p w14:paraId="3322B5D3" w14:textId="77777777" w:rsidR="007245FD" w:rsidRDefault="007245FD"/>
        </w:tc>
        <w:tc>
          <w:tcPr>
            <w:tcW w:w="909" w:type="dxa"/>
          </w:tcPr>
          <w:p w14:paraId="55A62735" w14:textId="77777777" w:rsidR="007245FD" w:rsidRDefault="007245FD"/>
        </w:tc>
        <w:tc>
          <w:tcPr>
            <w:tcW w:w="873" w:type="dxa"/>
          </w:tcPr>
          <w:p w14:paraId="623B0800" w14:textId="77777777" w:rsidR="007245FD" w:rsidRDefault="007245FD"/>
        </w:tc>
        <w:tc>
          <w:tcPr>
            <w:tcW w:w="887" w:type="dxa"/>
          </w:tcPr>
          <w:p w14:paraId="0DAEC97C" w14:textId="77777777" w:rsidR="007245FD" w:rsidRDefault="007245FD"/>
        </w:tc>
        <w:tc>
          <w:tcPr>
            <w:tcW w:w="860" w:type="dxa"/>
          </w:tcPr>
          <w:p w14:paraId="05745997" w14:textId="77777777" w:rsidR="007245FD" w:rsidRDefault="007245FD"/>
        </w:tc>
        <w:tc>
          <w:tcPr>
            <w:tcW w:w="862" w:type="dxa"/>
          </w:tcPr>
          <w:p w14:paraId="5B9DAA87" w14:textId="77777777" w:rsidR="007245FD" w:rsidRDefault="007245FD"/>
        </w:tc>
        <w:tc>
          <w:tcPr>
            <w:tcW w:w="1061" w:type="dxa"/>
          </w:tcPr>
          <w:p w14:paraId="4AA3F17B" w14:textId="77777777" w:rsidR="007245FD" w:rsidRDefault="007245FD"/>
        </w:tc>
        <w:tc>
          <w:tcPr>
            <w:tcW w:w="1132" w:type="dxa"/>
          </w:tcPr>
          <w:p w14:paraId="0E73DFDE" w14:textId="77777777" w:rsidR="007245FD" w:rsidRDefault="007245FD"/>
        </w:tc>
        <w:tc>
          <w:tcPr>
            <w:tcW w:w="884" w:type="dxa"/>
          </w:tcPr>
          <w:p w14:paraId="0E5FF582" w14:textId="77777777" w:rsidR="007245FD" w:rsidRDefault="007245FD"/>
        </w:tc>
      </w:tr>
    </w:tbl>
    <w:p w14:paraId="29D65333" w14:textId="77777777" w:rsidR="007245FD" w:rsidRDefault="007245FD"/>
    <w:p w14:paraId="1E42A405" w14:textId="77777777" w:rsidR="007245FD" w:rsidRDefault="007C0D9F">
      <w:r>
        <w:rPr>
          <w:b/>
        </w:rPr>
        <w:t>B. REKAPITULASI PROGRAM KERJA BERDASARKAN BIDANG</w:t>
      </w:r>
    </w:p>
    <w:tbl>
      <w:tblPr>
        <w:tblStyle w:val="TableGrid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4"/>
        <w:gridCol w:w="3228"/>
        <w:gridCol w:w="1881"/>
        <w:gridCol w:w="1881"/>
        <w:gridCol w:w="1881"/>
      </w:tblGrid>
      <w:tr w:rsidR="007245FD" w14:paraId="74641B96" w14:textId="77777777" w:rsidTr="007C0D9F">
        <w:tc>
          <w:tcPr>
            <w:tcW w:w="534" w:type="dxa"/>
            <w:shd w:val="clear" w:color="auto" w:fill="D9EAF7"/>
          </w:tcPr>
          <w:p w14:paraId="7D9B1B25" w14:textId="77777777" w:rsidR="007245FD" w:rsidRDefault="007C0D9F">
            <w:r>
              <w:rPr>
                <w:b/>
                <w:sz w:val="18"/>
              </w:rPr>
              <w:t>No.</w:t>
            </w:r>
          </w:p>
        </w:tc>
        <w:tc>
          <w:tcPr>
            <w:tcW w:w="3228" w:type="dxa"/>
            <w:shd w:val="clear" w:color="auto" w:fill="D9EAF7"/>
          </w:tcPr>
          <w:p w14:paraId="426D57A6" w14:textId="77777777" w:rsidR="007245FD" w:rsidRDefault="007C0D9F">
            <w:r>
              <w:rPr>
                <w:b/>
                <w:sz w:val="18"/>
              </w:rPr>
              <w:t>Bidang</w:t>
            </w:r>
          </w:p>
        </w:tc>
        <w:tc>
          <w:tcPr>
            <w:tcW w:w="1881" w:type="dxa"/>
            <w:shd w:val="clear" w:color="auto" w:fill="D9EAF7"/>
          </w:tcPr>
          <w:p w14:paraId="77C842DC" w14:textId="77777777" w:rsidR="007245FD" w:rsidRDefault="007C0D9F">
            <w:r>
              <w:rPr>
                <w:b/>
                <w:sz w:val="18"/>
              </w:rPr>
              <w:t>Jumlah Program</w:t>
            </w:r>
          </w:p>
        </w:tc>
        <w:tc>
          <w:tcPr>
            <w:tcW w:w="1881" w:type="dxa"/>
            <w:shd w:val="clear" w:color="auto" w:fill="D9EAF7"/>
          </w:tcPr>
          <w:p w14:paraId="58B9DDAB" w14:textId="77777777" w:rsidR="007245FD" w:rsidRDefault="007C0D9F">
            <w:r>
              <w:rPr>
                <w:b/>
                <w:sz w:val="18"/>
              </w:rPr>
              <w:t>Program Prioritas</w:t>
            </w:r>
          </w:p>
        </w:tc>
        <w:tc>
          <w:tcPr>
            <w:tcW w:w="1881" w:type="dxa"/>
            <w:shd w:val="clear" w:color="auto" w:fill="D9EAF7"/>
          </w:tcPr>
          <w:p w14:paraId="6D79CAC0" w14:textId="77777777" w:rsidR="007245FD" w:rsidRDefault="007C0D9F">
            <w:r>
              <w:rPr>
                <w:b/>
                <w:sz w:val="18"/>
              </w:rPr>
              <w:t>Keterangan</w:t>
            </w:r>
          </w:p>
        </w:tc>
      </w:tr>
      <w:tr w:rsidR="007245FD" w14:paraId="5EE592B7" w14:textId="77777777" w:rsidTr="007C0D9F">
        <w:tc>
          <w:tcPr>
            <w:tcW w:w="534" w:type="dxa"/>
          </w:tcPr>
          <w:p w14:paraId="3F8342CD" w14:textId="77777777" w:rsidR="007245FD" w:rsidRDefault="007C0D9F">
            <w:r>
              <w:rPr>
                <w:sz w:val="18"/>
              </w:rPr>
              <w:t>1</w:t>
            </w:r>
          </w:p>
        </w:tc>
        <w:tc>
          <w:tcPr>
            <w:tcW w:w="3228" w:type="dxa"/>
          </w:tcPr>
          <w:p w14:paraId="29A68F4F" w14:textId="77777777" w:rsidR="007245FD" w:rsidRDefault="007245FD"/>
        </w:tc>
        <w:tc>
          <w:tcPr>
            <w:tcW w:w="1881" w:type="dxa"/>
          </w:tcPr>
          <w:p w14:paraId="75D4A58F" w14:textId="77777777" w:rsidR="007245FD" w:rsidRDefault="007245FD"/>
        </w:tc>
        <w:tc>
          <w:tcPr>
            <w:tcW w:w="1881" w:type="dxa"/>
          </w:tcPr>
          <w:p w14:paraId="79E0534F" w14:textId="77777777" w:rsidR="007245FD" w:rsidRDefault="007245FD"/>
        </w:tc>
        <w:tc>
          <w:tcPr>
            <w:tcW w:w="1881" w:type="dxa"/>
          </w:tcPr>
          <w:p w14:paraId="2DE9015A" w14:textId="77777777" w:rsidR="007245FD" w:rsidRDefault="007245FD"/>
        </w:tc>
      </w:tr>
      <w:tr w:rsidR="007245FD" w14:paraId="6ECD1CF8" w14:textId="77777777" w:rsidTr="007C0D9F">
        <w:tc>
          <w:tcPr>
            <w:tcW w:w="534" w:type="dxa"/>
          </w:tcPr>
          <w:p w14:paraId="283A5916" w14:textId="77777777" w:rsidR="007245FD" w:rsidRDefault="007C0D9F">
            <w:r>
              <w:rPr>
                <w:sz w:val="18"/>
              </w:rPr>
              <w:t>2</w:t>
            </w:r>
          </w:p>
        </w:tc>
        <w:tc>
          <w:tcPr>
            <w:tcW w:w="3228" w:type="dxa"/>
          </w:tcPr>
          <w:p w14:paraId="61787C54" w14:textId="77777777" w:rsidR="007245FD" w:rsidRDefault="007245FD"/>
        </w:tc>
        <w:tc>
          <w:tcPr>
            <w:tcW w:w="1881" w:type="dxa"/>
          </w:tcPr>
          <w:p w14:paraId="66468C76" w14:textId="77777777" w:rsidR="007245FD" w:rsidRDefault="007245FD"/>
        </w:tc>
        <w:tc>
          <w:tcPr>
            <w:tcW w:w="1881" w:type="dxa"/>
          </w:tcPr>
          <w:p w14:paraId="3B8784ED" w14:textId="77777777" w:rsidR="007245FD" w:rsidRDefault="007245FD"/>
        </w:tc>
        <w:tc>
          <w:tcPr>
            <w:tcW w:w="1881" w:type="dxa"/>
          </w:tcPr>
          <w:p w14:paraId="59034DD0" w14:textId="77777777" w:rsidR="007245FD" w:rsidRDefault="007245FD"/>
        </w:tc>
      </w:tr>
      <w:tr w:rsidR="007245FD" w14:paraId="02655DEF" w14:textId="77777777" w:rsidTr="007C0D9F">
        <w:tc>
          <w:tcPr>
            <w:tcW w:w="534" w:type="dxa"/>
          </w:tcPr>
          <w:p w14:paraId="4DDD5253" w14:textId="77777777" w:rsidR="007245FD" w:rsidRDefault="007C0D9F">
            <w:r>
              <w:rPr>
                <w:sz w:val="18"/>
              </w:rPr>
              <w:lastRenderedPageBreak/>
              <w:t>3</w:t>
            </w:r>
          </w:p>
        </w:tc>
        <w:tc>
          <w:tcPr>
            <w:tcW w:w="3228" w:type="dxa"/>
          </w:tcPr>
          <w:p w14:paraId="3EAC1A49" w14:textId="77777777" w:rsidR="007245FD" w:rsidRDefault="007245FD"/>
        </w:tc>
        <w:tc>
          <w:tcPr>
            <w:tcW w:w="1881" w:type="dxa"/>
          </w:tcPr>
          <w:p w14:paraId="6B793E14" w14:textId="77777777" w:rsidR="007245FD" w:rsidRDefault="007245FD"/>
        </w:tc>
        <w:tc>
          <w:tcPr>
            <w:tcW w:w="1881" w:type="dxa"/>
          </w:tcPr>
          <w:p w14:paraId="254F841F" w14:textId="77777777" w:rsidR="007245FD" w:rsidRDefault="007245FD"/>
        </w:tc>
        <w:tc>
          <w:tcPr>
            <w:tcW w:w="1881" w:type="dxa"/>
          </w:tcPr>
          <w:p w14:paraId="768C60AA" w14:textId="77777777" w:rsidR="007245FD" w:rsidRDefault="007245FD"/>
        </w:tc>
      </w:tr>
      <w:tr w:rsidR="007245FD" w14:paraId="7BAD95D6" w14:textId="77777777" w:rsidTr="007C0D9F">
        <w:tc>
          <w:tcPr>
            <w:tcW w:w="534" w:type="dxa"/>
          </w:tcPr>
          <w:p w14:paraId="05D15D30" w14:textId="77777777" w:rsidR="007245FD" w:rsidRDefault="007C0D9F">
            <w:r>
              <w:rPr>
                <w:sz w:val="18"/>
              </w:rPr>
              <w:t>4</w:t>
            </w:r>
          </w:p>
        </w:tc>
        <w:tc>
          <w:tcPr>
            <w:tcW w:w="3228" w:type="dxa"/>
          </w:tcPr>
          <w:p w14:paraId="4BF0B93B" w14:textId="77777777" w:rsidR="007245FD" w:rsidRDefault="007245FD"/>
        </w:tc>
        <w:tc>
          <w:tcPr>
            <w:tcW w:w="1881" w:type="dxa"/>
          </w:tcPr>
          <w:p w14:paraId="6CFEDF25" w14:textId="77777777" w:rsidR="007245FD" w:rsidRDefault="007245FD"/>
        </w:tc>
        <w:tc>
          <w:tcPr>
            <w:tcW w:w="1881" w:type="dxa"/>
          </w:tcPr>
          <w:p w14:paraId="08C36D61" w14:textId="77777777" w:rsidR="007245FD" w:rsidRDefault="007245FD"/>
        </w:tc>
        <w:tc>
          <w:tcPr>
            <w:tcW w:w="1881" w:type="dxa"/>
          </w:tcPr>
          <w:p w14:paraId="4C47DB1C" w14:textId="77777777" w:rsidR="007245FD" w:rsidRDefault="007245FD"/>
        </w:tc>
      </w:tr>
      <w:tr w:rsidR="007245FD" w14:paraId="1451A841" w14:textId="77777777" w:rsidTr="007C0D9F">
        <w:tc>
          <w:tcPr>
            <w:tcW w:w="534" w:type="dxa"/>
          </w:tcPr>
          <w:p w14:paraId="4D5A3CAF" w14:textId="77777777" w:rsidR="007245FD" w:rsidRDefault="007C0D9F">
            <w:r>
              <w:rPr>
                <w:sz w:val="18"/>
              </w:rPr>
              <w:t>5</w:t>
            </w:r>
          </w:p>
        </w:tc>
        <w:tc>
          <w:tcPr>
            <w:tcW w:w="3228" w:type="dxa"/>
          </w:tcPr>
          <w:p w14:paraId="19D6EEDA" w14:textId="77777777" w:rsidR="007245FD" w:rsidRDefault="007245FD"/>
        </w:tc>
        <w:tc>
          <w:tcPr>
            <w:tcW w:w="1881" w:type="dxa"/>
          </w:tcPr>
          <w:p w14:paraId="6595DC89" w14:textId="77777777" w:rsidR="007245FD" w:rsidRDefault="007245FD"/>
        </w:tc>
        <w:tc>
          <w:tcPr>
            <w:tcW w:w="1881" w:type="dxa"/>
          </w:tcPr>
          <w:p w14:paraId="413A6E94" w14:textId="77777777" w:rsidR="007245FD" w:rsidRDefault="007245FD"/>
        </w:tc>
        <w:tc>
          <w:tcPr>
            <w:tcW w:w="1881" w:type="dxa"/>
          </w:tcPr>
          <w:p w14:paraId="79B0F270" w14:textId="77777777" w:rsidR="007245FD" w:rsidRDefault="007245FD"/>
        </w:tc>
      </w:tr>
      <w:tr w:rsidR="007245FD" w14:paraId="2C7E6D7C" w14:textId="77777777" w:rsidTr="007C0D9F">
        <w:tc>
          <w:tcPr>
            <w:tcW w:w="534" w:type="dxa"/>
          </w:tcPr>
          <w:p w14:paraId="1BB078F1" w14:textId="77777777" w:rsidR="007245FD" w:rsidRDefault="007C0D9F">
            <w:r>
              <w:rPr>
                <w:sz w:val="18"/>
              </w:rPr>
              <w:t>6</w:t>
            </w:r>
          </w:p>
        </w:tc>
        <w:tc>
          <w:tcPr>
            <w:tcW w:w="3228" w:type="dxa"/>
          </w:tcPr>
          <w:p w14:paraId="5C1C7949" w14:textId="77777777" w:rsidR="007245FD" w:rsidRDefault="007245FD"/>
        </w:tc>
        <w:tc>
          <w:tcPr>
            <w:tcW w:w="1881" w:type="dxa"/>
          </w:tcPr>
          <w:p w14:paraId="4B65C727" w14:textId="77777777" w:rsidR="007245FD" w:rsidRDefault="007245FD"/>
        </w:tc>
        <w:tc>
          <w:tcPr>
            <w:tcW w:w="1881" w:type="dxa"/>
          </w:tcPr>
          <w:p w14:paraId="1A95F0A5" w14:textId="77777777" w:rsidR="007245FD" w:rsidRDefault="007245FD"/>
        </w:tc>
        <w:tc>
          <w:tcPr>
            <w:tcW w:w="1881" w:type="dxa"/>
          </w:tcPr>
          <w:p w14:paraId="053DBCBE" w14:textId="77777777" w:rsidR="007245FD" w:rsidRDefault="007245FD"/>
        </w:tc>
      </w:tr>
      <w:tr w:rsidR="007245FD" w14:paraId="33AA760B" w14:textId="77777777" w:rsidTr="007C0D9F">
        <w:tc>
          <w:tcPr>
            <w:tcW w:w="534" w:type="dxa"/>
          </w:tcPr>
          <w:p w14:paraId="093B0B30" w14:textId="77777777" w:rsidR="007245FD" w:rsidRDefault="007C0D9F">
            <w:r>
              <w:rPr>
                <w:sz w:val="18"/>
              </w:rPr>
              <w:t>7</w:t>
            </w:r>
          </w:p>
        </w:tc>
        <w:tc>
          <w:tcPr>
            <w:tcW w:w="3228" w:type="dxa"/>
          </w:tcPr>
          <w:p w14:paraId="3928DB72" w14:textId="77777777" w:rsidR="007245FD" w:rsidRDefault="007245FD"/>
        </w:tc>
        <w:tc>
          <w:tcPr>
            <w:tcW w:w="1881" w:type="dxa"/>
          </w:tcPr>
          <w:p w14:paraId="6F77884A" w14:textId="77777777" w:rsidR="007245FD" w:rsidRDefault="007245FD"/>
        </w:tc>
        <w:tc>
          <w:tcPr>
            <w:tcW w:w="1881" w:type="dxa"/>
          </w:tcPr>
          <w:p w14:paraId="57B483F4" w14:textId="77777777" w:rsidR="007245FD" w:rsidRDefault="007245FD"/>
        </w:tc>
        <w:tc>
          <w:tcPr>
            <w:tcW w:w="1881" w:type="dxa"/>
          </w:tcPr>
          <w:p w14:paraId="43371842" w14:textId="77777777" w:rsidR="007245FD" w:rsidRDefault="007245FD"/>
        </w:tc>
      </w:tr>
      <w:tr w:rsidR="007245FD" w14:paraId="6A0B59DC" w14:textId="77777777" w:rsidTr="007C0D9F">
        <w:tc>
          <w:tcPr>
            <w:tcW w:w="534" w:type="dxa"/>
          </w:tcPr>
          <w:p w14:paraId="2D7F4436" w14:textId="77777777" w:rsidR="007245FD" w:rsidRDefault="007C0D9F">
            <w:r>
              <w:rPr>
                <w:sz w:val="18"/>
              </w:rPr>
              <w:t>8</w:t>
            </w:r>
          </w:p>
        </w:tc>
        <w:tc>
          <w:tcPr>
            <w:tcW w:w="3228" w:type="dxa"/>
          </w:tcPr>
          <w:p w14:paraId="066898A6" w14:textId="77777777" w:rsidR="007245FD" w:rsidRDefault="007245FD"/>
        </w:tc>
        <w:tc>
          <w:tcPr>
            <w:tcW w:w="1881" w:type="dxa"/>
          </w:tcPr>
          <w:p w14:paraId="75B4C14A" w14:textId="77777777" w:rsidR="007245FD" w:rsidRDefault="007245FD"/>
        </w:tc>
        <w:tc>
          <w:tcPr>
            <w:tcW w:w="1881" w:type="dxa"/>
          </w:tcPr>
          <w:p w14:paraId="32681B6F" w14:textId="77777777" w:rsidR="007245FD" w:rsidRDefault="007245FD"/>
        </w:tc>
        <w:tc>
          <w:tcPr>
            <w:tcW w:w="1881" w:type="dxa"/>
          </w:tcPr>
          <w:p w14:paraId="5EF14C5C" w14:textId="77777777" w:rsidR="007245FD" w:rsidRDefault="007245FD"/>
        </w:tc>
      </w:tr>
    </w:tbl>
    <w:p w14:paraId="5083311A" w14:textId="77777777" w:rsidR="007245FD" w:rsidRDefault="007245FD"/>
    <w:p w14:paraId="53FF86AA" w14:textId="77777777" w:rsidR="007245FD" w:rsidRDefault="007C0D9F">
      <w:r>
        <w:rPr>
          <w:b/>
        </w:rPr>
        <w:t>C. JADWAL PELAKSANAAN PROGRAM KERJA</w:t>
      </w:r>
    </w:p>
    <w:tbl>
      <w:tblPr>
        <w:tblStyle w:val="TableGrid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4"/>
        <w:gridCol w:w="2438"/>
        <w:gridCol w:w="1328"/>
        <w:gridCol w:w="1328"/>
        <w:gridCol w:w="1328"/>
        <w:gridCol w:w="1328"/>
        <w:gridCol w:w="1337"/>
      </w:tblGrid>
      <w:tr w:rsidR="007245FD" w14:paraId="594F033D" w14:textId="77777777" w:rsidTr="007C0D9F">
        <w:tc>
          <w:tcPr>
            <w:tcW w:w="534" w:type="dxa"/>
            <w:shd w:val="clear" w:color="auto" w:fill="D9EAF7"/>
          </w:tcPr>
          <w:p w14:paraId="0CDE07E5" w14:textId="77777777" w:rsidR="007245FD" w:rsidRDefault="007C0D9F">
            <w:r>
              <w:rPr>
                <w:b/>
                <w:sz w:val="18"/>
              </w:rPr>
              <w:t>No.</w:t>
            </w:r>
          </w:p>
        </w:tc>
        <w:tc>
          <w:tcPr>
            <w:tcW w:w="2438" w:type="dxa"/>
            <w:shd w:val="clear" w:color="auto" w:fill="D9EAF7"/>
          </w:tcPr>
          <w:p w14:paraId="3CE19164" w14:textId="77777777" w:rsidR="007245FD" w:rsidRDefault="007C0D9F">
            <w:r>
              <w:rPr>
                <w:b/>
                <w:sz w:val="18"/>
              </w:rPr>
              <w:t>Nama Program/Kegiatan</w:t>
            </w:r>
          </w:p>
        </w:tc>
        <w:tc>
          <w:tcPr>
            <w:tcW w:w="1328" w:type="dxa"/>
            <w:shd w:val="clear" w:color="auto" w:fill="D9EAF7"/>
          </w:tcPr>
          <w:p w14:paraId="349381D2" w14:textId="77777777" w:rsidR="007245FD" w:rsidRDefault="007C0D9F">
            <w:r>
              <w:rPr>
                <w:b/>
                <w:sz w:val="18"/>
              </w:rPr>
              <w:t>Minggu I</w:t>
            </w:r>
          </w:p>
        </w:tc>
        <w:tc>
          <w:tcPr>
            <w:tcW w:w="1328" w:type="dxa"/>
            <w:shd w:val="clear" w:color="auto" w:fill="D9EAF7"/>
          </w:tcPr>
          <w:p w14:paraId="19E81CA0" w14:textId="77777777" w:rsidR="007245FD" w:rsidRDefault="007C0D9F">
            <w:r>
              <w:rPr>
                <w:b/>
                <w:sz w:val="18"/>
              </w:rPr>
              <w:t>Minggu II</w:t>
            </w:r>
          </w:p>
        </w:tc>
        <w:tc>
          <w:tcPr>
            <w:tcW w:w="1328" w:type="dxa"/>
            <w:shd w:val="clear" w:color="auto" w:fill="D9EAF7"/>
          </w:tcPr>
          <w:p w14:paraId="789ED69A" w14:textId="77777777" w:rsidR="007245FD" w:rsidRDefault="007C0D9F">
            <w:r>
              <w:rPr>
                <w:b/>
                <w:sz w:val="18"/>
              </w:rPr>
              <w:t>Minggu III</w:t>
            </w:r>
          </w:p>
        </w:tc>
        <w:tc>
          <w:tcPr>
            <w:tcW w:w="1328" w:type="dxa"/>
            <w:shd w:val="clear" w:color="auto" w:fill="D9EAF7"/>
          </w:tcPr>
          <w:p w14:paraId="009BBFCB" w14:textId="77777777" w:rsidR="007245FD" w:rsidRDefault="007C0D9F">
            <w:r>
              <w:rPr>
                <w:b/>
                <w:sz w:val="18"/>
              </w:rPr>
              <w:t>Minggu IV</w:t>
            </w:r>
          </w:p>
        </w:tc>
        <w:tc>
          <w:tcPr>
            <w:tcW w:w="1337" w:type="dxa"/>
            <w:shd w:val="clear" w:color="auto" w:fill="D9EAF7"/>
          </w:tcPr>
          <w:p w14:paraId="72198D4F" w14:textId="77777777" w:rsidR="007245FD" w:rsidRDefault="007C0D9F">
            <w:r>
              <w:rPr>
                <w:b/>
                <w:sz w:val="18"/>
              </w:rPr>
              <w:t>Keterangan</w:t>
            </w:r>
          </w:p>
        </w:tc>
      </w:tr>
      <w:tr w:rsidR="007245FD" w14:paraId="6097FF06" w14:textId="77777777" w:rsidTr="007C0D9F">
        <w:tc>
          <w:tcPr>
            <w:tcW w:w="534" w:type="dxa"/>
          </w:tcPr>
          <w:p w14:paraId="473C23FC" w14:textId="77777777" w:rsidR="007245FD" w:rsidRDefault="007C0D9F">
            <w:r>
              <w:rPr>
                <w:sz w:val="18"/>
              </w:rPr>
              <w:t>1</w:t>
            </w:r>
          </w:p>
        </w:tc>
        <w:tc>
          <w:tcPr>
            <w:tcW w:w="2438" w:type="dxa"/>
          </w:tcPr>
          <w:p w14:paraId="693D58CE" w14:textId="77777777" w:rsidR="007245FD" w:rsidRDefault="007245FD"/>
        </w:tc>
        <w:tc>
          <w:tcPr>
            <w:tcW w:w="1328" w:type="dxa"/>
          </w:tcPr>
          <w:p w14:paraId="7184C401" w14:textId="77777777" w:rsidR="007245FD" w:rsidRDefault="007245FD"/>
        </w:tc>
        <w:tc>
          <w:tcPr>
            <w:tcW w:w="1328" w:type="dxa"/>
          </w:tcPr>
          <w:p w14:paraId="0D604D28" w14:textId="77777777" w:rsidR="007245FD" w:rsidRDefault="007245FD"/>
        </w:tc>
        <w:tc>
          <w:tcPr>
            <w:tcW w:w="1328" w:type="dxa"/>
          </w:tcPr>
          <w:p w14:paraId="427CB57F" w14:textId="77777777" w:rsidR="007245FD" w:rsidRDefault="007245FD"/>
        </w:tc>
        <w:tc>
          <w:tcPr>
            <w:tcW w:w="1328" w:type="dxa"/>
          </w:tcPr>
          <w:p w14:paraId="454BAB4B" w14:textId="77777777" w:rsidR="007245FD" w:rsidRDefault="007245FD"/>
        </w:tc>
        <w:tc>
          <w:tcPr>
            <w:tcW w:w="1337" w:type="dxa"/>
          </w:tcPr>
          <w:p w14:paraId="02F73424" w14:textId="77777777" w:rsidR="007245FD" w:rsidRDefault="007245FD"/>
        </w:tc>
      </w:tr>
      <w:tr w:rsidR="007245FD" w14:paraId="27F2787A" w14:textId="77777777" w:rsidTr="007C0D9F">
        <w:tc>
          <w:tcPr>
            <w:tcW w:w="534" w:type="dxa"/>
          </w:tcPr>
          <w:p w14:paraId="421F80FE" w14:textId="77777777" w:rsidR="007245FD" w:rsidRDefault="007C0D9F">
            <w:r>
              <w:rPr>
                <w:sz w:val="18"/>
              </w:rPr>
              <w:t>2</w:t>
            </w:r>
          </w:p>
        </w:tc>
        <w:tc>
          <w:tcPr>
            <w:tcW w:w="2438" w:type="dxa"/>
          </w:tcPr>
          <w:p w14:paraId="4DA46BC3" w14:textId="77777777" w:rsidR="007245FD" w:rsidRDefault="007245FD"/>
        </w:tc>
        <w:tc>
          <w:tcPr>
            <w:tcW w:w="1328" w:type="dxa"/>
          </w:tcPr>
          <w:p w14:paraId="37C6E95D" w14:textId="77777777" w:rsidR="007245FD" w:rsidRDefault="007245FD"/>
        </w:tc>
        <w:tc>
          <w:tcPr>
            <w:tcW w:w="1328" w:type="dxa"/>
          </w:tcPr>
          <w:p w14:paraId="64F3603C" w14:textId="77777777" w:rsidR="007245FD" w:rsidRDefault="007245FD"/>
        </w:tc>
        <w:tc>
          <w:tcPr>
            <w:tcW w:w="1328" w:type="dxa"/>
          </w:tcPr>
          <w:p w14:paraId="67BFDAA0" w14:textId="77777777" w:rsidR="007245FD" w:rsidRDefault="007245FD"/>
        </w:tc>
        <w:tc>
          <w:tcPr>
            <w:tcW w:w="1328" w:type="dxa"/>
          </w:tcPr>
          <w:p w14:paraId="46331D7E" w14:textId="77777777" w:rsidR="007245FD" w:rsidRDefault="007245FD"/>
        </w:tc>
        <w:tc>
          <w:tcPr>
            <w:tcW w:w="1337" w:type="dxa"/>
          </w:tcPr>
          <w:p w14:paraId="31FF3DCC" w14:textId="77777777" w:rsidR="007245FD" w:rsidRDefault="007245FD"/>
        </w:tc>
      </w:tr>
      <w:tr w:rsidR="007245FD" w14:paraId="46E03E05" w14:textId="77777777" w:rsidTr="007C0D9F">
        <w:tc>
          <w:tcPr>
            <w:tcW w:w="534" w:type="dxa"/>
          </w:tcPr>
          <w:p w14:paraId="1C04B118" w14:textId="77777777" w:rsidR="007245FD" w:rsidRDefault="007C0D9F">
            <w:r>
              <w:rPr>
                <w:sz w:val="18"/>
              </w:rPr>
              <w:t>3</w:t>
            </w:r>
          </w:p>
        </w:tc>
        <w:tc>
          <w:tcPr>
            <w:tcW w:w="2438" w:type="dxa"/>
          </w:tcPr>
          <w:p w14:paraId="7B0AB836" w14:textId="77777777" w:rsidR="007245FD" w:rsidRDefault="007245FD"/>
        </w:tc>
        <w:tc>
          <w:tcPr>
            <w:tcW w:w="1328" w:type="dxa"/>
          </w:tcPr>
          <w:p w14:paraId="6549EF4B" w14:textId="77777777" w:rsidR="007245FD" w:rsidRDefault="007245FD"/>
        </w:tc>
        <w:tc>
          <w:tcPr>
            <w:tcW w:w="1328" w:type="dxa"/>
          </w:tcPr>
          <w:p w14:paraId="606DFDDD" w14:textId="77777777" w:rsidR="007245FD" w:rsidRDefault="007245FD"/>
        </w:tc>
        <w:tc>
          <w:tcPr>
            <w:tcW w:w="1328" w:type="dxa"/>
          </w:tcPr>
          <w:p w14:paraId="76B0FD85" w14:textId="77777777" w:rsidR="007245FD" w:rsidRDefault="007245FD"/>
        </w:tc>
        <w:tc>
          <w:tcPr>
            <w:tcW w:w="1328" w:type="dxa"/>
          </w:tcPr>
          <w:p w14:paraId="7EFAC947" w14:textId="77777777" w:rsidR="007245FD" w:rsidRDefault="007245FD"/>
        </w:tc>
        <w:tc>
          <w:tcPr>
            <w:tcW w:w="1337" w:type="dxa"/>
          </w:tcPr>
          <w:p w14:paraId="7608B3A2" w14:textId="77777777" w:rsidR="007245FD" w:rsidRDefault="007245FD"/>
        </w:tc>
      </w:tr>
      <w:tr w:rsidR="007245FD" w14:paraId="053D3F7F" w14:textId="77777777" w:rsidTr="007C0D9F">
        <w:tc>
          <w:tcPr>
            <w:tcW w:w="534" w:type="dxa"/>
          </w:tcPr>
          <w:p w14:paraId="23B81C83" w14:textId="77777777" w:rsidR="007245FD" w:rsidRDefault="007C0D9F">
            <w:r>
              <w:rPr>
                <w:sz w:val="18"/>
              </w:rPr>
              <w:t>4</w:t>
            </w:r>
          </w:p>
        </w:tc>
        <w:tc>
          <w:tcPr>
            <w:tcW w:w="2438" w:type="dxa"/>
          </w:tcPr>
          <w:p w14:paraId="692A8722" w14:textId="77777777" w:rsidR="007245FD" w:rsidRDefault="007245FD"/>
        </w:tc>
        <w:tc>
          <w:tcPr>
            <w:tcW w:w="1328" w:type="dxa"/>
          </w:tcPr>
          <w:p w14:paraId="1F8F1060" w14:textId="77777777" w:rsidR="007245FD" w:rsidRDefault="007245FD"/>
        </w:tc>
        <w:tc>
          <w:tcPr>
            <w:tcW w:w="1328" w:type="dxa"/>
          </w:tcPr>
          <w:p w14:paraId="4E73F15D" w14:textId="77777777" w:rsidR="007245FD" w:rsidRDefault="007245FD"/>
        </w:tc>
        <w:tc>
          <w:tcPr>
            <w:tcW w:w="1328" w:type="dxa"/>
          </w:tcPr>
          <w:p w14:paraId="50FF695B" w14:textId="77777777" w:rsidR="007245FD" w:rsidRDefault="007245FD"/>
        </w:tc>
        <w:tc>
          <w:tcPr>
            <w:tcW w:w="1328" w:type="dxa"/>
          </w:tcPr>
          <w:p w14:paraId="7179A976" w14:textId="77777777" w:rsidR="007245FD" w:rsidRDefault="007245FD"/>
        </w:tc>
        <w:tc>
          <w:tcPr>
            <w:tcW w:w="1337" w:type="dxa"/>
          </w:tcPr>
          <w:p w14:paraId="6367192A" w14:textId="77777777" w:rsidR="007245FD" w:rsidRDefault="007245FD"/>
        </w:tc>
      </w:tr>
      <w:tr w:rsidR="007245FD" w14:paraId="6F9F2E85" w14:textId="77777777" w:rsidTr="007C0D9F">
        <w:tc>
          <w:tcPr>
            <w:tcW w:w="534" w:type="dxa"/>
          </w:tcPr>
          <w:p w14:paraId="19B99972" w14:textId="77777777" w:rsidR="007245FD" w:rsidRDefault="007C0D9F">
            <w:r>
              <w:rPr>
                <w:sz w:val="18"/>
              </w:rPr>
              <w:t>5</w:t>
            </w:r>
          </w:p>
        </w:tc>
        <w:tc>
          <w:tcPr>
            <w:tcW w:w="2438" w:type="dxa"/>
          </w:tcPr>
          <w:p w14:paraId="004067A2" w14:textId="77777777" w:rsidR="007245FD" w:rsidRDefault="007245FD"/>
        </w:tc>
        <w:tc>
          <w:tcPr>
            <w:tcW w:w="1328" w:type="dxa"/>
          </w:tcPr>
          <w:p w14:paraId="41D474B0" w14:textId="77777777" w:rsidR="007245FD" w:rsidRDefault="007245FD"/>
        </w:tc>
        <w:tc>
          <w:tcPr>
            <w:tcW w:w="1328" w:type="dxa"/>
          </w:tcPr>
          <w:p w14:paraId="0E8D5EAE" w14:textId="77777777" w:rsidR="007245FD" w:rsidRDefault="007245FD"/>
        </w:tc>
        <w:tc>
          <w:tcPr>
            <w:tcW w:w="1328" w:type="dxa"/>
          </w:tcPr>
          <w:p w14:paraId="6075F9CC" w14:textId="77777777" w:rsidR="007245FD" w:rsidRDefault="007245FD"/>
        </w:tc>
        <w:tc>
          <w:tcPr>
            <w:tcW w:w="1328" w:type="dxa"/>
          </w:tcPr>
          <w:p w14:paraId="28FCF6FB" w14:textId="77777777" w:rsidR="007245FD" w:rsidRDefault="007245FD"/>
        </w:tc>
        <w:tc>
          <w:tcPr>
            <w:tcW w:w="1337" w:type="dxa"/>
          </w:tcPr>
          <w:p w14:paraId="0B9BB5EE" w14:textId="77777777" w:rsidR="007245FD" w:rsidRDefault="007245FD"/>
        </w:tc>
      </w:tr>
      <w:tr w:rsidR="007245FD" w14:paraId="764BEF9E" w14:textId="77777777" w:rsidTr="007C0D9F">
        <w:tc>
          <w:tcPr>
            <w:tcW w:w="534" w:type="dxa"/>
          </w:tcPr>
          <w:p w14:paraId="48C893F6" w14:textId="77777777" w:rsidR="007245FD" w:rsidRDefault="007C0D9F">
            <w:r>
              <w:rPr>
                <w:sz w:val="18"/>
              </w:rPr>
              <w:t>6</w:t>
            </w:r>
          </w:p>
        </w:tc>
        <w:tc>
          <w:tcPr>
            <w:tcW w:w="2438" w:type="dxa"/>
          </w:tcPr>
          <w:p w14:paraId="51E110B8" w14:textId="77777777" w:rsidR="007245FD" w:rsidRDefault="007245FD"/>
        </w:tc>
        <w:tc>
          <w:tcPr>
            <w:tcW w:w="1328" w:type="dxa"/>
          </w:tcPr>
          <w:p w14:paraId="424B4034" w14:textId="77777777" w:rsidR="007245FD" w:rsidRDefault="007245FD"/>
        </w:tc>
        <w:tc>
          <w:tcPr>
            <w:tcW w:w="1328" w:type="dxa"/>
          </w:tcPr>
          <w:p w14:paraId="5BEAF12B" w14:textId="77777777" w:rsidR="007245FD" w:rsidRDefault="007245FD"/>
        </w:tc>
        <w:tc>
          <w:tcPr>
            <w:tcW w:w="1328" w:type="dxa"/>
          </w:tcPr>
          <w:p w14:paraId="5F32D623" w14:textId="77777777" w:rsidR="007245FD" w:rsidRDefault="007245FD"/>
        </w:tc>
        <w:tc>
          <w:tcPr>
            <w:tcW w:w="1328" w:type="dxa"/>
          </w:tcPr>
          <w:p w14:paraId="3C4DDC8C" w14:textId="77777777" w:rsidR="007245FD" w:rsidRDefault="007245FD"/>
        </w:tc>
        <w:tc>
          <w:tcPr>
            <w:tcW w:w="1337" w:type="dxa"/>
          </w:tcPr>
          <w:p w14:paraId="1212CCEA" w14:textId="77777777" w:rsidR="007245FD" w:rsidRDefault="007245FD"/>
        </w:tc>
      </w:tr>
      <w:tr w:rsidR="007245FD" w14:paraId="2194E5B9" w14:textId="77777777" w:rsidTr="007C0D9F">
        <w:tc>
          <w:tcPr>
            <w:tcW w:w="534" w:type="dxa"/>
          </w:tcPr>
          <w:p w14:paraId="5A346C98" w14:textId="77777777" w:rsidR="007245FD" w:rsidRDefault="007C0D9F">
            <w:r>
              <w:rPr>
                <w:sz w:val="18"/>
              </w:rPr>
              <w:t>7</w:t>
            </w:r>
          </w:p>
        </w:tc>
        <w:tc>
          <w:tcPr>
            <w:tcW w:w="2438" w:type="dxa"/>
          </w:tcPr>
          <w:p w14:paraId="2836E826" w14:textId="77777777" w:rsidR="007245FD" w:rsidRDefault="007245FD"/>
        </w:tc>
        <w:tc>
          <w:tcPr>
            <w:tcW w:w="1328" w:type="dxa"/>
          </w:tcPr>
          <w:p w14:paraId="5D74C6FB" w14:textId="77777777" w:rsidR="007245FD" w:rsidRDefault="007245FD"/>
        </w:tc>
        <w:tc>
          <w:tcPr>
            <w:tcW w:w="1328" w:type="dxa"/>
          </w:tcPr>
          <w:p w14:paraId="64026878" w14:textId="77777777" w:rsidR="007245FD" w:rsidRDefault="007245FD"/>
        </w:tc>
        <w:tc>
          <w:tcPr>
            <w:tcW w:w="1328" w:type="dxa"/>
          </w:tcPr>
          <w:p w14:paraId="4B6EA2E7" w14:textId="77777777" w:rsidR="007245FD" w:rsidRDefault="007245FD"/>
        </w:tc>
        <w:tc>
          <w:tcPr>
            <w:tcW w:w="1328" w:type="dxa"/>
          </w:tcPr>
          <w:p w14:paraId="6E6C538E" w14:textId="77777777" w:rsidR="007245FD" w:rsidRDefault="007245FD"/>
        </w:tc>
        <w:tc>
          <w:tcPr>
            <w:tcW w:w="1337" w:type="dxa"/>
          </w:tcPr>
          <w:p w14:paraId="4CCE4E0B" w14:textId="77777777" w:rsidR="007245FD" w:rsidRDefault="007245FD"/>
        </w:tc>
      </w:tr>
      <w:tr w:rsidR="007245FD" w14:paraId="0F661D27" w14:textId="77777777" w:rsidTr="007C0D9F">
        <w:tc>
          <w:tcPr>
            <w:tcW w:w="534" w:type="dxa"/>
          </w:tcPr>
          <w:p w14:paraId="683DA8FF" w14:textId="77777777" w:rsidR="007245FD" w:rsidRDefault="007C0D9F">
            <w:r>
              <w:rPr>
                <w:sz w:val="18"/>
              </w:rPr>
              <w:t>8</w:t>
            </w:r>
          </w:p>
        </w:tc>
        <w:tc>
          <w:tcPr>
            <w:tcW w:w="2438" w:type="dxa"/>
          </w:tcPr>
          <w:p w14:paraId="208920B8" w14:textId="77777777" w:rsidR="007245FD" w:rsidRDefault="007245FD"/>
        </w:tc>
        <w:tc>
          <w:tcPr>
            <w:tcW w:w="1328" w:type="dxa"/>
          </w:tcPr>
          <w:p w14:paraId="47B903C4" w14:textId="77777777" w:rsidR="007245FD" w:rsidRDefault="007245FD"/>
        </w:tc>
        <w:tc>
          <w:tcPr>
            <w:tcW w:w="1328" w:type="dxa"/>
          </w:tcPr>
          <w:p w14:paraId="1FD256A3" w14:textId="77777777" w:rsidR="007245FD" w:rsidRDefault="007245FD"/>
        </w:tc>
        <w:tc>
          <w:tcPr>
            <w:tcW w:w="1328" w:type="dxa"/>
          </w:tcPr>
          <w:p w14:paraId="63527C49" w14:textId="77777777" w:rsidR="007245FD" w:rsidRDefault="007245FD"/>
        </w:tc>
        <w:tc>
          <w:tcPr>
            <w:tcW w:w="1328" w:type="dxa"/>
          </w:tcPr>
          <w:p w14:paraId="6E76EAE3" w14:textId="77777777" w:rsidR="007245FD" w:rsidRDefault="007245FD"/>
        </w:tc>
        <w:tc>
          <w:tcPr>
            <w:tcW w:w="1337" w:type="dxa"/>
          </w:tcPr>
          <w:p w14:paraId="631DF5A8" w14:textId="77777777" w:rsidR="007245FD" w:rsidRDefault="007245FD"/>
        </w:tc>
      </w:tr>
      <w:tr w:rsidR="007245FD" w14:paraId="6A028858" w14:textId="77777777" w:rsidTr="007C0D9F">
        <w:tc>
          <w:tcPr>
            <w:tcW w:w="534" w:type="dxa"/>
          </w:tcPr>
          <w:p w14:paraId="5B7922F4" w14:textId="77777777" w:rsidR="007245FD" w:rsidRDefault="007C0D9F">
            <w:r>
              <w:rPr>
                <w:sz w:val="18"/>
              </w:rPr>
              <w:t>9</w:t>
            </w:r>
          </w:p>
        </w:tc>
        <w:tc>
          <w:tcPr>
            <w:tcW w:w="2438" w:type="dxa"/>
          </w:tcPr>
          <w:p w14:paraId="513ED6E9" w14:textId="77777777" w:rsidR="007245FD" w:rsidRDefault="007245FD"/>
        </w:tc>
        <w:tc>
          <w:tcPr>
            <w:tcW w:w="1328" w:type="dxa"/>
          </w:tcPr>
          <w:p w14:paraId="72C7948A" w14:textId="77777777" w:rsidR="007245FD" w:rsidRDefault="007245FD"/>
        </w:tc>
        <w:tc>
          <w:tcPr>
            <w:tcW w:w="1328" w:type="dxa"/>
          </w:tcPr>
          <w:p w14:paraId="6D9A618C" w14:textId="77777777" w:rsidR="007245FD" w:rsidRDefault="007245FD"/>
        </w:tc>
        <w:tc>
          <w:tcPr>
            <w:tcW w:w="1328" w:type="dxa"/>
          </w:tcPr>
          <w:p w14:paraId="569D3BF5" w14:textId="77777777" w:rsidR="007245FD" w:rsidRDefault="007245FD"/>
        </w:tc>
        <w:tc>
          <w:tcPr>
            <w:tcW w:w="1328" w:type="dxa"/>
          </w:tcPr>
          <w:p w14:paraId="691208D5" w14:textId="77777777" w:rsidR="007245FD" w:rsidRDefault="007245FD"/>
        </w:tc>
        <w:tc>
          <w:tcPr>
            <w:tcW w:w="1337" w:type="dxa"/>
          </w:tcPr>
          <w:p w14:paraId="73E9C39E" w14:textId="77777777" w:rsidR="007245FD" w:rsidRDefault="007245FD"/>
        </w:tc>
      </w:tr>
      <w:tr w:rsidR="007245FD" w14:paraId="0CD94880" w14:textId="77777777" w:rsidTr="007C0D9F">
        <w:tc>
          <w:tcPr>
            <w:tcW w:w="534" w:type="dxa"/>
          </w:tcPr>
          <w:p w14:paraId="7E359339" w14:textId="77777777" w:rsidR="007245FD" w:rsidRDefault="007C0D9F">
            <w:r>
              <w:rPr>
                <w:sz w:val="18"/>
              </w:rPr>
              <w:t>10</w:t>
            </w:r>
          </w:p>
        </w:tc>
        <w:tc>
          <w:tcPr>
            <w:tcW w:w="2438" w:type="dxa"/>
          </w:tcPr>
          <w:p w14:paraId="685DEA31" w14:textId="77777777" w:rsidR="007245FD" w:rsidRDefault="007245FD"/>
        </w:tc>
        <w:tc>
          <w:tcPr>
            <w:tcW w:w="1328" w:type="dxa"/>
          </w:tcPr>
          <w:p w14:paraId="75EE36A2" w14:textId="77777777" w:rsidR="007245FD" w:rsidRDefault="007245FD"/>
        </w:tc>
        <w:tc>
          <w:tcPr>
            <w:tcW w:w="1328" w:type="dxa"/>
          </w:tcPr>
          <w:p w14:paraId="4EB2E714" w14:textId="77777777" w:rsidR="007245FD" w:rsidRDefault="007245FD"/>
        </w:tc>
        <w:tc>
          <w:tcPr>
            <w:tcW w:w="1328" w:type="dxa"/>
          </w:tcPr>
          <w:p w14:paraId="4057B86B" w14:textId="77777777" w:rsidR="007245FD" w:rsidRDefault="007245FD"/>
        </w:tc>
        <w:tc>
          <w:tcPr>
            <w:tcW w:w="1328" w:type="dxa"/>
          </w:tcPr>
          <w:p w14:paraId="004AA5A9" w14:textId="77777777" w:rsidR="007245FD" w:rsidRDefault="007245FD"/>
        </w:tc>
        <w:tc>
          <w:tcPr>
            <w:tcW w:w="1337" w:type="dxa"/>
          </w:tcPr>
          <w:p w14:paraId="4AC1EE21" w14:textId="77777777" w:rsidR="007245FD" w:rsidRDefault="007245FD"/>
        </w:tc>
      </w:tr>
    </w:tbl>
    <w:p w14:paraId="06BF1691" w14:textId="77777777" w:rsidR="007245FD" w:rsidRDefault="007245FD"/>
    <w:p w14:paraId="6BD177C3" w14:textId="77777777" w:rsidR="007245FD" w:rsidRDefault="007C0D9F">
      <w:r>
        <w:rPr>
          <w:b/>
        </w:rPr>
        <w:t>D. CATATAN DAN TINDAK LANJUT</w:t>
      </w:r>
    </w:p>
    <w:p w14:paraId="5DEC71CB" w14:textId="77777777" w:rsidR="007245FD" w:rsidRDefault="007C0D9F">
      <w:r>
        <w:t>................................................................................................................</w:t>
      </w:r>
    </w:p>
    <w:p w14:paraId="52D65F9F" w14:textId="77777777" w:rsidR="007245FD" w:rsidRDefault="007C0D9F">
      <w:r>
        <w:t>................................................................................................................</w:t>
      </w:r>
    </w:p>
    <w:p w14:paraId="051F3FAA" w14:textId="77777777" w:rsidR="007245FD" w:rsidRDefault="007245FD"/>
    <w:p w14:paraId="1ADA1BA0" w14:textId="29CDFC94" w:rsidR="007245FD" w:rsidRDefault="007C0D9F">
      <w:pPr>
        <w:rPr>
          <w:b/>
        </w:rPr>
      </w:pPr>
      <w:r>
        <w:rPr>
          <w:b/>
        </w:rPr>
        <w:t>E. PENGESAHAN</w:t>
      </w:r>
    </w:p>
    <w:p w14:paraId="5E5F93FA" w14:textId="77777777" w:rsidR="00E176AC" w:rsidRDefault="00E176AC"/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47"/>
        <w:gridCol w:w="4640"/>
      </w:tblGrid>
      <w:tr w:rsidR="00E176AC" w14:paraId="569AC6A4" w14:textId="77777777" w:rsidTr="00525757">
        <w:trPr>
          <w:jc w:val="center"/>
        </w:trPr>
        <w:tc>
          <w:tcPr>
            <w:tcW w:w="4647" w:type="dxa"/>
            <w:vAlign w:val="center"/>
          </w:tcPr>
          <w:p w14:paraId="13BCD256" w14:textId="77777777" w:rsidR="00E176AC" w:rsidRDefault="00E176AC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  <w:tc>
          <w:tcPr>
            <w:tcW w:w="4640" w:type="dxa"/>
            <w:vAlign w:val="center"/>
          </w:tcPr>
          <w:p w14:paraId="4DDDF207" w14:textId="77777777" w:rsidR="00E176AC" w:rsidRDefault="00E176AC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  <w:tr w:rsidR="00E176AC" w14:paraId="0496BE09" w14:textId="77777777" w:rsidTr="00525757">
        <w:trPr>
          <w:jc w:val="center"/>
        </w:trPr>
        <w:tc>
          <w:tcPr>
            <w:tcW w:w="9287" w:type="dxa"/>
            <w:gridSpan w:val="2"/>
            <w:vAlign w:val="center"/>
          </w:tcPr>
          <w:p w14:paraId="0AC36217" w14:textId="77777777" w:rsidR="00E176AC" w:rsidRDefault="00E176AC" w:rsidP="00525757">
            <w:pPr>
              <w:jc w:val="center"/>
            </w:pPr>
            <w:proofErr w:type="spellStart"/>
            <w:r>
              <w:t>Ketua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KKN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</w:tbl>
    <w:p w14:paraId="42C47A9E" w14:textId="06A0E0BC" w:rsidR="007C0D9F" w:rsidRDefault="007C0D9F"/>
    <w:sectPr w:rsidR="007C0D9F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45FD"/>
    <w:rsid w:val="007C0D9F"/>
    <w:rsid w:val="00AA1D8D"/>
    <w:rsid w:val="00B47730"/>
    <w:rsid w:val="00CB0664"/>
    <w:rsid w:val="00E176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1C5F52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2026-09-08T05:07:00Z</dcterms:modified>
  <cp:category/>
</cp:coreProperties>
</file>