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90C57" w14:textId="7E0F9C14" w:rsidR="0080198F" w:rsidRDefault="0080198F" w:rsidP="0080198F">
      <w:pPr>
        <w:spacing w:after="0"/>
        <w:jc w:val="center"/>
        <w:rPr>
          <w:b/>
          <w:sz w:val="28"/>
        </w:rPr>
      </w:pPr>
      <w:r>
        <w:rPr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7E39E82" wp14:editId="44AC1E7F">
            <wp:simplePos x="0" y="0"/>
            <wp:positionH relativeFrom="column">
              <wp:posOffset>2311400</wp:posOffset>
            </wp:positionH>
            <wp:positionV relativeFrom="paragraph">
              <wp:posOffset>-330835</wp:posOffset>
            </wp:positionV>
            <wp:extent cx="989542" cy="952500"/>
            <wp:effectExtent l="0" t="0" r="1270" b="0"/>
            <wp:wrapNone/>
            <wp:docPr id="15605184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18466" name="Picture 156051846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542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72224" w14:textId="77777777" w:rsidR="0080198F" w:rsidRDefault="0080198F" w:rsidP="0080198F">
      <w:pPr>
        <w:spacing w:after="0"/>
        <w:jc w:val="center"/>
        <w:rPr>
          <w:b/>
          <w:sz w:val="28"/>
        </w:rPr>
      </w:pPr>
    </w:p>
    <w:p w14:paraId="478A431D" w14:textId="77777777" w:rsidR="0080198F" w:rsidRDefault="0080198F" w:rsidP="0080198F">
      <w:pPr>
        <w:spacing w:after="0"/>
        <w:jc w:val="center"/>
        <w:rPr>
          <w:b/>
          <w:sz w:val="28"/>
        </w:rPr>
      </w:pPr>
    </w:p>
    <w:p w14:paraId="41239D3E" w14:textId="6EB597B7" w:rsidR="008772A2" w:rsidRDefault="0080198F" w:rsidP="0080198F">
      <w:pPr>
        <w:spacing w:after="0"/>
        <w:jc w:val="center"/>
      </w:pPr>
      <w:r>
        <w:rPr>
          <w:b/>
          <w:sz w:val="28"/>
        </w:rPr>
        <w:t>SEKOLAH TINGGI AGAMA ISLAM (STAI) PADUKA ANAMBAS</w:t>
      </w:r>
    </w:p>
    <w:p w14:paraId="0E543994" w14:textId="77777777" w:rsidR="008772A2" w:rsidRDefault="0080198F" w:rsidP="0080198F">
      <w:pPr>
        <w:spacing w:after="0"/>
        <w:jc w:val="center"/>
      </w:pPr>
      <w:r>
        <w:rPr>
          <w:b/>
          <w:sz w:val="24"/>
        </w:rPr>
        <w:t>KEGIATAN KULIAH KERJA NYATA (KKN)</w:t>
      </w:r>
    </w:p>
    <w:p w14:paraId="5031A560" w14:textId="77777777" w:rsidR="008772A2" w:rsidRDefault="008772A2" w:rsidP="0080198F">
      <w:pPr>
        <w:spacing w:after="0"/>
      </w:pPr>
    </w:p>
    <w:p w14:paraId="1BA24013" w14:textId="080FB7D9" w:rsidR="008772A2" w:rsidRDefault="0080198F" w:rsidP="0080198F">
      <w:pPr>
        <w:spacing w:after="0"/>
        <w:jc w:val="center"/>
      </w:pPr>
      <w:r>
        <w:rPr>
          <w:b/>
          <w:sz w:val="28"/>
        </w:rPr>
        <w:t>JURNAL HARIAN KKN</w:t>
      </w:r>
    </w:p>
    <w:p w14:paraId="3A80D778" w14:textId="77777777" w:rsidR="008772A2" w:rsidRDefault="0080198F" w:rsidP="0080198F">
      <w:pPr>
        <w:spacing w:after="0"/>
        <w:jc w:val="center"/>
      </w:pPr>
      <w:r>
        <w:rPr>
          <w:b/>
        </w:rPr>
        <w:t>CATATAN KEGIATAN HARIAN MAHASISWA KKN TAHUN ________</w:t>
      </w:r>
    </w:p>
    <w:p w14:paraId="7BD6E3C4" w14:textId="77777777" w:rsidR="008772A2" w:rsidRDefault="008772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2"/>
        <w:gridCol w:w="4702"/>
      </w:tblGrid>
      <w:tr w:rsidR="008772A2" w14:paraId="5F559372" w14:textId="77777777">
        <w:tc>
          <w:tcPr>
            <w:tcW w:w="4702" w:type="dxa"/>
          </w:tcPr>
          <w:p w14:paraId="7DECD9D9" w14:textId="77777777" w:rsidR="008772A2" w:rsidRDefault="0080198F">
            <w:r>
              <w:rPr>
                <w:b/>
                <w:sz w:val="20"/>
              </w:rPr>
              <w:t>Nama Mahasiswa</w:t>
            </w:r>
          </w:p>
        </w:tc>
        <w:tc>
          <w:tcPr>
            <w:tcW w:w="4702" w:type="dxa"/>
          </w:tcPr>
          <w:p w14:paraId="026E5F95" w14:textId="77777777" w:rsidR="008772A2" w:rsidRDefault="008772A2"/>
        </w:tc>
      </w:tr>
      <w:tr w:rsidR="008772A2" w14:paraId="11827901" w14:textId="77777777">
        <w:tc>
          <w:tcPr>
            <w:tcW w:w="4702" w:type="dxa"/>
          </w:tcPr>
          <w:p w14:paraId="71065EB8" w14:textId="77777777" w:rsidR="008772A2" w:rsidRDefault="0080198F">
            <w:r>
              <w:rPr>
                <w:b/>
                <w:sz w:val="20"/>
              </w:rPr>
              <w:t>NIM</w:t>
            </w:r>
          </w:p>
        </w:tc>
        <w:tc>
          <w:tcPr>
            <w:tcW w:w="4702" w:type="dxa"/>
          </w:tcPr>
          <w:p w14:paraId="1C6CB5AD" w14:textId="77777777" w:rsidR="008772A2" w:rsidRDefault="008772A2"/>
        </w:tc>
      </w:tr>
      <w:tr w:rsidR="008772A2" w14:paraId="375DFA4C" w14:textId="77777777">
        <w:tc>
          <w:tcPr>
            <w:tcW w:w="4702" w:type="dxa"/>
          </w:tcPr>
          <w:p w14:paraId="5568D5F5" w14:textId="77777777" w:rsidR="008772A2" w:rsidRDefault="0080198F">
            <w:r>
              <w:rPr>
                <w:b/>
                <w:sz w:val="20"/>
              </w:rPr>
              <w:t>Program Studi</w:t>
            </w:r>
          </w:p>
        </w:tc>
        <w:tc>
          <w:tcPr>
            <w:tcW w:w="4702" w:type="dxa"/>
          </w:tcPr>
          <w:p w14:paraId="31E4F37E" w14:textId="77777777" w:rsidR="008772A2" w:rsidRDefault="008772A2"/>
        </w:tc>
      </w:tr>
      <w:tr w:rsidR="008772A2" w14:paraId="725E2A28" w14:textId="77777777">
        <w:tc>
          <w:tcPr>
            <w:tcW w:w="4702" w:type="dxa"/>
          </w:tcPr>
          <w:p w14:paraId="2B580110" w14:textId="77777777" w:rsidR="008772A2" w:rsidRDefault="0080198F">
            <w:r>
              <w:rPr>
                <w:b/>
                <w:sz w:val="20"/>
              </w:rPr>
              <w:t>Kelompok KKN</w:t>
            </w:r>
          </w:p>
        </w:tc>
        <w:tc>
          <w:tcPr>
            <w:tcW w:w="4702" w:type="dxa"/>
          </w:tcPr>
          <w:p w14:paraId="6A2D9947" w14:textId="77777777" w:rsidR="008772A2" w:rsidRDefault="008772A2"/>
        </w:tc>
      </w:tr>
      <w:tr w:rsidR="008772A2" w14:paraId="0FB28870" w14:textId="77777777">
        <w:tc>
          <w:tcPr>
            <w:tcW w:w="4702" w:type="dxa"/>
          </w:tcPr>
          <w:p w14:paraId="218439EB" w14:textId="77777777" w:rsidR="008772A2" w:rsidRDefault="0080198F">
            <w:r>
              <w:rPr>
                <w:b/>
                <w:sz w:val="20"/>
              </w:rPr>
              <w:t>Desa/Kelurahan</w:t>
            </w:r>
          </w:p>
        </w:tc>
        <w:tc>
          <w:tcPr>
            <w:tcW w:w="4702" w:type="dxa"/>
          </w:tcPr>
          <w:p w14:paraId="68AEA9BC" w14:textId="77777777" w:rsidR="008772A2" w:rsidRDefault="008772A2"/>
        </w:tc>
      </w:tr>
      <w:tr w:rsidR="008772A2" w14:paraId="03C42A92" w14:textId="77777777">
        <w:tc>
          <w:tcPr>
            <w:tcW w:w="4702" w:type="dxa"/>
          </w:tcPr>
          <w:p w14:paraId="4F28DCD2" w14:textId="77777777" w:rsidR="008772A2" w:rsidRDefault="0080198F">
            <w:r>
              <w:rPr>
                <w:b/>
                <w:sz w:val="20"/>
              </w:rPr>
              <w:t>Kecamatan</w:t>
            </w:r>
          </w:p>
        </w:tc>
        <w:tc>
          <w:tcPr>
            <w:tcW w:w="4702" w:type="dxa"/>
          </w:tcPr>
          <w:p w14:paraId="6DAC3D9A" w14:textId="77777777" w:rsidR="008772A2" w:rsidRDefault="008772A2"/>
        </w:tc>
      </w:tr>
      <w:tr w:rsidR="008772A2" w14:paraId="2372D4F3" w14:textId="77777777">
        <w:tc>
          <w:tcPr>
            <w:tcW w:w="4702" w:type="dxa"/>
          </w:tcPr>
          <w:p w14:paraId="17A1CCA1" w14:textId="77777777" w:rsidR="008772A2" w:rsidRDefault="0080198F">
            <w:r>
              <w:rPr>
                <w:b/>
                <w:sz w:val="20"/>
              </w:rPr>
              <w:t>Kabupaten</w:t>
            </w:r>
          </w:p>
        </w:tc>
        <w:tc>
          <w:tcPr>
            <w:tcW w:w="4702" w:type="dxa"/>
          </w:tcPr>
          <w:p w14:paraId="3533E8B2" w14:textId="77777777" w:rsidR="008772A2" w:rsidRDefault="0080198F">
            <w:r>
              <w:rPr>
                <w:sz w:val="20"/>
              </w:rPr>
              <w:t>Kepulauan Anambas</w:t>
            </w:r>
          </w:p>
        </w:tc>
      </w:tr>
      <w:tr w:rsidR="008772A2" w14:paraId="14B5FD90" w14:textId="77777777">
        <w:tc>
          <w:tcPr>
            <w:tcW w:w="4702" w:type="dxa"/>
          </w:tcPr>
          <w:p w14:paraId="0760316B" w14:textId="77777777" w:rsidR="008772A2" w:rsidRDefault="0080198F">
            <w:r>
              <w:rPr>
                <w:b/>
                <w:sz w:val="20"/>
              </w:rPr>
              <w:t>DPL</w:t>
            </w:r>
          </w:p>
        </w:tc>
        <w:tc>
          <w:tcPr>
            <w:tcW w:w="4702" w:type="dxa"/>
          </w:tcPr>
          <w:p w14:paraId="10547FC2" w14:textId="77777777" w:rsidR="008772A2" w:rsidRDefault="008772A2"/>
        </w:tc>
      </w:tr>
      <w:tr w:rsidR="008772A2" w14:paraId="57CF9020" w14:textId="77777777">
        <w:tc>
          <w:tcPr>
            <w:tcW w:w="4702" w:type="dxa"/>
          </w:tcPr>
          <w:p w14:paraId="24CD26C0" w14:textId="77777777" w:rsidR="008772A2" w:rsidRDefault="0080198F">
            <w:r>
              <w:rPr>
                <w:b/>
                <w:sz w:val="20"/>
              </w:rPr>
              <w:t>Periode KKN</w:t>
            </w:r>
          </w:p>
        </w:tc>
        <w:tc>
          <w:tcPr>
            <w:tcW w:w="4702" w:type="dxa"/>
          </w:tcPr>
          <w:p w14:paraId="6D545862" w14:textId="77777777" w:rsidR="008772A2" w:rsidRDefault="008772A2"/>
        </w:tc>
      </w:tr>
    </w:tbl>
    <w:p w14:paraId="50D90473" w14:textId="77777777" w:rsidR="008772A2" w:rsidRDefault="008772A2"/>
    <w:p w14:paraId="308C8E0A" w14:textId="77777777" w:rsidR="008772A2" w:rsidRDefault="0080198F">
      <w:r>
        <w:rPr>
          <w:b/>
        </w:rPr>
        <w:t>A. JURNAL HARIAN</w:t>
      </w:r>
    </w:p>
    <w:tbl>
      <w:tblPr>
        <w:tblStyle w:val="TableGrid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34"/>
        <w:gridCol w:w="1635"/>
        <w:gridCol w:w="1035"/>
        <w:gridCol w:w="1159"/>
        <w:gridCol w:w="1037"/>
        <w:gridCol w:w="1115"/>
        <w:gridCol w:w="1038"/>
        <w:gridCol w:w="1036"/>
        <w:gridCol w:w="1032"/>
      </w:tblGrid>
      <w:tr w:rsidR="008772A2" w14:paraId="5D8E3A01" w14:textId="77777777" w:rsidTr="0080198F">
        <w:trPr>
          <w:jc w:val="center"/>
        </w:trPr>
        <w:tc>
          <w:tcPr>
            <w:tcW w:w="534" w:type="dxa"/>
            <w:shd w:val="clear" w:color="auto" w:fill="D9EAF7"/>
          </w:tcPr>
          <w:p w14:paraId="1B31DC71" w14:textId="77777777" w:rsidR="008772A2" w:rsidRDefault="0080198F">
            <w:r>
              <w:rPr>
                <w:b/>
                <w:sz w:val="16"/>
              </w:rPr>
              <w:t>No.</w:t>
            </w:r>
          </w:p>
        </w:tc>
        <w:tc>
          <w:tcPr>
            <w:tcW w:w="1635" w:type="dxa"/>
            <w:shd w:val="clear" w:color="auto" w:fill="D9EAF7"/>
          </w:tcPr>
          <w:p w14:paraId="62E2A77A" w14:textId="77777777" w:rsidR="008772A2" w:rsidRDefault="0080198F">
            <w:r>
              <w:rPr>
                <w:b/>
                <w:sz w:val="16"/>
              </w:rPr>
              <w:t>Hari/Tanggal</w:t>
            </w:r>
          </w:p>
        </w:tc>
        <w:tc>
          <w:tcPr>
            <w:tcW w:w="1035" w:type="dxa"/>
            <w:shd w:val="clear" w:color="auto" w:fill="D9EAF7"/>
          </w:tcPr>
          <w:p w14:paraId="2C3FD7A7" w14:textId="77777777" w:rsidR="008772A2" w:rsidRDefault="0080198F">
            <w:r>
              <w:rPr>
                <w:b/>
                <w:sz w:val="16"/>
              </w:rPr>
              <w:t>Waktu</w:t>
            </w:r>
          </w:p>
        </w:tc>
        <w:tc>
          <w:tcPr>
            <w:tcW w:w="1159" w:type="dxa"/>
            <w:shd w:val="clear" w:color="auto" w:fill="D9EAF7"/>
          </w:tcPr>
          <w:p w14:paraId="2840DD76" w14:textId="77777777" w:rsidR="008772A2" w:rsidRDefault="0080198F">
            <w:r>
              <w:rPr>
                <w:b/>
                <w:sz w:val="16"/>
              </w:rPr>
              <w:t>Kegiatan yang Dilaksanakan</w:t>
            </w:r>
          </w:p>
        </w:tc>
        <w:tc>
          <w:tcPr>
            <w:tcW w:w="1037" w:type="dxa"/>
            <w:shd w:val="clear" w:color="auto" w:fill="D9EAF7"/>
          </w:tcPr>
          <w:p w14:paraId="5B7CCFC2" w14:textId="77777777" w:rsidR="008772A2" w:rsidRDefault="0080198F">
            <w:r>
              <w:rPr>
                <w:b/>
                <w:sz w:val="16"/>
              </w:rPr>
              <w:t>Tempat</w:t>
            </w:r>
          </w:p>
        </w:tc>
        <w:tc>
          <w:tcPr>
            <w:tcW w:w="1115" w:type="dxa"/>
            <w:shd w:val="clear" w:color="auto" w:fill="D9EAF7"/>
          </w:tcPr>
          <w:p w14:paraId="5E3B21C9" w14:textId="77777777" w:rsidR="008772A2" w:rsidRDefault="0080198F">
            <w:r>
              <w:rPr>
                <w:b/>
                <w:sz w:val="16"/>
              </w:rPr>
              <w:t>Hasil/Output</w:t>
            </w:r>
          </w:p>
        </w:tc>
        <w:tc>
          <w:tcPr>
            <w:tcW w:w="1038" w:type="dxa"/>
            <w:shd w:val="clear" w:color="auto" w:fill="D9EAF7"/>
          </w:tcPr>
          <w:p w14:paraId="1D8C13D5" w14:textId="77777777" w:rsidR="008772A2" w:rsidRDefault="0080198F">
            <w:r>
              <w:rPr>
                <w:b/>
                <w:sz w:val="16"/>
              </w:rPr>
              <w:t>Kendala</w:t>
            </w:r>
          </w:p>
        </w:tc>
        <w:tc>
          <w:tcPr>
            <w:tcW w:w="1036" w:type="dxa"/>
            <w:shd w:val="clear" w:color="auto" w:fill="D9EAF7"/>
          </w:tcPr>
          <w:p w14:paraId="21E196DE" w14:textId="77777777" w:rsidR="008772A2" w:rsidRDefault="0080198F">
            <w:r>
              <w:rPr>
                <w:b/>
                <w:sz w:val="16"/>
              </w:rPr>
              <w:t>Tindak Lanjut</w:t>
            </w:r>
          </w:p>
        </w:tc>
        <w:tc>
          <w:tcPr>
            <w:tcW w:w="1032" w:type="dxa"/>
            <w:shd w:val="clear" w:color="auto" w:fill="D9EAF7"/>
          </w:tcPr>
          <w:p w14:paraId="666576DF" w14:textId="77777777" w:rsidR="008772A2" w:rsidRDefault="0080198F">
            <w:r>
              <w:rPr>
                <w:b/>
                <w:sz w:val="16"/>
              </w:rPr>
              <w:t>Paraf</w:t>
            </w:r>
          </w:p>
        </w:tc>
      </w:tr>
      <w:tr w:rsidR="008772A2" w14:paraId="7F6EF325" w14:textId="77777777" w:rsidTr="0080198F">
        <w:trPr>
          <w:jc w:val="center"/>
        </w:trPr>
        <w:tc>
          <w:tcPr>
            <w:tcW w:w="534" w:type="dxa"/>
          </w:tcPr>
          <w:p w14:paraId="34540EE8" w14:textId="77777777" w:rsidR="008772A2" w:rsidRDefault="0080198F">
            <w:r>
              <w:rPr>
                <w:sz w:val="16"/>
              </w:rPr>
              <w:t>1</w:t>
            </w:r>
          </w:p>
        </w:tc>
        <w:tc>
          <w:tcPr>
            <w:tcW w:w="1635" w:type="dxa"/>
          </w:tcPr>
          <w:p w14:paraId="17CCAC41" w14:textId="77777777" w:rsidR="008772A2" w:rsidRDefault="008772A2"/>
        </w:tc>
        <w:tc>
          <w:tcPr>
            <w:tcW w:w="1035" w:type="dxa"/>
          </w:tcPr>
          <w:p w14:paraId="21F90884" w14:textId="77777777" w:rsidR="008772A2" w:rsidRDefault="008772A2"/>
        </w:tc>
        <w:tc>
          <w:tcPr>
            <w:tcW w:w="1159" w:type="dxa"/>
          </w:tcPr>
          <w:p w14:paraId="69C86DB1" w14:textId="77777777" w:rsidR="008772A2" w:rsidRDefault="008772A2"/>
        </w:tc>
        <w:tc>
          <w:tcPr>
            <w:tcW w:w="1037" w:type="dxa"/>
          </w:tcPr>
          <w:p w14:paraId="492512EA" w14:textId="77777777" w:rsidR="008772A2" w:rsidRDefault="008772A2"/>
        </w:tc>
        <w:tc>
          <w:tcPr>
            <w:tcW w:w="1115" w:type="dxa"/>
          </w:tcPr>
          <w:p w14:paraId="2E537F43" w14:textId="77777777" w:rsidR="008772A2" w:rsidRDefault="008772A2"/>
        </w:tc>
        <w:tc>
          <w:tcPr>
            <w:tcW w:w="1038" w:type="dxa"/>
          </w:tcPr>
          <w:p w14:paraId="54460887" w14:textId="77777777" w:rsidR="008772A2" w:rsidRDefault="008772A2"/>
        </w:tc>
        <w:tc>
          <w:tcPr>
            <w:tcW w:w="1036" w:type="dxa"/>
          </w:tcPr>
          <w:p w14:paraId="1DC1FF0F" w14:textId="77777777" w:rsidR="008772A2" w:rsidRDefault="008772A2"/>
        </w:tc>
        <w:tc>
          <w:tcPr>
            <w:tcW w:w="1032" w:type="dxa"/>
          </w:tcPr>
          <w:p w14:paraId="36629806" w14:textId="77777777" w:rsidR="008772A2" w:rsidRDefault="008772A2"/>
        </w:tc>
      </w:tr>
      <w:tr w:rsidR="008772A2" w14:paraId="70DF1049" w14:textId="77777777" w:rsidTr="0080198F">
        <w:trPr>
          <w:jc w:val="center"/>
        </w:trPr>
        <w:tc>
          <w:tcPr>
            <w:tcW w:w="534" w:type="dxa"/>
          </w:tcPr>
          <w:p w14:paraId="5E72D1E5" w14:textId="77777777" w:rsidR="008772A2" w:rsidRDefault="0080198F">
            <w:r>
              <w:rPr>
                <w:sz w:val="16"/>
              </w:rPr>
              <w:t>2</w:t>
            </w:r>
          </w:p>
        </w:tc>
        <w:tc>
          <w:tcPr>
            <w:tcW w:w="1635" w:type="dxa"/>
          </w:tcPr>
          <w:p w14:paraId="75EB16FA" w14:textId="77777777" w:rsidR="008772A2" w:rsidRDefault="008772A2"/>
        </w:tc>
        <w:tc>
          <w:tcPr>
            <w:tcW w:w="1035" w:type="dxa"/>
          </w:tcPr>
          <w:p w14:paraId="56DD7E63" w14:textId="77777777" w:rsidR="008772A2" w:rsidRDefault="008772A2"/>
        </w:tc>
        <w:tc>
          <w:tcPr>
            <w:tcW w:w="1159" w:type="dxa"/>
          </w:tcPr>
          <w:p w14:paraId="0A4688B0" w14:textId="77777777" w:rsidR="008772A2" w:rsidRDefault="008772A2"/>
        </w:tc>
        <w:tc>
          <w:tcPr>
            <w:tcW w:w="1037" w:type="dxa"/>
          </w:tcPr>
          <w:p w14:paraId="4EF690EB" w14:textId="77777777" w:rsidR="008772A2" w:rsidRDefault="008772A2"/>
        </w:tc>
        <w:tc>
          <w:tcPr>
            <w:tcW w:w="1115" w:type="dxa"/>
          </w:tcPr>
          <w:p w14:paraId="64225E10" w14:textId="77777777" w:rsidR="008772A2" w:rsidRDefault="008772A2"/>
        </w:tc>
        <w:tc>
          <w:tcPr>
            <w:tcW w:w="1038" w:type="dxa"/>
          </w:tcPr>
          <w:p w14:paraId="157F6BB9" w14:textId="77777777" w:rsidR="008772A2" w:rsidRDefault="008772A2"/>
        </w:tc>
        <w:tc>
          <w:tcPr>
            <w:tcW w:w="1036" w:type="dxa"/>
          </w:tcPr>
          <w:p w14:paraId="54545EDD" w14:textId="77777777" w:rsidR="008772A2" w:rsidRDefault="008772A2"/>
        </w:tc>
        <w:tc>
          <w:tcPr>
            <w:tcW w:w="1032" w:type="dxa"/>
          </w:tcPr>
          <w:p w14:paraId="43C82924" w14:textId="77777777" w:rsidR="008772A2" w:rsidRDefault="008772A2"/>
        </w:tc>
      </w:tr>
      <w:tr w:rsidR="008772A2" w14:paraId="05C8D366" w14:textId="77777777" w:rsidTr="0080198F">
        <w:trPr>
          <w:jc w:val="center"/>
        </w:trPr>
        <w:tc>
          <w:tcPr>
            <w:tcW w:w="534" w:type="dxa"/>
          </w:tcPr>
          <w:p w14:paraId="3880A1ED" w14:textId="77777777" w:rsidR="008772A2" w:rsidRDefault="0080198F">
            <w:r>
              <w:rPr>
                <w:sz w:val="16"/>
              </w:rPr>
              <w:t>3</w:t>
            </w:r>
          </w:p>
        </w:tc>
        <w:tc>
          <w:tcPr>
            <w:tcW w:w="1635" w:type="dxa"/>
          </w:tcPr>
          <w:p w14:paraId="39D0E008" w14:textId="77777777" w:rsidR="008772A2" w:rsidRDefault="008772A2"/>
        </w:tc>
        <w:tc>
          <w:tcPr>
            <w:tcW w:w="1035" w:type="dxa"/>
          </w:tcPr>
          <w:p w14:paraId="1D2F7211" w14:textId="77777777" w:rsidR="008772A2" w:rsidRDefault="008772A2"/>
        </w:tc>
        <w:tc>
          <w:tcPr>
            <w:tcW w:w="1159" w:type="dxa"/>
          </w:tcPr>
          <w:p w14:paraId="4037C3E0" w14:textId="77777777" w:rsidR="008772A2" w:rsidRDefault="008772A2"/>
        </w:tc>
        <w:tc>
          <w:tcPr>
            <w:tcW w:w="1037" w:type="dxa"/>
          </w:tcPr>
          <w:p w14:paraId="36625014" w14:textId="77777777" w:rsidR="008772A2" w:rsidRDefault="008772A2"/>
        </w:tc>
        <w:tc>
          <w:tcPr>
            <w:tcW w:w="1115" w:type="dxa"/>
          </w:tcPr>
          <w:p w14:paraId="74A6D1B9" w14:textId="77777777" w:rsidR="008772A2" w:rsidRDefault="008772A2"/>
        </w:tc>
        <w:tc>
          <w:tcPr>
            <w:tcW w:w="1038" w:type="dxa"/>
          </w:tcPr>
          <w:p w14:paraId="3EC8AAD5" w14:textId="77777777" w:rsidR="008772A2" w:rsidRDefault="008772A2"/>
        </w:tc>
        <w:tc>
          <w:tcPr>
            <w:tcW w:w="1036" w:type="dxa"/>
          </w:tcPr>
          <w:p w14:paraId="334E7456" w14:textId="77777777" w:rsidR="008772A2" w:rsidRDefault="008772A2"/>
        </w:tc>
        <w:tc>
          <w:tcPr>
            <w:tcW w:w="1032" w:type="dxa"/>
          </w:tcPr>
          <w:p w14:paraId="63D1E19B" w14:textId="77777777" w:rsidR="008772A2" w:rsidRDefault="008772A2"/>
        </w:tc>
      </w:tr>
      <w:tr w:rsidR="008772A2" w14:paraId="4E68E3CF" w14:textId="77777777" w:rsidTr="0080198F">
        <w:trPr>
          <w:jc w:val="center"/>
        </w:trPr>
        <w:tc>
          <w:tcPr>
            <w:tcW w:w="534" w:type="dxa"/>
          </w:tcPr>
          <w:p w14:paraId="0462AC9A" w14:textId="77777777" w:rsidR="008772A2" w:rsidRDefault="0080198F">
            <w:r>
              <w:rPr>
                <w:sz w:val="16"/>
              </w:rPr>
              <w:t>4</w:t>
            </w:r>
          </w:p>
        </w:tc>
        <w:tc>
          <w:tcPr>
            <w:tcW w:w="1635" w:type="dxa"/>
          </w:tcPr>
          <w:p w14:paraId="58843A6E" w14:textId="77777777" w:rsidR="008772A2" w:rsidRDefault="008772A2"/>
        </w:tc>
        <w:tc>
          <w:tcPr>
            <w:tcW w:w="1035" w:type="dxa"/>
          </w:tcPr>
          <w:p w14:paraId="63C2676C" w14:textId="77777777" w:rsidR="008772A2" w:rsidRDefault="008772A2"/>
        </w:tc>
        <w:tc>
          <w:tcPr>
            <w:tcW w:w="1159" w:type="dxa"/>
          </w:tcPr>
          <w:p w14:paraId="340695CB" w14:textId="77777777" w:rsidR="008772A2" w:rsidRDefault="008772A2"/>
        </w:tc>
        <w:tc>
          <w:tcPr>
            <w:tcW w:w="1037" w:type="dxa"/>
          </w:tcPr>
          <w:p w14:paraId="7BAD5460" w14:textId="77777777" w:rsidR="008772A2" w:rsidRDefault="008772A2"/>
        </w:tc>
        <w:tc>
          <w:tcPr>
            <w:tcW w:w="1115" w:type="dxa"/>
          </w:tcPr>
          <w:p w14:paraId="438AD997" w14:textId="77777777" w:rsidR="008772A2" w:rsidRDefault="008772A2"/>
        </w:tc>
        <w:tc>
          <w:tcPr>
            <w:tcW w:w="1038" w:type="dxa"/>
          </w:tcPr>
          <w:p w14:paraId="40CA534B" w14:textId="77777777" w:rsidR="008772A2" w:rsidRDefault="008772A2"/>
        </w:tc>
        <w:tc>
          <w:tcPr>
            <w:tcW w:w="1036" w:type="dxa"/>
          </w:tcPr>
          <w:p w14:paraId="2CEA2B21" w14:textId="77777777" w:rsidR="008772A2" w:rsidRDefault="008772A2"/>
        </w:tc>
        <w:tc>
          <w:tcPr>
            <w:tcW w:w="1032" w:type="dxa"/>
          </w:tcPr>
          <w:p w14:paraId="2E856463" w14:textId="77777777" w:rsidR="008772A2" w:rsidRDefault="008772A2"/>
        </w:tc>
      </w:tr>
      <w:tr w:rsidR="008772A2" w14:paraId="44435899" w14:textId="77777777" w:rsidTr="0080198F">
        <w:trPr>
          <w:jc w:val="center"/>
        </w:trPr>
        <w:tc>
          <w:tcPr>
            <w:tcW w:w="534" w:type="dxa"/>
          </w:tcPr>
          <w:p w14:paraId="28F85EBB" w14:textId="77777777" w:rsidR="008772A2" w:rsidRDefault="0080198F">
            <w:r>
              <w:rPr>
                <w:sz w:val="16"/>
              </w:rPr>
              <w:t>5</w:t>
            </w:r>
          </w:p>
        </w:tc>
        <w:tc>
          <w:tcPr>
            <w:tcW w:w="1635" w:type="dxa"/>
          </w:tcPr>
          <w:p w14:paraId="5B57004D" w14:textId="77777777" w:rsidR="008772A2" w:rsidRDefault="008772A2"/>
        </w:tc>
        <w:tc>
          <w:tcPr>
            <w:tcW w:w="1035" w:type="dxa"/>
          </w:tcPr>
          <w:p w14:paraId="33B3780B" w14:textId="77777777" w:rsidR="008772A2" w:rsidRDefault="008772A2"/>
        </w:tc>
        <w:tc>
          <w:tcPr>
            <w:tcW w:w="1159" w:type="dxa"/>
          </w:tcPr>
          <w:p w14:paraId="07111152" w14:textId="77777777" w:rsidR="008772A2" w:rsidRDefault="008772A2"/>
        </w:tc>
        <w:tc>
          <w:tcPr>
            <w:tcW w:w="1037" w:type="dxa"/>
          </w:tcPr>
          <w:p w14:paraId="34D229AB" w14:textId="77777777" w:rsidR="008772A2" w:rsidRDefault="008772A2"/>
        </w:tc>
        <w:tc>
          <w:tcPr>
            <w:tcW w:w="1115" w:type="dxa"/>
          </w:tcPr>
          <w:p w14:paraId="7D954568" w14:textId="77777777" w:rsidR="008772A2" w:rsidRDefault="008772A2"/>
        </w:tc>
        <w:tc>
          <w:tcPr>
            <w:tcW w:w="1038" w:type="dxa"/>
          </w:tcPr>
          <w:p w14:paraId="6294A123" w14:textId="77777777" w:rsidR="008772A2" w:rsidRDefault="008772A2"/>
        </w:tc>
        <w:tc>
          <w:tcPr>
            <w:tcW w:w="1036" w:type="dxa"/>
          </w:tcPr>
          <w:p w14:paraId="7AF6AD61" w14:textId="77777777" w:rsidR="008772A2" w:rsidRDefault="008772A2"/>
        </w:tc>
        <w:tc>
          <w:tcPr>
            <w:tcW w:w="1032" w:type="dxa"/>
          </w:tcPr>
          <w:p w14:paraId="64665121" w14:textId="77777777" w:rsidR="008772A2" w:rsidRDefault="008772A2"/>
        </w:tc>
      </w:tr>
      <w:tr w:rsidR="008772A2" w14:paraId="2A78834D" w14:textId="77777777" w:rsidTr="0080198F">
        <w:trPr>
          <w:jc w:val="center"/>
        </w:trPr>
        <w:tc>
          <w:tcPr>
            <w:tcW w:w="534" w:type="dxa"/>
          </w:tcPr>
          <w:p w14:paraId="66AAB7DA" w14:textId="77777777" w:rsidR="008772A2" w:rsidRDefault="0080198F">
            <w:r>
              <w:rPr>
                <w:sz w:val="16"/>
              </w:rPr>
              <w:t>6</w:t>
            </w:r>
          </w:p>
        </w:tc>
        <w:tc>
          <w:tcPr>
            <w:tcW w:w="1635" w:type="dxa"/>
          </w:tcPr>
          <w:p w14:paraId="3E5C10F8" w14:textId="77777777" w:rsidR="008772A2" w:rsidRDefault="008772A2"/>
        </w:tc>
        <w:tc>
          <w:tcPr>
            <w:tcW w:w="1035" w:type="dxa"/>
          </w:tcPr>
          <w:p w14:paraId="6D03CDB6" w14:textId="77777777" w:rsidR="008772A2" w:rsidRDefault="008772A2"/>
        </w:tc>
        <w:tc>
          <w:tcPr>
            <w:tcW w:w="1159" w:type="dxa"/>
          </w:tcPr>
          <w:p w14:paraId="45F7B43B" w14:textId="77777777" w:rsidR="008772A2" w:rsidRDefault="008772A2"/>
        </w:tc>
        <w:tc>
          <w:tcPr>
            <w:tcW w:w="1037" w:type="dxa"/>
          </w:tcPr>
          <w:p w14:paraId="4ACA11AD" w14:textId="77777777" w:rsidR="008772A2" w:rsidRDefault="008772A2"/>
        </w:tc>
        <w:tc>
          <w:tcPr>
            <w:tcW w:w="1115" w:type="dxa"/>
          </w:tcPr>
          <w:p w14:paraId="4514F64F" w14:textId="77777777" w:rsidR="008772A2" w:rsidRDefault="008772A2"/>
        </w:tc>
        <w:tc>
          <w:tcPr>
            <w:tcW w:w="1038" w:type="dxa"/>
          </w:tcPr>
          <w:p w14:paraId="503A1415" w14:textId="77777777" w:rsidR="008772A2" w:rsidRDefault="008772A2"/>
        </w:tc>
        <w:tc>
          <w:tcPr>
            <w:tcW w:w="1036" w:type="dxa"/>
          </w:tcPr>
          <w:p w14:paraId="5F214C3C" w14:textId="77777777" w:rsidR="008772A2" w:rsidRDefault="008772A2"/>
        </w:tc>
        <w:tc>
          <w:tcPr>
            <w:tcW w:w="1032" w:type="dxa"/>
          </w:tcPr>
          <w:p w14:paraId="1B767523" w14:textId="77777777" w:rsidR="008772A2" w:rsidRDefault="008772A2"/>
        </w:tc>
      </w:tr>
      <w:tr w:rsidR="008772A2" w14:paraId="63E31704" w14:textId="77777777" w:rsidTr="0080198F">
        <w:trPr>
          <w:jc w:val="center"/>
        </w:trPr>
        <w:tc>
          <w:tcPr>
            <w:tcW w:w="534" w:type="dxa"/>
          </w:tcPr>
          <w:p w14:paraId="6C51F4AA" w14:textId="77777777" w:rsidR="008772A2" w:rsidRDefault="0080198F">
            <w:r>
              <w:rPr>
                <w:sz w:val="16"/>
              </w:rPr>
              <w:t>7</w:t>
            </w:r>
          </w:p>
        </w:tc>
        <w:tc>
          <w:tcPr>
            <w:tcW w:w="1635" w:type="dxa"/>
          </w:tcPr>
          <w:p w14:paraId="1F2419D7" w14:textId="77777777" w:rsidR="008772A2" w:rsidRDefault="008772A2"/>
        </w:tc>
        <w:tc>
          <w:tcPr>
            <w:tcW w:w="1035" w:type="dxa"/>
          </w:tcPr>
          <w:p w14:paraId="47001F27" w14:textId="77777777" w:rsidR="008772A2" w:rsidRDefault="008772A2"/>
        </w:tc>
        <w:tc>
          <w:tcPr>
            <w:tcW w:w="1159" w:type="dxa"/>
          </w:tcPr>
          <w:p w14:paraId="6AB7F109" w14:textId="77777777" w:rsidR="008772A2" w:rsidRDefault="008772A2"/>
        </w:tc>
        <w:tc>
          <w:tcPr>
            <w:tcW w:w="1037" w:type="dxa"/>
          </w:tcPr>
          <w:p w14:paraId="2DA6C641" w14:textId="77777777" w:rsidR="008772A2" w:rsidRDefault="008772A2"/>
        </w:tc>
        <w:tc>
          <w:tcPr>
            <w:tcW w:w="1115" w:type="dxa"/>
          </w:tcPr>
          <w:p w14:paraId="7210793C" w14:textId="77777777" w:rsidR="008772A2" w:rsidRDefault="008772A2"/>
        </w:tc>
        <w:tc>
          <w:tcPr>
            <w:tcW w:w="1038" w:type="dxa"/>
          </w:tcPr>
          <w:p w14:paraId="7D07F9E4" w14:textId="77777777" w:rsidR="008772A2" w:rsidRDefault="008772A2"/>
        </w:tc>
        <w:tc>
          <w:tcPr>
            <w:tcW w:w="1036" w:type="dxa"/>
          </w:tcPr>
          <w:p w14:paraId="360A8CDA" w14:textId="77777777" w:rsidR="008772A2" w:rsidRDefault="008772A2"/>
        </w:tc>
        <w:tc>
          <w:tcPr>
            <w:tcW w:w="1032" w:type="dxa"/>
          </w:tcPr>
          <w:p w14:paraId="4DCA45C3" w14:textId="77777777" w:rsidR="008772A2" w:rsidRDefault="008772A2"/>
        </w:tc>
      </w:tr>
      <w:tr w:rsidR="008772A2" w14:paraId="2015552B" w14:textId="77777777" w:rsidTr="0080198F">
        <w:trPr>
          <w:jc w:val="center"/>
        </w:trPr>
        <w:tc>
          <w:tcPr>
            <w:tcW w:w="534" w:type="dxa"/>
          </w:tcPr>
          <w:p w14:paraId="19F6D1BE" w14:textId="77777777" w:rsidR="008772A2" w:rsidRDefault="0080198F">
            <w:r>
              <w:rPr>
                <w:sz w:val="16"/>
              </w:rPr>
              <w:t>8</w:t>
            </w:r>
          </w:p>
        </w:tc>
        <w:tc>
          <w:tcPr>
            <w:tcW w:w="1635" w:type="dxa"/>
          </w:tcPr>
          <w:p w14:paraId="2CD91EF8" w14:textId="77777777" w:rsidR="008772A2" w:rsidRDefault="008772A2"/>
        </w:tc>
        <w:tc>
          <w:tcPr>
            <w:tcW w:w="1035" w:type="dxa"/>
          </w:tcPr>
          <w:p w14:paraId="2085EBBC" w14:textId="77777777" w:rsidR="008772A2" w:rsidRDefault="008772A2"/>
        </w:tc>
        <w:tc>
          <w:tcPr>
            <w:tcW w:w="1159" w:type="dxa"/>
          </w:tcPr>
          <w:p w14:paraId="4CB14464" w14:textId="77777777" w:rsidR="008772A2" w:rsidRDefault="008772A2"/>
        </w:tc>
        <w:tc>
          <w:tcPr>
            <w:tcW w:w="1037" w:type="dxa"/>
          </w:tcPr>
          <w:p w14:paraId="479999E7" w14:textId="77777777" w:rsidR="008772A2" w:rsidRDefault="008772A2"/>
        </w:tc>
        <w:tc>
          <w:tcPr>
            <w:tcW w:w="1115" w:type="dxa"/>
          </w:tcPr>
          <w:p w14:paraId="6AB20A22" w14:textId="77777777" w:rsidR="008772A2" w:rsidRDefault="008772A2"/>
        </w:tc>
        <w:tc>
          <w:tcPr>
            <w:tcW w:w="1038" w:type="dxa"/>
          </w:tcPr>
          <w:p w14:paraId="4B3BA4AD" w14:textId="77777777" w:rsidR="008772A2" w:rsidRDefault="008772A2"/>
        </w:tc>
        <w:tc>
          <w:tcPr>
            <w:tcW w:w="1036" w:type="dxa"/>
          </w:tcPr>
          <w:p w14:paraId="4A295105" w14:textId="77777777" w:rsidR="008772A2" w:rsidRDefault="008772A2"/>
        </w:tc>
        <w:tc>
          <w:tcPr>
            <w:tcW w:w="1032" w:type="dxa"/>
          </w:tcPr>
          <w:p w14:paraId="2E16144B" w14:textId="77777777" w:rsidR="008772A2" w:rsidRDefault="008772A2"/>
        </w:tc>
      </w:tr>
      <w:tr w:rsidR="008772A2" w14:paraId="17326B3A" w14:textId="77777777" w:rsidTr="0080198F">
        <w:trPr>
          <w:jc w:val="center"/>
        </w:trPr>
        <w:tc>
          <w:tcPr>
            <w:tcW w:w="534" w:type="dxa"/>
          </w:tcPr>
          <w:p w14:paraId="6D7116E1" w14:textId="77777777" w:rsidR="008772A2" w:rsidRDefault="0080198F">
            <w:r>
              <w:rPr>
                <w:sz w:val="16"/>
              </w:rPr>
              <w:t>9</w:t>
            </w:r>
          </w:p>
        </w:tc>
        <w:tc>
          <w:tcPr>
            <w:tcW w:w="1635" w:type="dxa"/>
          </w:tcPr>
          <w:p w14:paraId="2687A1C9" w14:textId="77777777" w:rsidR="008772A2" w:rsidRDefault="008772A2"/>
        </w:tc>
        <w:tc>
          <w:tcPr>
            <w:tcW w:w="1035" w:type="dxa"/>
          </w:tcPr>
          <w:p w14:paraId="3C567329" w14:textId="77777777" w:rsidR="008772A2" w:rsidRDefault="008772A2"/>
        </w:tc>
        <w:tc>
          <w:tcPr>
            <w:tcW w:w="1159" w:type="dxa"/>
          </w:tcPr>
          <w:p w14:paraId="5B8CCF40" w14:textId="77777777" w:rsidR="008772A2" w:rsidRDefault="008772A2"/>
        </w:tc>
        <w:tc>
          <w:tcPr>
            <w:tcW w:w="1037" w:type="dxa"/>
          </w:tcPr>
          <w:p w14:paraId="43F79E8B" w14:textId="77777777" w:rsidR="008772A2" w:rsidRDefault="008772A2"/>
        </w:tc>
        <w:tc>
          <w:tcPr>
            <w:tcW w:w="1115" w:type="dxa"/>
          </w:tcPr>
          <w:p w14:paraId="0D8A219A" w14:textId="77777777" w:rsidR="008772A2" w:rsidRDefault="008772A2"/>
        </w:tc>
        <w:tc>
          <w:tcPr>
            <w:tcW w:w="1038" w:type="dxa"/>
          </w:tcPr>
          <w:p w14:paraId="0737C207" w14:textId="77777777" w:rsidR="008772A2" w:rsidRDefault="008772A2"/>
        </w:tc>
        <w:tc>
          <w:tcPr>
            <w:tcW w:w="1036" w:type="dxa"/>
          </w:tcPr>
          <w:p w14:paraId="011B390C" w14:textId="77777777" w:rsidR="008772A2" w:rsidRDefault="008772A2"/>
        </w:tc>
        <w:tc>
          <w:tcPr>
            <w:tcW w:w="1032" w:type="dxa"/>
          </w:tcPr>
          <w:p w14:paraId="0C68452C" w14:textId="77777777" w:rsidR="008772A2" w:rsidRDefault="008772A2"/>
        </w:tc>
      </w:tr>
      <w:tr w:rsidR="008772A2" w14:paraId="0F142186" w14:textId="77777777" w:rsidTr="0080198F">
        <w:trPr>
          <w:jc w:val="center"/>
        </w:trPr>
        <w:tc>
          <w:tcPr>
            <w:tcW w:w="534" w:type="dxa"/>
          </w:tcPr>
          <w:p w14:paraId="04483E91" w14:textId="77777777" w:rsidR="008772A2" w:rsidRDefault="0080198F">
            <w:r>
              <w:rPr>
                <w:sz w:val="16"/>
              </w:rPr>
              <w:t>10</w:t>
            </w:r>
          </w:p>
        </w:tc>
        <w:tc>
          <w:tcPr>
            <w:tcW w:w="1635" w:type="dxa"/>
          </w:tcPr>
          <w:p w14:paraId="6294FC21" w14:textId="77777777" w:rsidR="008772A2" w:rsidRDefault="008772A2"/>
        </w:tc>
        <w:tc>
          <w:tcPr>
            <w:tcW w:w="1035" w:type="dxa"/>
          </w:tcPr>
          <w:p w14:paraId="08997012" w14:textId="77777777" w:rsidR="008772A2" w:rsidRDefault="008772A2"/>
        </w:tc>
        <w:tc>
          <w:tcPr>
            <w:tcW w:w="1159" w:type="dxa"/>
          </w:tcPr>
          <w:p w14:paraId="016D17E4" w14:textId="77777777" w:rsidR="008772A2" w:rsidRDefault="008772A2"/>
        </w:tc>
        <w:tc>
          <w:tcPr>
            <w:tcW w:w="1037" w:type="dxa"/>
          </w:tcPr>
          <w:p w14:paraId="513A45E4" w14:textId="77777777" w:rsidR="008772A2" w:rsidRDefault="008772A2"/>
        </w:tc>
        <w:tc>
          <w:tcPr>
            <w:tcW w:w="1115" w:type="dxa"/>
          </w:tcPr>
          <w:p w14:paraId="43982148" w14:textId="77777777" w:rsidR="008772A2" w:rsidRDefault="008772A2"/>
        </w:tc>
        <w:tc>
          <w:tcPr>
            <w:tcW w:w="1038" w:type="dxa"/>
          </w:tcPr>
          <w:p w14:paraId="3E41AA36" w14:textId="77777777" w:rsidR="008772A2" w:rsidRDefault="008772A2"/>
        </w:tc>
        <w:tc>
          <w:tcPr>
            <w:tcW w:w="1036" w:type="dxa"/>
          </w:tcPr>
          <w:p w14:paraId="782BB866" w14:textId="77777777" w:rsidR="008772A2" w:rsidRDefault="008772A2"/>
        </w:tc>
        <w:tc>
          <w:tcPr>
            <w:tcW w:w="1032" w:type="dxa"/>
          </w:tcPr>
          <w:p w14:paraId="404E18A4" w14:textId="77777777" w:rsidR="008772A2" w:rsidRDefault="008772A2"/>
        </w:tc>
      </w:tr>
      <w:tr w:rsidR="008772A2" w14:paraId="6985208D" w14:textId="77777777" w:rsidTr="0080198F">
        <w:trPr>
          <w:jc w:val="center"/>
        </w:trPr>
        <w:tc>
          <w:tcPr>
            <w:tcW w:w="534" w:type="dxa"/>
          </w:tcPr>
          <w:p w14:paraId="1256D245" w14:textId="77777777" w:rsidR="008772A2" w:rsidRDefault="0080198F">
            <w:r>
              <w:rPr>
                <w:sz w:val="16"/>
              </w:rPr>
              <w:t>11</w:t>
            </w:r>
          </w:p>
        </w:tc>
        <w:tc>
          <w:tcPr>
            <w:tcW w:w="1635" w:type="dxa"/>
          </w:tcPr>
          <w:p w14:paraId="27CD6A93" w14:textId="77777777" w:rsidR="008772A2" w:rsidRDefault="008772A2"/>
        </w:tc>
        <w:tc>
          <w:tcPr>
            <w:tcW w:w="1035" w:type="dxa"/>
          </w:tcPr>
          <w:p w14:paraId="0E7E4426" w14:textId="77777777" w:rsidR="008772A2" w:rsidRDefault="008772A2"/>
        </w:tc>
        <w:tc>
          <w:tcPr>
            <w:tcW w:w="1159" w:type="dxa"/>
          </w:tcPr>
          <w:p w14:paraId="1D0928DE" w14:textId="77777777" w:rsidR="008772A2" w:rsidRDefault="008772A2"/>
        </w:tc>
        <w:tc>
          <w:tcPr>
            <w:tcW w:w="1037" w:type="dxa"/>
          </w:tcPr>
          <w:p w14:paraId="037195EF" w14:textId="77777777" w:rsidR="008772A2" w:rsidRDefault="008772A2"/>
        </w:tc>
        <w:tc>
          <w:tcPr>
            <w:tcW w:w="1115" w:type="dxa"/>
          </w:tcPr>
          <w:p w14:paraId="379197AA" w14:textId="77777777" w:rsidR="008772A2" w:rsidRDefault="008772A2"/>
        </w:tc>
        <w:tc>
          <w:tcPr>
            <w:tcW w:w="1038" w:type="dxa"/>
          </w:tcPr>
          <w:p w14:paraId="6774242E" w14:textId="77777777" w:rsidR="008772A2" w:rsidRDefault="008772A2"/>
        </w:tc>
        <w:tc>
          <w:tcPr>
            <w:tcW w:w="1036" w:type="dxa"/>
          </w:tcPr>
          <w:p w14:paraId="6D9CE73A" w14:textId="77777777" w:rsidR="008772A2" w:rsidRDefault="008772A2"/>
        </w:tc>
        <w:tc>
          <w:tcPr>
            <w:tcW w:w="1032" w:type="dxa"/>
          </w:tcPr>
          <w:p w14:paraId="375F9934" w14:textId="77777777" w:rsidR="008772A2" w:rsidRDefault="008772A2"/>
        </w:tc>
      </w:tr>
      <w:tr w:rsidR="008772A2" w14:paraId="631DEA74" w14:textId="77777777" w:rsidTr="0080198F">
        <w:trPr>
          <w:jc w:val="center"/>
        </w:trPr>
        <w:tc>
          <w:tcPr>
            <w:tcW w:w="534" w:type="dxa"/>
          </w:tcPr>
          <w:p w14:paraId="333EB80F" w14:textId="77777777" w:rsidR="008772A2" w:rsidRDefault="0080198F">
            <w:r>
              <w:rPr>
                <w:sz w:val="16"/>
              </w:rPr>
              <w:t>12</w:t>
            </w:r>
          </w:p>
        </w:tc>
        <w:tc>
          <w:tcPr>
            <w:tcW w:w="1635" w:type="dxa"/>
          </w:tcPr>
          <w:p w14:paraId="0827F470" w14:textId="77777777" w:rsidR="008772A2" w:rsidRDefault="008772A2"/>
        </w:tc>
        <w:tc>
          <w:tcPr>
            <w:tcW w:w="1035" w:type="dxa"/>
          </w:tcPr>
          <w:p w14:paraId="7FD9301F" w14:textId="77777777" w:rsidR="008772A2" w:rsidRDefault="008772A2"/>
        </w:tc>
        <w:tc>
          <w:tcPr>
            <w:tcW w:w="1159" w:type="dxa"/>
          </w:tcPr>
          <w:p w14:paraId="4A180162" w14:textId="77777777" w:rsidR="008772A2" w:rsidRDefault="008772A2"/>
        </w:tc>
        <w:tc>
          <w:tcPr>
            <w:tcW w:w="1037" w:type="dxa"/>
          </w:tcPr>
          <w:p w14:paraId="15F9EAA4" w14:textId="77777777" w:rsidR="008772A2" w:rsidRDefault="008772A2"/>
        </w:tc>
        <w:tc>
          <w:tcPr>
            <w:tcW w:w="1115" w:type="dxa"/>
          </w:tcPr>
          <w:p w14:paraId="2FAB477B" w14:textId="77777777" w:rsidR="008772A2" w:rsidRDefault="008772A2"/>
        </w:tc>
        <w:tc>
          <w:tcPr>
            <w:tcW w:w="1038" w:type="dxa"/>
          </w:tcPr>
          <w:p w14:paraId="58E21279" w14:textId="77777777" w:rsidR="008772A2" w:rsidRDefault="008772A2"/>
        </w:tc>
        <w:tc>
          <w:tcPr>
            <w:tcW w:w="1036" w:type="dxa"/>
          </w:tcPr>
          <w:p w14:paraId="73EB8F29" w14:textId="77777777" w:rsidR="008772A2" w:rsidRDefault="008772A2"/>
        </w:tc>
        <w:tc>
          <w:tcPr>
            <w:tcW w:w="1032" w:type="dxa"/>
          </w:tcPr>
          <w:p w14:paraId="2EE0049E" w14:textId="77777777" w:rsidR="008772A2" w:rsidRDefault="008772A2"/>
        </w:tc>
      </w:tr>
      <w:tr w:rsidR="008772A2" w14:paraId="73B73C6C" w14:textId="77777777" w:rsidTr="0080198F">
        <w:trPr>
          <w:jc w:val="center"/>
        </w:trPr>
        <w:tc>
          <w:tcPr>
            <w:tcW w:w="534" w:type="dxa"/>
          </w:tcPr>
          <w:p w14:paraId="0DB841CE" w14:textId="77777777" w:rsidR="008772A2" w:rsidRDefault="0080198F">
            <w:r>
              <w:rPr>
                <w:sz w:val="16"/>
              </w:rPr>
              <w:t>13</w:t>
            </w:r>
          </w:p>
        </w:tc>
        <w:tc>
          <w:tcPr>
            <w:tcW w:w="1635" w:type="dxa"/>
          </w:tcPr>
          <w:p w14:paraId="70C13142" w14:textId="77777777" w:rsidR="008772A2" w:rsidRDefault="008772A2"/>
        </w:tc>
        <w:tc>
          <w:tcPr>
            <w:tcW w:w="1035" w:type="dxa"/>
          </w:tcPr>
          <w:p w14:paraId="3E8B9E5F" w14:textId="77777777" w:rsidR="008772A2" w:rsidRDefault="008772A2"/>
        </w:tc>
        <w:tc>
          <w:tcPr>
            <w:tcW w:w="1159" w:type="dxa"/>
          </w:tcPr>
          <w:p w14:paraId="0D4783D9" w14:textId="77777777" w:rsidR="008772A2" w:rsidRDefault="008772A2"/>
        </w:tc>
        <w:tc>
          <w:tcPr>
            <w:tcW w:w="1037" w:type="dxa"/>
          </w:tcPr>
          <w:p w14:paraId="0B99CD70" w14:textId="77777777" w:rsidR="008772A2" w:rsidRDefault="008772A2"/>
        </w:tc>
        <w:tc>
          <w:tcPr>
            <w:tcW w:w="1115" w:type="dxa"/>
          </w:tcPr>
          <w:p w14:paraId="266AFE9B" w14:textId="77777777" w:rsidR="008772A2" w:rsidRDefault="008772A2"/>
        </w:tc>
        <w:tc>
          <w:tcPr>
            <w:tcW w:w="1038" w:type="dxa"/>
          </w:tcPr>
          <w:p w14:paraId="71B64DA2" w14:textId="77777777" w:rsidR="008772A2" w:rsidRDefault="008772A2"/>
        </w:tc>
        <w:tc>
          <w:tcPr>
            <w:tcW w:w="1036" w:type="dxa"/>
          </w:tcPr>
          <w:p w14:paraId="79CD2B12" w14:textId="77777777" w:rsidR="008772A2" w:rsidRDefault="008772A2"/>
        </w:tc>
        <w:tc>
          <w:tcPr>
            <w:tcW w:w="1032" w:type="dxa"/>
          </w:tcPr>
          <w:p w14:paraId="4EFA4F0B" w14:textId="77777777" w:rsidR="008772A2" w:rsidRDefault="008772A2"/>
        </w:tc>
      </w:tr>
      <w:tr w:rsidR="008772A2" w14:paraId="2B7E92FF" w14:textId="77777777" w:rsidTr="0080198F">
        <w:trPr>
          <w:jc w:val="center"/>
        </w:trPr>
        <w:tc>
          <w:tcPr>
            <w:tcW w:w="534" w:type="dxa"/>
          </w:tcPr>
          <w:p w14:paraId="5795FCDC" w14:textId="77777777" w:rsidR="008772A2" w:rsidRDefault="0080198F">
            <w:r>
              <w:rPr>
                <w:sz w:val="16"/>
              </w:rPr>
              <w:t>14</w:t>
            </w:r>
          </w:p>
        </w:tc>
        <w:tc>
          <w:tcPr>
            <w:tcW w:w="1635" w:type="dxa"/>
          </w:tcPr>
          <w:p w14:paraId="3012670E" w14:textId="77777777" w:rsidR="008772A2" w:rsidRDefault="008772A2"/>
        </w:tc>
        <w:tc>
          <w:tcPr>
            <w:tcW w:w="1035" w:type="dxa"/>
          </w:tcPr>
          <w:p w14:paraId="4D08437A" w14:textId="77777777" w:rsidR="008772A2" w:rsidRDefault="008772A2"/>
        </w:tc>
        <w:tc>
          <w:tcPr>
            <w:tcW w:w="1159" w:type="dxa"/>
          </w:tcPr>
          <w:p w14:paraId="51116C6C" w14:textId="77777777" w:rsidR="008772A2" w:rsidRDefault="008772A2"/>
        </w:tc>
        <w:tc>
          <w:tcPr>
            <w:tcW w:w="1037" w:type="dxa"/>
          </w:tcPr>
          <w:p w14:paraId="2479418E" w14:textId="77777777" w:rsidR="008772A2" w:rsidRDefault="008772A2"/>
        </w:tc>
        <w:tc>
          <w:tcPr>
            <w:tcW w:w="1115" w:type="dxa"/>
          </w:tcPr>
          <w:p w14:paraId="5AD4A1A7" w14:textId="77777777" w:rsidR="008772A2" w:rsidRDefault="008772A2"/>
        </w:tc>
        <w:tc>
          <w:tcPr>
            <w:tcW w:w="1038" w:type="dxa"/>
          </w:tcPr>
          <w:p w14:paraId="2A4A5EEF" w14:textId="77777777" w:rsidR="008772A2" w:rsidRDefault="008772A2"/>
        </w:tc>
        <w:tc>
          <w:tcPr>
            <w:tcW w:w="1036" w:type="dxa"/>
          </w:tcPr>
          <w:p w14:paraId="0228B372" w14:textId="77777777" w:rsidR="008772A2" w:rsidRDefault="008772A2"/>
        </w:tc>
        <w:tc>
          <w:tcPr>
            <w:tcW w:w="1032" w:type="dxa"/>
          </w:tcPr>
          <w:p w14:paraId="6E78CDDD" w14:textId="77777777" w:rsidR="008772A2" w:rsidRDefault="008772A2"/>
        </w:tc>
      </w:tr>
      <w:tr w:rsidR="008772A2" w14:paraId="7B206DAF" w14:textId="77777777" w:rsidTr="0080198F">
        <w:trPr>
          <w:jc w:val="center"/>
        </w:trPr>
        <w:tc>
          <w:tcPr>
            <w:tcW w:w="534" w:type="dxa"/>
          </w:tcPr>
          <w:p w14:paraId="31DA06D9" w14:textId="77777777" w:rsidR="008772A2" w:rsidRDefault="0080198F">
            <w:r>
              <w:rPr>
                <w:sz w:val="16"/>
              </w:rPr>
              <w:t>15</w:t>
            </w:r>
          </w:p>
        </w:tc>
        <w:tc>
          <w:tcPr>
            <w:tcW w:w="1635" w:type="dxa"/>
          </w:tcPr>
          <w:p w14:paraId="14456DE1" w14:textId="77777777" w:rsidR="008772A2" w:rsidRDefault="008772A2"/>
        </w:tc>
        <w:tc>
          <w:tcPr>
            <w:tcW w:w="1035" w:type="dxa"/>
          </w:tcPr>
          <w:p w14:paraId="4695094F" w14:textId="77777777" w:rsidR="008772A2" w:rsidRDefault="008772A2"/>
        </w:tc>
        <w:tc>
          <w:tcPr>
            <w:tcW w:w="1159" w:type="dxa"/>
          </w:tcPr>
          <w:p w14:paraId="5E92FADB" w14:textId="77777777" w:rsidR="008772A2" w:rsidRDefault="008772A2"/>
        </w:tc>
        <w:tc>
          <w:tcPr>
            <w:tcW w:w="1037" w:type="dxa"/>
          </w:tcPr>
          <w:p w14:paraId="47AE979F" w14:textId="77777777" w:rsidR="008772A2" w:rsidRDefault="008772A2"/>
        </w:tc>
        <w:tc>
          <w:tcPr>
            <w:tcW w:w="1115" w:type="dxa"/>
          </w:tcPr>
          <w:p w14:paraId="0FFB9677" w14:textId="77777777" w:rsidR="008772A2" w:rsidRDefault="008772A2"/>
        </w:tc>
        <w:tc>
          <w:tcPr>
            <w:tcW w:w="1038" w:type="dxa"/>
          </w:tcPr>
          <w:p w14:paraId="41C815B1" w14:textId="77777777" w:rsidR="008772A2" w:rsidRDefault="008772A2"/>
        </w:tc>
        <w:tc>
          <w:tcPr>
            <w:tcW w:w="1036" w:type="dxa"/>
          </w:tcPr>
          <w:p w14:paraId="33F50590" w14:textId="77777777" w:rsidR="008772A2" w:rsidRDefault="008772A2"/>
        </w:tc>
        <w:tc>
          <w:tcPr>
            <w:tcW w:w="1032" w:type="dxa"/>
          </w:tcPr>
          <w:p w14:paraId="59E32C1E" w14:textId="77777777" w:rsidR="008772A2" w:rsidRDefault="008772A2"/>
        </w:tc>
      </w:tr>
    </w:tbl>
    <w:p w14:paraId="261CDD45" w14:textId="77777777" w:rsidR="008772A2" w:rsidRDefault="008772A2"/>
    <w:p w14:paraId="3C615BEF" w14:textId="77777777" w:rsidR="008772A2" w:rsidRDefault="0080198F">
      <w:r>
        <w:rPr>
          <w:b/>
        </w:rPr>
        <w:t>B. REKAPITULASI KEGIATAN HARIAN</w:t>
      </w:r>
    </w:p>
    <w:tbl>
      <w:tblPr>
        <w:tblStyle w:val="TableGrid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1"/>
        <w:gridCol w:w="3370"/>
        <w:gridCol w:w="1881"/>
        <w:gridCol w:w="1881"/>
        <w:gridCol w:w="1881"/>
      </w:tblGrid>
      <w:tr w:rsidR="008772A2" w14:paraId="2CCC8253" w14:textId="77777777" w:rsidTr="0080198F">
        <w:tc>
          <w:tcPr>
            <w:tcW w:w="392" w:type="dxa"/>
            <w:shd w:val="clear" w:color="auto" w:fill="D9EAF7"/>
          </w:tcPr>
          <w:p w14:paraId="7E10BEAE" w14:textId="77777777" w:rsidR="008772A2" w:rsidRDefault="0080198F">
            <w:r>
              <w:rPr>
                <w:b/>
                <w:sz w:val="18"/>
              </w:rPr>
              <w:t>No.</w:t>
            </w:r>
          </w:p>
        </w:tc>
        <w:tc>
          <w:tcPr>
            <w:tcW w:w="3370" w:type="dxa"/>
            <w:shd w:val="clear" w:color="auto" w:fill="D9EAF7"/>
          </w:tcPr>
          <w:p w14:paraId="637017C3" w14:textId="77777777" w:rsidR="008772A2" w:rsidRDefault="0080198F">
            <w:r>
              <w:rPr>
                <w:b/>
                <w:sz w:val="18"/>
              </w:rPr>
              <w:t>Bidang Kegiatan</w:t>
            </w:r>
          </w:p>
        </w:tc>
        <w:tc>
          <w:tcPr>
            <w:tcW w:w="1881" w:type="dxa"/>
            <w:shd w:val="clear" w:color="auto" w:fill="D9EAF7"/>
          </w:tcPr>
          <w:p w14:paraId="5E4C8C19" w14:textId="77777777" w:rsidR="008772A2" w:rsidRDefault="0080198F">
            <w:r>
              <w:rPr>
                <w:b/>
                <w:sz w:val="18"/>
              </w:rPr>
              <w:t>Jumlah Kegiatan</w:t>
            </w:r>
          </w:p>
        </w:tc>
        <w:tc>
          <w:tcPr>
            <w:tcW w:w="1881" w:type="dxa"/>
            <w:shd w:val="clear" w:color="auto" w:fill="D9EAF7"/>
          </w:tcPr>
          <w:p w14:paraId="39A78961" w14:textId="77777777" w:rsidR="008772A2" w:rsidRDefault="0080198F">
            <w:r>
              <w:rPr>
                <w:b/>
                <w:sz w:val="18"/>
              </w:rPr>
              <w:t>Kegiatan Utama</w:t>
            </w:r>
          </w:p>
        </w:tc>
        <w:tc>
          <w:tcPr>
            <w:tcW w:w="1881" w:type="dxa"/>
            <w:shd w:val="clear" w:color="auto" w:fill="D9EAF7"/>
          </w:tcPr>
          <w:p w14:paraId="6B4E1019" w14:textId="77777777" w:rsidR="008772A2" w:rsidRDefault="0080198F">
            <w:r>
              <w:rPr>
                <w:b/>
                <w:sz w:val="18"/>
              </w:rPr>
              <w:t>Keterangan</w:t>
            </w:r>
          </w:p>
        </w:tc>
      </w:tr>
      <w:tr w:rsidR="008772A2" w14:paraId="40EC018B" w14:textId="77777777" w:rsidTr="0080198F">
        <w:tc>
          <w:tcPr>
            <w:tcW w:w="392" w:type="dxa"/>
          </w:tcPr>
          <w:p w14:paraId="3CB06BB7" w14:textId="77777777" w:rsidR="008772A2" w:rsidRDefault="0080198F">
            <w:r>
              <w:rPr>
                <w:sz w:val="18"/>
              </w:rPr>
              <w:t>1</w:t>
            </w:r>
          </w:p>
        </w:tc>
        <w:tc>
          <w:tcPr>
            <w:tcW w:w="3370" w:type="dxa"/>
          </w:tcPr>
          <w:p w14:paraId="572122D9" w14:textId="77777777" w:rsidR="008772A2" w:rsidRDefault="008772A2"/>
        </w:tc>
        <w:tc>
          <w:tcPr>
            <w:tcW w:w="1881" w:type="dxa"/>
          </w:tcPr>
          <w:p w14:paraId="2D42B0BB" w14:textId="77777777" w:rsidR="008772A2" w:rsidRDefault="008772A2"/>
        </w:tc>
        <w:tc>
          <w:tcPr>
            <w:tcW w:w="1881" w:type="dxa"/>
          </w:tcPr>
          <w:p w14:paraId="7282BDDD" w14:textId="77777777" w:rsidR="008772A2" w:rsidRDefault="008772A2"/>
        </w:tc>
        <w:tc>
          <w:tcPr>
            <w:tcW w:w="1881" w:type="dxa"/>
          </w:tcPr>
          <w:p w14:paraId="1CBAAF83" w14:textId="77777777" w:rsidR="008772A2" w:rsidRDefault="008772A2"/>
        </w:tc>
      </w:tr>
      <w:tr w:rsidR="008772A2" w14:paraId="43CEB692" w14:textId="77777777" w:rsidTr="0080198F">
        <w:tc>
          <w:tcPr>
            <w:tcW w:w="392" w:type="dxa"/>
          </w:tcPr>
          <w:p w14:paraId="3903F9E1" w14:textId="77777777" w:rsidR="008772A2" w:rsidRDefault="0080198F">
            <w:r>
              <w:rPr>
                <w:sz w:val="18"/>
              </w:rPr>
              <w:t>2</w:t>
            </w:r>
          </w:p>
        </w:tc>
        <w:tc>
          <w:tcPr>
            <w:tcW w:w="3370" w:type="dxa"/>
          </w:tcPr>
          <w:p w14:paraId="6895F20B" w14:textId="77777777" w:rsidR="008772A2" w:rsidRDefault="008772A2"/>
        </w:tc>
        <w:tc>
          <w:tcPr>
            <w:tcW w:w="1881" w:type="dxa"/>
          </w:tcPr>
          <w:p w14:paraId="5B7390DF" w14:textId="77777777" w:rsidR="008772A2" w:rsidRDefault="008772A2"/>
        </w:tc>
        <w:tc>
          <w:tcPr>
            <w:tcW w:w="1881" w:type="dxa"/>
          </w:tcPr>
          <w:p w14:paraId="7B89A508" w14:textId="77777777" w:rsidR="008772A2" w:rsidRDefault="008772A2"/>
        </w:tc>
        <w:tc>
          <w:tcPr>
            <w:tcW w:w="1881" w:type="dxa"/>
          </w:tcPr>
          <w:p w14:paraId="6A8D24EE" w14:textId="77777777" w:rsidR="008772A2" w:rsidRDefault="008772A2"/>
        </w:tc>
      </w:tr>
      <w:tr w:rsidR="008772A2" w14:paraId="62CB0671" w14:textId="77777777" w:rsidTr="0080198F">
        <w:tc>
          <w:tcPr>
            <w:tcW w:w="392" w:type="dxa"/>
          </w:tcPr>
          <w:p w14:paraId="6C3EDF65" w14:textId="77777777" w:rsidR="008772A2" w:rsidRDefault="0080198F">
            <w:r>
              <w:rPr>
                <w:sz w:val="18"/>
              </w:rPr>
              <w:t>3</w:t>
            </w:r>
          </w:p>
        </w:tc>
        <w:tc>
          <w:tcPr>
            <w:tcW w:w="3370" w:type="dxa"/>
          </w:tcPr>
          <w:p w14:paraId="430D1629" w14:textId="77777777" w:rsidR="008772A2" w:rsidRDefault="008772A2"/>
        </w:tc>
        <w:tc>
          <w:tcPr>
            <w:tcW w:w="1881" w:type="dxa"/>
          </w:tcPr>
          <w:p w14:paraId="6817EF18" w14:textId="77777777" w:rsidR="008772A2" w:rsidRDefault="008772A2"/>
        </w:tc>
        <w:tc>
          <w:tcPr>
            <w:tcW w:w="1881" w:type="dxa"/>
          </w:tcPr>
          <w:p w14:paraId="793C6181" w14:textId="77777777" w:rsidR="008772A2" w:rsidRDefault="008772A2"/>
        </w:tc>
        <w:tc>
          <w:tcPr>
            <w:tcW w:w="1881" w:type="dxa"/>
          </w:tcPr>
          <w:p w14:paraId="1C758063" w14:textId="77777777" w:rsidR="008772A2" w:rsidRDefault="008772A2"/>
        </w:tc>
      </w:tr>
      <w:tr w:rsidR="008772A2" w14:paraId="01CC9E0D" w14:textId="77777777" w:rsidTr="0080198F">
        <w:tc>
          <w:tcPr>
            <w:tcW w:w="392" w:type="dxa"/>
          </w:tcPr>
          <w:p w14:paraId="21C30AE6" w14:textId="77777777" w:rsidR="008772A2" w:rsidRDefault="0080198F">
            <w:r>
              <w:rPr>
                <w:sz w:val="18"/>
              </w:rPr>
              <w:t>4</w:t>
            </w:r>
          </w:p>
        </w:tc>
        <w:tc>
          <w:tcPr>
            <w:tcW w:w="3370" w:type="dxa"/>
          </w:tcPr>
          <w:p w14:paraId="5285D7F8" w14:textId="77777777" w:rsidR="008772A2" w:rsidRDefault="008772A2"/>
        </w:tc>
        <w:tc>
          <w:tcPr>
            <w:tcW w:w="1881" w:type="dxa"/>
          </w:tcPr>
          <w:p w14:paraId="73BB2AB2" w14:textId="77777777" w:rsidR="008772A2" w:rsidRDefault="008772A2"/>
        </w:tc>
        <w:tc>
          <w:tcPr>
            <w:tcW w:w="1881" w:type="dxa"/>
          </w:tcPr>
          <w:p w14:paraId="6E61D430" w14:textId="77777777" w:rsidR="008772A2" w:rsidRDefault="008772A2"/>
        </w:tc>
        <w:tc>
          <w:tcPr>
            <w:tcW w:w="1881" w:type="dxa"/>
          </w:tcPr>
          <w:p w14:paraId="3A163A70" w14:textId="77777777" w:rsidR="008772A2" w:rsidRDefault="008772A2"/>
        </w:tc>
      </w:tr>
      <w:tr w:rsidR="008772A2" w14:paraId="301AC33C" w14:textId="77777777" w:rsidTr="0080198F">
        <w:tc>
          <w:tcPr>
            <w:tcW w:w="392" w:type="dxa"/>
          </w:tcPr>
          <w:p w14:paraId="21D81784" w14:textId="77777777" w:rsidR="008772A2" w:rsidRDefault="0080198F">
            <w:r>
              <w:rPr>
                <w:sz w:val="18"/>
              </w:rPr>
              <w:lastRenderedPageBreak/>
              <w:t>5</w:t>
            </w:r>
          </w:p>
        </w:tc>
        <w:tc>
          <w:tcPr>
            <w:tcW w:w="3370" w:type="dxa"/>
          </w:tcPr>
          <w:p w14:paraId="7A0ADEAC" w14:textId="77777777" w:rsidR="008772A2" w:rsidRDefault="008772A2"/>
        </w:tc>
        <w:tc>
          <w:tcPr>
            <w:tcW w:w="1881" w:type="dxa"/>
          </w:tcPr>
          <w:p w14:paraId="0E0D546A" w14:textId="77777777" w:rsidR="008772A2" w:rsidRDefault="008772A2"/>
        </w:tc>
        <w:tc>
          <w:tcPr>
            <w:tcW w:w="1881" w:type="dxa"/>
          </w:tcPr>
          <w:p w14:paraId="306C1796" w14:textId="77777777" w:rsidR="008772A2" w:rsidRDefault="008772A2"/>
        </w:tc>
        <w:tc>
          <w:tcPr>
            <w:tcW w:w="1881" w:type="dxa"/>
          </w:tcPr>
          <w:p w14:paraId="3DD1AE5C" w14:textId="77777777" w:rsidR="008772A2" w:rsidRDefault="008772A2"/>
        </w:tc>
      </w:tr>
      <w:tr w:rsidR="008772A2" w14:paraId="18F30261" w14:textId="77777777" w:rsidTr="0080198F">
        <w:tc>
          <w:tcPr>
            <w:tcW w:w="392" w:type="dxa"/>
          </w:tcPr>
          <w:p w14:paraId="0DC09709" w14:textId="77777777" w:rsidR="008772A2" w:rsidRDefault="0080198F">
            <w:r>
              <w:rPr>
                <w:sz w:val="18"/>
              </w:rPr>
              <w:t>6</w:t>
            </w:r>
          </w:p>
        </w:tc>
        <w:tc>
          <w:tcPr>
            <w:tcW w:w="3370" w:type="dxa"/>
          </w:tcPr>
          <w:p w14:paraId="306EFDA0" w14:textId="77777777" w:rsidR="008772A2" w:rsidRDefault="008772A2"/>
        </w:tc>
        <w:tc>
          <w:tcPr>
            <w:tcW w:w="1881" w:type="dxa"/>
          </w:tcPr>
          <w:p w14:paraId="2D04B64C" w14:textId="77777777" w:rsidR="008772A2" w:rsidRDefault="008772A2"/>
        </w:tc>
        <w:tc>
          <w:tcPr>
            <w:tcW w:w="1881" w:type="dxa"/>
          </w:tcPr>
          <w:p w14:paraId="28D24CEA" w14:textId="77777777" w:rsidR="008772A2" w:rsidRDefault="008772A2"/>
        </w:tc>
        <w:tc>
          <w:tcPr>
            <w:tcW w:w="1881" w:type="dxa"/>
          </w:tcPr>
          <w:p w14:paraId="26DD758A" w14:textId="77777777" w:rsidR="008772A2" w:rsidRDefault="008772A2"/>
        </w:tc>
      </w:tr>
      <w:tr w:rsidR="008772A2" w14:paraId="5ACD6728" w14:textId="77777777" w:rsidTr="0080198F">
        <w:tc>
          <w:tcPr>
            <w:tcW w:w="392" w:type="dxa"/>
          </w:tcPr>
          <w:p w14:paraId="3DAF1583" w14:textId="77777777" w:rsidR="008772A2" w:rsidRDefault="0080198F">
            <w:r>
              <w:rPr>
                <w:sz w:val="18"/>
              </w:rPr>
              <w:t>7</w:t>
            </w:r>
          </w:p>
        </w:tc>
        <w:tc>
          <w:tcPr>
            <w:tcW w:w="3370" w:type="dxa"/>
          </w:tcPr>
          <w:p w14:paraId="00D90701" w14:textId="77777777" w:rsidR="008772A2" w:rsidRDefault="008772A2"/>
        </w:tc>
        <w:tc>
          <w:tcPr>
            <w:tcW w:w="1881" w:type="dxa"/>
          </w:tcPr>
          <w:p w14:paraId="20EE5E9F" w14:textId="77777777" w:rsidR="008772A2" w:rsidRDefault="008772A2"/>
        </w:tc>
        <w:tc>
          <w:tcPr>
            <w:tcW w:w="1881" w:type="dxa"/>
          </w:tcPr>
          <w:p w14:paraId="73B0C882" w14:textId="77777777" w:rsidR="008772A2" w:rsidRDefault="008772A2"/>
        </w:tc>
        <w:tc>
          <w:tcPr>
            <w:tcW w:w="1881" w:type="dxa"/>
          </w:tcPr>
          <w:p w14:paraId="60092B42" w14:textId="77777777" w:rsidR="008772A2" w:rsidRDefault="008772A2"/>
        </w:tc>
      </w:tr>
    </w:tbl>
    <w:p w14:paraId="14FB3DC1" w14:textId="77777777" w:rsidR="008772A2" w:rsidRDefault="008772A2"/>
    <w:p w14:paraId="057CCEE3" w14:textId="77777777" w:rsidR="008772A2" w:rsidRDefault="0080198F">
      <w:r>
        <w:rPr>
          <w:b/>
        </w:rPr>
        <w:t>C. REFLEKSI HARIAN</w:t>
      </w:r>
    </w:p>
    <w:p w14:paraId="20198FAB" w14:textId="77777777" w:rsidR="008772A2" w:rsidRDefault="0080198F">
      <w:r>
        <w:rPr>
          <w:b/>
        </w:rPr>
        <w:t>Hal yang dipelajari/temuan penting:</w:t>
      </w:r>
    </w:p>
    <w:p w14:paraId="0FA94540" w14:textId="77777777" w:rsidR="008772A2" w:rsidRDefault="0080198F">
      <w:r>
        <w:t>................................................................................................................</w:t>
      </w:r>
    </w:p>
    <w:p w14:paraId="6BD26F94" w14:textId="77777777" w:rsidR="008772A2" w:rsidRDefault="0080198F">
      <w:r>
        <w:t>................................................................................................................</w:t>
      </w:r>
    </w:p>
    <w:p w14:paraId="030F7DFA" w14:textId="77777777" w:rsidR="008772A2" w:rsidRDefault="0080198F">
      <w:r>
        <w:rPr>
          <w:b/>
        </w:rPr>
        <w:t>Peran dan kontribusi yang dilakukan:</w:t>
      </w:r>
    </w:p>
    <w:p w14:paraId="04608104" w14:textId="77777777" w:rsidR="008772A2" w:rsidRDefault="0080198F">
      <w:r>
        <w:t>................................................................................................................</w:t>
      </w:r>
    </w:p>
    <w:p w14:paraId="05423BD8" w14:textId="77777777" w:rsidR="008772A2" w:rsidRDefault="0080198F">
      <w:r>
        <w:t>................................................................................................................</w:t>
      </w:r>
    </w:p>
    <w:p w14:paraId="58FE7937" w14:textId="77777777" w:rsidR="008772A2" w:rsidRDefault="0080198F">
      <w:r>
        <w:rPr>
          <w:b/>
        </w:rPr>
        <w:t>Evaluasi kegiatan:</w:t>
      </w:r>
    </w:p>
    <w:p w14:paraId="357D26EC" w14:textId="77777777" w:rsidR="008772A2" w:rsidRDefault="0080198F">
      <w:r>
        <w:t>................................................................................................................</w:t>
      </w:r>
    </w:p>
    <w:p w14:paraId="1D4B0CEB" w14:textId="77777777" w:rsidR="008772A2" w:rsidRDefault="0080198F">
      <w:r>
        <w:t>................................................................................................................</w:t>
      </w:r>
    </w:p>
    <w:p w14:paraId="633B5D66" w14:textId="77777777" w:rsidR="008772A2" w:rsidRDefault="0080198F">
      <w:r>
        <w:rPr>
          <w:b/>
        </w:rPr>
        <w:t>Rencana kegiatan berikutnya:</w:t>
      </w:r>
    </w:p>
    <w:p w14:paraId="777AFD93" w14:textId="77777777" w:rsidR="008772A2" w:rsidRDefault="0080198F">
      <w:r>
        <w:t>................................................................................................................</w:t>
      </w:r>
    </w:p>
    <w:p w14:paraId="445EE358" w14:textId="77777777" w:rsidR="008772A2" w:rsidRDefault="0080198F">
      <w:r>
        <w:t>................................................................................................................</w:t>
      </w:r>
    </w:p>
    <w:p w14:paraId="07447306" w14:textId="77777777" w:rsidR="008772A2" w:rsidRDefault="008772A2"/>
    <w:p w14:paraId="67FD6EAA" w14:textId="77777777" w:rsidR="008772A2" w:rsidRDefault="0080198F">
      <w:r>
        <w:rPr>
          <w:b/>
        </w:rPr>
        <w:t>D. PENGESAHAN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647"/>
        <w:gridCol w:w="4640"/>
      </w:tblGrid>
      <w:tr w:rsidR="00E74B4A" w14:paraId="4EC5C831" w14:textId="77777777" w:rsidTr="00525757">
        <w:trPr>
          <w:jc w:val="center"/>
        </w:trPr>
        <w:tc>
          <w:tcPr>
            <w:tcW w:w="4647" w:type="dxa"/>
            <w:vAlign w:val="center"/>
          </w:tcPr>
          <w:p w14:paraId="62B387BB" w14:textId="77777777" w:rsidR="00E74B4A" w:rsidRDefault="00E74B4A" w:rsidP="00525757"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I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(........................................)</w:t>
            </w:r>
          </w:p>
        </w:tc>
        <w:tc>
          <w:tcPr>
            <w:tcW w:w="4640" w:type="dxa"/>
            <w:vAlign w:val="center"/>
          </w:tcPr>
          <w:p w14:paraId="1C6AF856" w14:textId="77777777" w:rsidR="00E74B4A" w:rsidRDefault="00E74B4A" w:rsidP="00525757"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II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(........................................)</w:t>
            </w:r>
          </w:p>
        </w:tc>
      </w:tr>
      <w:tr w:rsidR="00E74B4A" w14:paraId="09D5362C" w14:textId="77777777" w:rsidTr="00525757">
        <w:trPr>
          <w:jc w:val="center"/>
        </w:trPr>
        <w:tc>
          <w:tcPr>
            <w:tcW w:w="9287" w:type="dxa"/>
            <w:gridSpan w:val="2"/>
            <w:vAlign w:val="center"/>
          </w:tcPr>
          <w:p w14:paraId="149DEE8C" w14:textId="77777777" w:rsidR="00E74B4A" w:rsidRDefault="00E74B4A" w:rsidP="00525757">
            <w:pPr>
              <w:jc w:val="center"/>
            </w:pPr>
            <w:proofErr w:type="spellStart"/>
            <w:r>
              <w:t>Ketua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  <w:r>
              <w:t xml:space="preserve"> KKN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(........................................)</w:t>
            </w:r>
          </w:p>
        </w:tc>
      </w:tr>
    </w:tbl>
    <w:p w14:paraId="69346FDE" w14:textId="77777777" w:rsidR="008772A2" w:rsidRDefault="008772A2"/>
    <w:p w14:paraId="1BB47DEE" w14:textId="77777777" w:rsidR="008772A2" w:rsidRDefault="0080198F">
      <w:pPr>
        <w:jc w:val="center"/>
      </w:pPr>
      <w:r>
        <w:rPr>
          <w:i/>
          <w:sz w:val="18"/>
        </w:rPr>
        <w:t>STAI Paduka Anambas — Format Jurnal Harian KKN</w:t>
      </w:r>
    </w:p>
    <w:sectPr w:rsidR="008772A2" w:rsidSect="0003461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0198F"/>
    <w:rsid w:val="008772A2"/>
    <w:rsid w:val="00AA1D8D"/>
    <w:rsid w:val="00B47730"/>
    <w:rsid w:val="00CB0664"/>
    <w:rsid w:val="00E74B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369ADE"/>
  <w14:defaultImageDpi w14:val="300"/>
  <w15:docId w15:val="{2C2FCA76-B2EB-4B5D-BBB1-0348566B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3</cp:revision>
  <dcterms:created xsi:type="dcterms:W3CDTF">2013-12-23T23:15:00Z</dcterms:created>
  <dcterms:modified xsi:type="dcterms:W3CDTF">2026-09-08T05:07:00Z</dcterms:modified>
  <cp:category/>
</cp:coreProperties>
</file>