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E307" w14:textId="136911B1" w:rsidR="00B60F97" w:rsidRDefault="00B60F97" w:rsidP="00B60F97">
      <w:pPr>
        <w:spacing w:after="0"/>
        <w:jc w:val="center"/>
        <w:rPr>
          <w:b/>
          <w:sz w:val="28"/>
        </w:rPr>
      </w:pPr>
      <w:r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C1E8A9C" wp14:editId="5E5D72CE">
            <wp:simplePos x="0" y="0"/>
            <wp:positionH relativeFrom="column">
              <wp:posOffset>2311400</wp:posOffset>
            </wp:positionH>
            <wp:positionV relativeFrom="paragraph">
              <wp:posOffset>-495300</wp:posOffset>
            </wp:positionV>
            <wp:extent cx="989542" cy="952500"/>
            <wp:effectExtent l="0" t="0" r="1270" b="0"/>
            <wp:wrapNone/>
            <wp:docPr id="1560518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18466" name="Picture 15605184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54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203DE" w14:textId="4DBAD423" w:rsidR="00B60F97" w:rsidRDefault="00B60F97" w:rsidP="00B60F97">
      <w:pPr>
        <w:spacing w:after="0"/>
        <w:jc w:val="center"/>
        <w:rPr>
          <w:b/>
          <w:sz w:val="28"/>
        </w:rPr>
      </w:pPr>
    </w:p>
    <w:p w14:paraId="49B4572A" w14:textId="2FDA55F2" w:rsidR="00066B3A" w:rsidRDefault="00D43F22" w:rsidP="00B60F97">
      <w:pPr>
        <w:spacing w:after="0"/>
        <w:jc w:val="center"/>
      </w:pPr>
      <w:r>
        <w:rPr>
          <w:b/>
          <w:sz w:val="28"/>
        </w:rPr>
        <w:t>SEKOLAH TINGGI AGAMA ISLAM (STAI) PADUKA ANAMBAS</w:t>
      </w:r>
    </w:p>
    <w:p w14:paraId="2680D288" w14:textId="77777777" w:rsidR="00066B3A" w:rsidRDefault="00D43F22" w:rsidP="00B60F97">
      <w:pPr>
        <w:spacing w:after="0"/>
        <w:jc w:val="center"/>
      </w:pPr>
      <w:r>
        <w:rPr>
          <w:b/>
          <w:sz w:val="24"/>
        </w:rPr>
        <w:t>KEGIATAN KULIAH KERJA NYATA (KKN)</w:t>
      </w:r>
    </w:p>
    <w:p w14:paraId="371970F1" w14:textId="77777777" w:rsidR="00066B3A" w:rsidRDefault="00066B3A" w:rsidP="00B60F97">
      <w:pPr>
        <w:spacing w:after="0"/>
      </w:pPr>
    </w:p>
    <w:p w14:paraId="660E969B" w14:textId="47C37132" w:rsidR="00066B3A" w:rsidRDefault="00D43F22" w:rsidP="00B60F97">
      <w:pPr>
        <w:spacing w:after="0"/>
        <w:jc w:val="center"/>
      </w:pPr>
      <w:r>
        <w:rPr>
          <w:b/>
          <w:sz w:val="28"/>
        </w:rPr>
        <w:t>DAFTAR HADIR MAHASISWA KKN</w:t>
      </w:r>
    </w:p>
    <w:p w14:paraId="58B495F8" w14:textId="77777777" w:rsidR="00066B3A" w:rsidRDefault="00D43F22" w:rsidP="00B60F97">
      <w:pPr>
        <w:spacing w:after="0"/>
        <w:jc w:val="center"/>
      </w:pPr>
      <w:r>
        <w:rPr>
          <w:b/>
        </w:rPr>
        <w:t>TAHUN ________</w:t>
      </w:r>
    </w:p>
    <w:p w14:paraId="22EA26E2" w14:textId="77777777" w:rsidR="00066B3A" w:rsidRDefault="00066B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2"/>
        <w:gridCol w:w="4702"/>
      </w:tblGrid>
      <w:tr w:rsidR="00066B3A" w14:paraId="6C57D18A" w14:textId="77777777">
        <w:tc>
          <w:tcPr>
            <w:tcW w:w="4702" w:type="dxa"/>
          </w:tcPr>
          <w:p w14:paraId="0BE27323" w14:textId="77777777" w:rsidR="00066B3A" w:rsidRDefault="00D43F22">
            <w:r>
              <w:rPr>
                <w:b/>
                <w:sz w:val="20"/>
              </w:rPr>
              <w:t>Desa/Kelurahan</w:t>
            </w:r>
          </w:p>
        </w:tc>
        <w:tc>
          <w:tcPr>
            <w:tcW w:w="4702" w:type="dxa"/>
          </w:tcPr>
          <w:p w14:paraId="0967C0B0" w14:textId="77777777" w:rsidR="00066B3A" w:rsidRDefault="00066B3A"/>
        </w:tc>
      </w:tr>
      <w:tr w:rsidR="00066B3A" w14:paraId="76FC3778" w14:textId="77777777">
        <w:tc>
          <w:tcPr>
            <w:tcW w:w="4702" w:type="dxa"/>
          </w:tcPr>
          <w:p w14:paraId="000E7E6B" w14:textId="77777777" w:rsidR="00066B3A" w:rsidRDefault="00D43F22">
            <w:r>
              <w:rPr>
                <w:b/>
                <w:sz w:val="20"/>
              </w:rPr>
              <w:t>Kecamatan</w:t>
            </w:r>
          </w:p>
        </w:tc>
        <w:tc>
          <w:tcPr>
            <w:tcW w:w="4702" w:type="dxa"/>
          </w:tcPr>
          <w:p w14:paraId="471475E9" w14:textId="77777777" w:rsidR="00066B3A" w:rsidRDefault="00066B3A"/>
        </w:tc>
      </w:tr>
      <w:tr w:rsidR="00066B3A" w14:paraId="51EB0913" w14:textId="77777777">
        <w:tc>
          <w:tcPr>
            <w:tcW w:w="4702" w:type="dxa"/>
          </w:tcPr>
          <w:p w14:paraId="44E8FD8A" w14:textId="77777777" w:rsidR="00066B3A" w:rsidRDefault="00D43F22">
            <w:r>
              <w:rPr>
                <w:b/>
                <w:sz w:val="20"/>
              </w:rPr>
              <w:t>Kabupaten</w:t>
            </w:r>
          </w:p>
        </w:tc>
        <w:tc>
          <w:tcPr>
            <w:tcW w:w="4702" w:type="dxa"/>
          </w:tcPr>
          <w:p w14:paraId="39537638" w14:textId="77777777" w:rsidR="00066B3A" w:rsidRDefault="00D43F22">
            <w:r>
              <w:rPr>
                <w:sz w:val="20"/>
              </w:rPr>
              <w:t>Kepulauan Anambas</w:t>
            </w:r>
          </w:p>
        </w:tc>
      </w:tr>
      <w:tr w:rsidR="00066B3A" w14:paraId="43829CD0" w14:textId="77777777">
        <w:tc>
          <w:tcPr>
            <w:tcW w:w="4702" w:type="dxa"/>
          </w:tcPr>
          <w:p w14:paraId="40C809B9" w14:textId="77777777" w:rsidR="00066B3A" w:rsidRDefault="00D43F22">
            <w:r>
              <w:rPr>
                <w:b/>
                <w:sz w:val="20"/>
              </w:rPr>
              <w:t>Kelompok KKN</w:t>
            </w:r>
          </w:p>
        </w:tc>
        <w:tc>
          <w:tcPr>
            <w:tcW w:w="4702" w:type="dxa"/>
          </w:tcPr>
          <w:p w14:paraId="5529E6A8" w14:textId="77777777" w:rsidR="00066B3A" w:rsidRDefault="00066B3A"/>
        </w:tc>
      </w:tr>
      <w:tr w:rsidR="00066B3A" w14:paraId="316E9173" w14:textId="77777777">
        <w:tc>
          <w:tcPr>
            <w:tcW w:w="4702" w:type="dxa"/>
          </w:tcPr>
          <w:p w14:paraId="04C6B2FB" w14:textId="77777777" w:rsidR="00066B3A" w:rsidRDefault="00D43F22">
            <w:r>
              <w:rPr>
                <w:b/>
                <w:sz w:val="20"/>
              </w:rPr>
              <w:t>DPL</w:t>
            </w:r>
          </w:p>
        </w:tc>
        <w:tc>
          <w:tcPr>
            <w:tcW w:w="4702" w:type="dxa"/>
          </w:tcPr>
          <w:p w14:paraId="55CCEB5F" w14:textId="77777777" w:rsidR="00066B3A" w:rsidRDefault="00066B3A"/>
        </w:tc>
      </w:tr>
      <w:tr w:rsidR="00066B3A" w14:paraId="5EFB5265" w14:textId="77777777">
        <w:tc>
          <w:tcPr>
            <w:tcW w:w="4702" w:type="dxa"/>
          </w:tcPr>
          <w:p w14:paraId="79CEBEDE" w14:textId="77777777" w:rsidR="00066B3A" w:rsidRDefault="00D43F22">
            <w:r>
              <w:rPr>
                <w:b/>
                <w:sz w:val="20"/>
              </w:rPr>
              <w:t>Periode KKN</w:t>
            </w:r>
          </w:p>
        </w:tc>
        <w:tc>
          <w:tcPr>
            <w:tcW w:w="4702" w:type="dxa"/>
          </w:tcPr>
          <w:p w14:paraId="0B7D3F8A" w14:textId="77777777" w:rsidR="00066B3A" w:rsidRDefault="00066B3A"/>
        </w:tc>
      </w:tr>
      <w:tr w:rsidR="00066B3A" w14:paraId="3A1D17F5" w14:textId="77777777">
        <w:tc>
          <w:tcPr>
            <w:tcW w:w="4702" w:type="dxa"/>
          </w:tcPr>
          <w:p w14:paraId="6A94CE8C" w14:textId="77777777" w:rsidR="00066B3A" w:rsidRDefault="00D43F22">
            <w:r>
              <w:rPr>
                <w:b/>
                <w:sz w:val="20"/>
              </w:rPr>
              <w:t>Kegiatan</w:t>
            </w:r>
          </w:p>
        </w:tc>
        <w:tc>
          <w:tcPr>
            <w:tcW w:w="4702" w:type="dxa"/>
          </w:tcPr>
          <w:p w14:paraId="69C4B33D" w14:textId="77777777" w:rsidR="00066B3A" w:rsidRDefault="00066B3A"/>
        </w:tc>
      </w:tr>
    </w:tbl>
    <w:p w14:paraId="092CE1F5" w14:textId="77777777" w:rsidR="00066B3A" w:rsidRDefault="00066B3A"/>
    <w:p w14:paraId="19E52037" w14:textId="77777777" w:rsidR="00066B3A" w:rsidRDefault="00D43F22">
      <w:r>
        <w:rPr>
          <w:b/>
        </w:rPr>
        <w:t>A. DAFTAR HADIR</w:t>
      </w:r>
    </w:p>
    <w:tbl>
      <w:tblPr>
        <w:tblStyle w:val="TableGrid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"/>
        <w:gridCol w:w="1523"/>
        <w:gridCol w:w="1045"/>
        <w:gridCol w:w="1045"/>
        <w:gridCol w:w="1045"/>
        <w:gridCol w:w="1045"/>
        <w:gridCol w:w="1045"/>
        <w:gridCol w:w="1045"/>
        <w:gridCol w:w="1045"/>
      </w:tblGrid>
      <w:tr w:rsidR="00066B3A" w14:paraId="472886D3" w14:textId="77777777" w:rsidTr="00B60F97">
        <w:trPr>
          <w:jc w:val="center"/>
        </w:trPr>
        <w:tc>
          <w:tcPr>
            <w:tcW w:w="567" w:type="dxa"/>
            <w:shd w:val="clear" w:color="auto" w:fill="D9EAF7"/>
          </w:tcPr>
          <w:p w14:paraId="061197E7" w14:textId="77777777" w:rsidR="00066B3A" w:rsidRDefault="00D43F22">
            <w:r>
              <w:rPr>
                <w:b/>
                <w:sz w:val="16"/>
              </w:rPr>
              <w:t>No.</w:t>
            </w:r>
          </w:p>
        </w:tc>
        <w:tc>
          <w:tcPr>
            <w:tcW w:w="1523" w:type="dxa"/>
            <w:shd w:val="clear" w:color="auto" w:fill="D9EAF7"/>
          </w:tcPr>
          <w:p w14:paraId="6BFD3C0D" w14:textId="77777777" w:rsidR="00066B3A" w:rsidRDefault="00D43F22">
            <w:r>
              <w:rPr>
                <w:b/>
                <w:sz w:val="16"/>
              </w:rPr>
              <w:t>Nama Mahasiswa</w:t>
            </w:r>
          </w:p>
        </w:tc>
        <w:tc>
          <w:tcPr>
            <w:tcW w:w="1045" w:type="dxa"/>
            <w:shd w:val="clear" w:color="auto" w:fill="D9EAF7"/>
          </w:tcPr>
          <w:p w14:paraId="6CF5B555" w14:textId="77777777" w:rsidR="00066B3A" w:rsidRDefault="00D43F22">
            <w:r>
              <w:rPr>
                <w:b/>
                <w:sz w:val="16"/>
              </w:rPr>
              <w:t>NIM</w:t>
            </w:r>
          </w:p>
        </w:tc>
        <w:tc>
          <w:tcPr>
            <w:tcW w:w="1045" w:type="dxa"/>
            <w:shd w:val="clear" w:color="auto" w:fill="D9EAF7"/>
          </w:tcPr>
          <w:p w14:paraId="293A6C66" w14:textId="77777777" w:rsidR="00066B3A" w:rsidRDefault="00D43F22">
            <w:r>
              <w:rPr>
                <w:b/>
                <w:sz w:val="16"/>
              </w:rPr>
              <w:t>Program Studi</w:t>
            </w:r>
          </w:p>
        </w:tc>
        <w:tc>
          <w:tcPr>
            <w:tcW w:w="1045" w:type="dxa"/>
            <w:shd w:val="clear" w:color="auto" w:fill="D9EAF7"/>
          </w:tcPr>
          <w:p w14:paraId="415D5BE6" w14:textId="77777777" w:rsidR="00066B3A" w:rsidRDefault="00D43F22">
            <w:r>
              <w:rPr>
                <w:b/>
                <w:sz w:val="16"/>
              </w:rPr>
              <w:t>Tanggal</w:t>
            </w:r>
          </w:p>
        </w:tc>
        <w:tc>
          <w:tcPr>
            <w:tcW w:w="1045" w:type="dxa"/>
            <w:shd w:val="clear" w:color="auto" w:fill="D9EAF7"/>
          </w:tcPr>
          <w:p w14:paraId="359B4E0A" w14:textId="77777777" w:rsidR="00066B3A" w:rsidRDefault="00D43F22">
            <w:r>
              <w:rPr>
                <w:b/>
                <w:sz w:val="16"/>
              </w:rPr>
              <w:t>Waktu Hadir</w:t>
            </w:r>
          </w:p>
        </w:tc>
        <w:tc>
          <w:tcPr>
            <w:tcW w:w="1045" w:type="dxa"/>
            <w:shd w:val="clear" w:color="auto" w:fill="D9EAF7"/>
          </w:tcPr>
          <w:p w14:paraId="220D940D" w14:textId="77777777" w:rsidR="00066B3A" w:rsidRDefault="00D43F22">
            <w:r>
              <w:rPr>
                <w:b/>
                <w:sz w:val="16"/>
              </w:rPr>
              <w:t>Waktu Pulang</w:t>
            </w:r>
          </w:p>
        </w:tc>
        <w:tc>
          <w:tcPr>
            <w:tcW w:w="1045" w:type="dxa"/>
            <w:shd w:val="clear" w:color="auto" w:fill="D9EAF7"/>
          </w:tcPr>
          <w:p w14:paraId="7DF575F5" w14:textId="77777777" w:rsidR="00066B3A" w:rsidRDefault="00D43F22">
            <w:r>
              <w:rPr>
                <w:b/>
                <w:sz w:val="16"/>
              </w:rPr>
              <w:t>Tanda Tangan</w:t>
            </w:r>
          </w:p>
        </w:tc>
        <w:tc>
          <w:tcPr>
            <w:tcW w:w="1045" w:type="dxa"/>
            <w:shd w:val="clear" w:color="auto" w:fill="D9EAF7"/>
          </w:tcPr>
          <w:p w14:paraId="4CBB43E5" w14:textId="77777777" w:rsidR="00066B3A" w:rsidRDefault="00D43F22">
            <w:r>
              <w:rPr>
                <w:b/>
                <w:sz w:val="16"/>
              </w:rPr>
              <w:t>Keterangan</w:t>
            </w:r>
          </w:p>
        </w:tc>
      </w:tr>
      <w:tr w:rsidR="00066B3A" w14:paraId="0AECC5D8" w14:textId="77777777" w:rsidTr="00B60F97">
        <w:trPr>
          <w:jc w:val="center"/>
        </w:trPr>
        <w:tc>
          <w:tcPr>
            <w:tcW w:w="567" w:type="dxa"/>
          </w:tcPr>
          <w:p w14:paraId="78C9364C" w14:textId="77777777" w:rsidR="00066B3A" w:rsidRDefault="00D43F22">
            <w:r>
              <w:rPr>
                <w:sz w:val="16"/>
              </w:rPr>
              <w:t>1</w:t>
            </w:r>
          </w:p>
        </w:tc>
        <w:tc>
          <w:tcPr>
            <w:tcW w:w="1523" w:type="dxa"/>
          </w:tcPr>
          <w:p w14:paraId="5A350628" w14:textId="77777777" w:rsidR="00066B3A" w:rsidRDefault="00066B3A"/>
        </w:tc>
        <w:tc>
          <w:tcPr>
            <w:tcW w:w="1045" w:type="dxa"/>
          </w:tcPr>
          <w:p w14:paraId="3F3A12CF" w14:textId="77777777" w:rsidR="00066B3A" w:rsidRDefault="00066B3A"/>
        </w:tc>
        <w:tc>
          <w:tcPr>
            <w:tcW w:w="1045" w:type="dxa"/>
          </w:tcPr>
          <w:p w14:paraId="31F066B7" w14:textId="77777777" w:rsidR="00066B3A" w:rsidRDefault="00066B3A"/>
        </w:tc>
        <w:tc>
          <w:tcPr>
            <w:tcW w:w="1045" w:type="dxa"/>
          </w:tcPr>
          <w:p w14:paraId="6EA15A50" w14:textId="77777777" w:rsidR="00066B3A" w:rsidRDefault="00066B3A"/>
        </w:tc>
        <w:tc>
          <w:tcPr>
            <w:tcW w:w="1045" w:type="dxa"/>
          </w:tcPr>
          <w:p w14:paraId="3F12951D" w14:textId="77777777" w:rsidR="00066B3A" w:rsidRDefault="00066B3A"/>
        </w:tc>
        <w:tc>
          <w:tcPr>
            <w:tcW w:w="1045" w:type="dxa"/>
          </w:tcPr>
          <w:p w14:paraId="46EF62A9" w14:textId="77777777" w:rsidR="00066B3A" w:rsidRDefault="00066B3A"/>
        </w:tc>
        <w:tc>
          <w:tcPr>
            <w:tcW w:w="1045" w:type="dxa"/>
          </w:tcPr>
          <w:p w14:paraId="68A8C12A" w14:textId="77777777" w:rsidR="00066B3A" w:rsidRDefault="00066B3A"/>
        </w:tc>
        <w:tc>
          <w:tcPr>
            <w:tcW w:w="1045" w:type="dxa"/>
          </w:tcPr>
          <w:p w14:paraId="2D0744F2" w14:textId="77777777" w:rsidR="00066B3A" w:rsidRDefault="00066B3A"/>
        </w:tc>
      </w:tr>
      <w:tr w:rsidR="00066B3A" w14:paraId="40752830" w14:textId="77777777" w:rsidTr="00B60F97">
        <w:trPr>
          <w:jc w:val="center"/>
        </w:trPr>
        <w:tc>
          <w:tcPr>
            <w:tcW w:w="567" w:type="dxa"/>
          </w:tcPr>
          <w:p w14:paraId="386E9F59" w14:textId="77777777" w:rsidR="00066B3A" w:rsidRDefault="00D43F22">
            <w:r>
              <w:rPr>
                <w:sz w:val="16"/>
              </w:rPr>
              <w:t>2</w:t>
            </w:r>
          </w:p>
        </w:tc>
        <w:tc>
          <w:tcPr>
            <w:tcW w:w="1523" w:type="dxa"/>
          </w:tcPr>
          <w:p w14:paraId="06E3F5CC" w14:textId="77777777" w:rsidR="00066B3A" w:rsidRDefault="00066B3A"/>
        </w:tc>
        <w:tc>
          <w:tcPr>
            <w:tcW w:w="1045" w:type="dxa"/>
          </w:tcPr>
          <w:p w14:paraId="72594C21" w14:textId="77777777" w:rsidR="00066B3A" w:rsidRDefault="00066B3A"/>
        </w:tc>
        <w:tc>
          <w:tcPr>
            <w:tcW w:w="1045" w:type="dxa"/>
          </w:tcPr>
          <w:p w14:paraId="66CA7098" w14:textId="77777777" w:rsidR="00066B3A" w:rsidRDefault="00066B3A"/>
        </w:tc>
        <w:tc>
          <w:tcPr>
            <w:tcW w:w="1045" w:type="dxa"/>
          </w:tcPr>
          <w:p w14:paraId="7F4E528E" w14:textId="77777777" w:rsidR="00066B3A" w:rsidRDefault="00066B3A"/>
        </w:tc>
        <w:tc>
          <w:tcPr>
            <w:tcW w:w="1045" w:type="dxa"/>
          </w:tcPr>
          <w:p w14:paraId="7AC1FB88" w14:textId="77777777" w:rsidR="00066B3A" w:rsidRDefault="00066B3A"/>
        </w:tc>
        <w:tc>
          <w:tcPr>
            <w:tcW w:w="1045" w:type="dxa"/>
          </w:tcPr>
          <w:p w14:paraId="7EDB8A9C" w14:textId="77777777" w:rsidR="00066B3A" w:rsidRDefault="00066B3A"/>
        </w:tc>
        <w:tc>
          <w:tcPr>
            <w:tcW w:w="1045" w:type="dxa"/>
          </w:tcPr>
          <w:p w14:paraId="47618CC4" w14:textId="77777777" w:rsidR="00066B3A" w:rsidRDefault="00066B3A"/>
        </w:tc>
        <w:tc>
          <w:tcPr>
            <w:tcW w:w="1045" w:type="dxa"/>
          </w:tcPr>
          <w:p w14:paraId="04620C0E" w14:textId="77777777" w:rsidR="00066B3A" w:rsidRDefault="00066B3A"/>
        </w:tc>
      </w:tr>
      <w:tr w:rsidR="00066B3A" w14:paraId="43B0E0DE" w14:textId="77777777" w:rsidTr="00B60F97">
        <w:trPr>
          <w:jc w:val="center"/>
        </w:trPr>
        <w:tc>
          <w:tcPr>
            <w:tcW w:w="567" w:type="dxa"/>
          </w:tcPr>
          <w:p w14:paraId="69938EA1" w14:textId="77777777" w:rsidR="00066B3A" w:rsidRDefault="00D43F22">
            <w:r>
              <w:rPr>
                <w:sz w:val="16"/>
              </w:rPr>
              <w:t>3</w:t>
            </w:r>
          </w:p>
        </w:tc>
        <w:tc>
          <w:tcPr>
            <w:tcW w:w="1523" w:type="dxa"/>
          </w:tcPr>
          <w:p w14:paraId="5CD3A47B" w14:textId="77777777" w:rsidR="00066B3A" w:rsidRDefault="00066B3A"/>
        </w:tc>
        <w:tc>
          <w:tcPr>
            <w:tcW w:w="1045" w:type="dxa"/>
          </w:tcPr>
          <w:p w14:paraId="3E59F566" w14:textId="77777777" w:rsidR="00066B3A" w:rsidRDefault="00066B3A"/>
        </w:tc>
        <w:tc>
          <w:tcPr>
            <w:tcW w:w="1045" w:type="dxa"/>
          </w:tcPr>
          <w:p w14:paraId="1C28276B" w14:textId="77777777" w:rsidR="00066B3A" w:rsidRDefault="00066B3A"/>
        </w:tc>
        <w:tc>
          <w:tcPr>
            <w:tcW w:w="1045" w:type="dxa"/>
          </w:tcPr>
          <w:p w14:paraId="4B7CF3C9" w14:textId="77777777" w:rsidR="00066B3A" w:rsidRDefault="00066B3A"/>
        </w:tc>
        <w:tc>
          <w:tcPr>
            <w:tcW w:w="1045" w:type="dxa"/>
          </w:tcPr>
          <w:p w14:paraId="13A13D8A" w14:textId="77777777" w:rsidR="00066B3A" w:rsidRDefault="00066B3A"/>
        </w:tc>
        <w:tc>
          <w:tcPr>
            <w:tcW w:w="1045" w:type="dxa"/>
          </w:tcPr>
          <w:p w14:paraId="2BC2909B" w14:textId="77777777" w:rsidR="00066B3A" w:rsidRDefault="00066B3A"/>
        </w:tc>
        <w:tc>
          <w:tcPr>
            <w:tcW w:w="1045" w:type="dxa"/>
          </w:tcPr>
          <w:p w14:paraId="623249FF" w14:textId="77777777" w:rsidR="00066B3A" w:rsidRDefault="00066B3A"/>
        </w:tc>
        <w:tc>
          <w:tcPr>
            <w:tcW w:w="1045" w:type="dxa"/>
          </w:tcPr>
          <w:p w14:paraId="3E4DA49D" w14:textId="77777777" w:rsidR="00066B3A" w:rsidRDefault="00066B3A"/>
        </w:tc>
      </w:tr>
      <w:tr w:rsidR="00066B3A" w14:paraId="3F8049CF" w14:textId="77777777" w:rsidTr="00B60F97">
        <w:trPr>
          <w:jc w:val="center"/>
        </w:trPr>
        <w:tc>
          <w:tcPr>
            <w:tcW w:w="567" w:type="dxa"/>
          </w:tcPr>
          <w:p w14:paraId="73AF8993" w14:textId="77777777" w:rsidR="00066B3A" w:rsidRDefault="00D43F22">
            <w:r>
              <w:rPr>
                <w:sz w:val="16"/>
              </w:rPr>
              <w:t>4</w:t>
            </w:r>
          </w:p>
        </w:tc>
        <w:tc>
          <w:tcPr>
            <w:tcW w:w="1523" w:type="dxa"/>
          </w:tcPr>
          <w:p w14:paraId="303DBFF1" w14:textId="77777777" w:rsidR="00066B3A" w:rsidRDefault="00066B3A"/>
        </w:tc>
        <w:tc>
          <w:tcPr>
            <w:tcW w:w="1045" w:type="dxa"/>
          </w:tcPr>
          <w:p w14:paraId="4BF95DFC" w14:textId="77777777" w:rsidR="00066B3A" w:rsidRDefault="00066B3A"/>
        </w:tc>
        <w:tc>
          <w:tcPr>
            <w:tcW w:w="1045" w:type="dxa"/>
          </w:tcPr>
          <w:p w14:paraId="389779CB" w14:textId="77777777" w:rsidR="00066B3A" w:rsidRDefault="00066B3A"/>
        </w:tc>
        <w:tc>
          <w:tcPr>
            <w:tcW w:w="1045" w:type="dxa"/>
          </w:tcPr>
          <w:p w14:paraId="26283425" w14:textId="77777777" w:rsidR="00066B3A" w:rsidRDefault="00066B3A"/>
        </w:tc>
        <w:tc>
          <w:tcPr>
            <w:tcW w:w="1045" w:type="dxa"/>
          </w:tcPr>
          <w:p w14:paraId="6F652949" w14:textId="77777777" w:rsidR="00066B3A" w:rsidRDefault="00066B3A"/>
        </w:tc>
        <w:tc>
          <w:tcPr>
            <w:tcW w:w="1045" w:type="dxa"/>
          </w:tcPr>
          <w:p w14:paraId="16EDB80E" w14:textId="77777777" w:rsidR="00066B3A" w:rsidRDefault="00066B3A"/>
        </w:tc>
        <w:tc>
          <w:tcPr>
            <w:tcW w:w="1045" w:type="dxa"/>
          </w:tcPr>
          <w:p w14:paraId="38BA9F2B" w14:textId="77777777" w:rsidR="00066B3A" w:rsidRDefault="00066B3A"/>
        </w:tc>
        <w:tc>
          <w:tcPr>
            <w:tcW w:w="1045" w:type="dxa"/>
          </w:tcPr>
          <w:p w14:paraId="6A79034B" w14:textId="77777777" w:rsidR="00066B3A" w:rsidRDefault="00066B3A"/>
        </w:tc>
      </w:tr>
      <w:tr w:rsidR="00066B3A" w14:paraId="4BDD3EFB" w14:textId="77777777" w:rsidTr="00B60F97">
        <w:trPr>
          <w:jc w:val="center"/>
        </w:trPr>
        <w:tc>
          <w:tcPr>
            <w:tcW w:w="567" w:type="dxa"/>
          </w:tcPr>
          <w:p w14:paraId="379C63D0" w14:textId="77777777" w:rsidR="00066B3A" w:rsidRDefault="00D43F22">
            <w:r>
              <w:rPr>
                <w:sz w:val="16"/>
              </w:rPr>
              <w:t>5</w:t>
            </w:r>
          </w:p>
        </w:tc>
        <w:tc>
          <w:tcPr>
            <w:tcW w:w="1523" w:type="dxa"/>
          </w:tcPr>
          <w:p w14:paraId="05AE05B2" w14:textId="77777777" w:rsidR="00066B3A" w:rsidRDefault="00066B3A"/>
        </w:tc>
        <w:tc>
          <w:tcPr>
            <w:tcW w:w="1045" w:type="dxa"/>
          </w:tcPr>
          <w:p w14:paraId="001D3D0F" w14:textId="77777777" w:rsidR="00066B3A" w:rsidRDefault="00066B3A"/>
        </w:tc>
        <w:tc>
          <w:tcPr>
            <w:tcW w:w="1045" w:type="dxa"/>
          </w:tcPr>
          <w:p w14:paraId="7CBC0F2F" w14:textId="77777777" w:rsidR="00066B3A" w:rsidRDefault="00066B3A"/>
        </w:tc>
        <w:tc>
          <w:tcPr>
            <w:tcW w:w="1045" w:type="dxa"/>
          </w:tcPr>
          <w:p w14:paraId="559F7AC1" w14:textId="77777777" w:rsidR="00066B3A" w:rsidRDefault="00066B3A"/>
        </w:tc>
        <w:tc>
          <w:tcPr>
            <w:tcW w:w="1045" w:type="dxa"/>
          </w:tcPr>
          <w:p w14:paraId="62352FED" w14:textId="77777777" w:rsidR="00066B3A" w:rsidRDefault="00066B3A"/>
        </w:tc>
        <w:tc>
          <w:tcPr>
            <w:tcW w:w="1045" w:type="dxa"/>
          </w:tcPr>
          <w:p w14:paraId="2D7C93EE" w14:textId="77777777" w:rsidR="00066B3A" w:rsidRDefault="00066B3A"/>
        </w:tc>
        <w:tc>
          <w:tcPr>
            <w:tcW w:w="1045" w:type="dxa"/>
          </w:tcPr>
          <w:p w14:paraId="1F43DC77" w14:textId="77777777" w:rsidR="00066B3A" w:rsidRDefault="00066B3A"/>
        </w:tc>
        <w:tc>
          <w:tcPr>
            <w:tcW w:w="1045" w:type="dxa"/>
          </w:tcPr>
          <w:p w14:paraId="096D9441" w14:textId="77777777" w:rsidR="00066B3A" w:rsidRDefault="00066B3A"/>
        </w:tc>
      </w:tr>
      <w:tr w:rsidR="00066B3A" w14:paraId="290DA464" w14:textId="77777777" w:rsidTr="00B60F97">
        <w:trPr>
          <w:jc w:val="center"/>
        </w:trPr>
        <w:tc>
          <w:tcPr>
            <w:tcW w:w="567" w:type="dxa"/>
          </w:tcPr>
          <w:p w14:paraId="01C5F3F6" w14:textId="77777777" w:rsidR="00066B3A" w:rsidRDefault="00D43F22">
            <w:r>
              <w:rPr>
                <w:sz w:val="16"/>
              </w:rPr>
              <w:t>6</w:t>
            </w:r>
          </w:p>
        </w:tc>
        <w:tc>
          <w:tcPr>
            <w:tcW w:w="1523" w:type="dxa"/>
          </w:tcPr>
          <w:p w14:paraId="222CD081" w14:textId="77777777" w:rsidR="00066B3A" w:rsidRDefault="00066B3A"/>
        </w:tc>
        <w:tc>
          <w:tcPr>
            <w:tcW w:w="1045" w:type="dxa"/>
          </w:tcPr>
          <w:p w14:paraId="2C4797D2" w14:textId="77777777" w:rsidR="00066B3A" w:rsidRDefault="00066B3A"/>
        </w:tc>
        <w:tc>
          <w:tcPr>
            <w:tcW w:w="1045" w:type="dxa"/>
          </w:tcPr>
          <w:p w14:paraId="51980B2F" w14:textId="77777777" w:rsidR="00066B3A" w:rsidRDefault="00066B3A"/>
        </w:tc>
        <w:tc>
          <w:tcPr>
            <w:tcW w:w="1045" w:type="dxa"/>
          </w:tcPr>
          <w:p w14:paraId="50F1F73E" w14:textId="77777777" w:rsidR="00066B3A" w:rsidRDefault="00066B3A"/>
        </w:tc>
        <w:tc>
          <w:tcPr>
            <w:tcW w:w="1045" w:type="dxa"/>
          </w:tcPr>
          <w:p w14:paraId="6DA6F850" w14:textId="77777777" w:rsidR="00066B3A" w:rsidRDefault="00066B3A"/>
        </w:tc>
        <w:tc>
          <w:tcPr>
            <w:tcW w:w="1045" w:type="dxa"/>
          </w:tcPr>
          <w:p w14:paraId="3990F964" w14:textId="77777777" w:rsidR="00066B3A" w:rsidRDefault="00066B3A"/>
        </w:tc>
        <w:tc>
          <w:tcPr>
            <w:tcW w:w="1045" w:type="dxa"/>
          </w:tcPr>
          <w:p w14:paraId="09BC5390" w14:textId="77777777" w:rsidR="00066B3A" w:rsidRDefault="00066B3A"/>
        </w:tc>
        <w:tc>
          <w:tcPr>
            <w:tcW w:w="1045" w:type="dxa"/>
          </w:tcPr>
          <w:p w14:paraId="18DE73D0" w14:textId="77777777" w:rsidR="00066B3A" w:rsidRDefault="00066B3A"/>
        </w:tc>
      </w:tr>
      <w:tr w:rsidR="00066B3A" w14:paraId="61EB1095" w14:textId="77777777" w:rsidTr="00B60F97">
        <w:trPr>
          <w:jc w:val="center"/>
        </w:trPr>
        <w:tc>
          <w:tcPr>
            <w:tcW w:w="567" w:type="dxa"/>
          </w:tcPr>
          <w:p w14:paraId="0B686227" w14:textId="77777777" w:rsidR="00066B3A" w:rsidRDefault="00D43F22">
            <w:r>
              <w:rPr>
                <w:sz w:val="16"/>
              </w:rPr>
              <w:t>7</w:t>
            </w:r>
          </w:p>
        </w:tc>
        <w:tc>
          <w:tcPr>
            <w:tcW w:w="1523" w:type="dxa"/>
          </w:tcPr>
          <w:p w14:paraId="3E8A3322" w14:textId="77777777" w:rsidR="00066B3A" w:rsidRDefault="00066B3A"/>
        </w:tc>
        <w:tc>
          <w:tcPr>
            <w:tcW w:w="1045" w:type="dxa"/>
          </w:tcPr>
          <w:p w14:paraId="56D86555" w14:textId="77777777" w:rsidR="00066B3A" w:rsidRDefault="00066B3A"/>
        </w:tc>
        <w:tc>
          <w:tcPr>
            <w:tcW w:w="1045" w:type="dxa"/>
          </w:tcPr>
          <w:p w14:paraId="46B460BE" w14:textId="77777777" w:rsidR="00066B3A" w:rsidRDefault="00066B3A"/>
        </w:tc>
        <w:tc>
          <w:tcPr>
            <w:tcW w:w="1045" w:type="dxa"/>
          </w:tcPr>
          <w:p w14:paraId="10F04453" w14:textId="77777777" w:rsidR="00066B3A" w:rsidRDefault="00066B3A"/>
        </w:tc>
        <w:tc>
          <w:tcPr>
            <w:tcW w:w="1045" w:type="dxa"/>
          </w:tcPr>
          <w:p w14:paraId="6C79DBD2" w14:textId="77777777" w:rsidR="00066B3A" w:rsidRDefault="00066B3A"/>
        </w:tc>
        <w:tc>
          <w:tcPr>
            <w:tcW w:w="1045" w:type="dxa"/>
          </w:tcPr>
          <w:p w14:paraId="19F305EC" w14:textId="77777777" w:rsidR="00066B3A" w:rsidRDefault="00066B3A"/>
        </w:tc>
        <w:tc>
          <w:tcPr>
            <w:tcW w:w="1045" w:type="dxa"/>
          </w:tcPr>
          <w:p w14:paraId="1B36E150" w14:textId="77777777" w:rsidR="00066B3A" w:rsidRDefault="00066B3A"/>
        </w:tc>
        <w:tc>
          <w:tcPr>
            <w:tcW w:w="1045" w:type="dxa"/>
          </w:tcPr>
          <w:p w14:paraId="236E84D8" w14:textId="77777777" w:rsidR="00066B3A" w:rsidRDefault="00066B3A"/>
        </w:tc>
      </w:tr>
      <w:tr w:rsidR="00066B3A" w14:paraId="293F12E0" w14:textId="77777777" w:rsidTr="00B60F97">
        <w:trPr>
          <w:jc w:val="center"/>
        </w:trPr>
        <w:tc>
          <w:tcPr>
            <w:tcW w:w="567" w:type="dxa"/>
          </w:tcPr>
          <w:p w14:paraId="11E8143A" w14:textId="77777777" w:rsidR="00066B3A" w:rsidRDefault="00D43F22">
            <w:r>
              <w:rPr>
                <w:sz w:val="16"/>
              </w:rPr>
              <w:t>8</w:t>
            </w:r>
          </w:p>
        </w:tc>
        <w:tc>
          <w:tcPr>
            <w:tcW w:w="1523" w:type="dxa"/>
          </w:tcPr>
          <w:p w14:paraId="0F5C9E5C" w14:textId="77777777" w:rsidR="00066B3A" w:rsidRDefault="00066B3A"/>
        </w:tc>
        <w:tc>
          <w:tcPr>
            <w:tcW w:w="1045" w:type="dxa"/>
          </w:tcPr>
          <w:p w14:paraId="6F33E61E" w14:textId="77777777" w:rsidR="00066B3A" w:rsidRDefault="00066B3A"/>
        </w:tc>
        <w:tc>
          <w:tcPr>
            <w:tcW w:w="1045" w:type="dxa"/>
          </w:tcPr>
          <w:p w14:paraId="350FFDAB" w14:textId="77777777" w:rsidR="00066B3A" w:rsidRDefault="00066B3A"/>
        </w:tc>
        <w:tc>
          <w:tcPr>
            <w:tcW w:w="1045" w:type="dxa"/>
          </w:tcPr>
          <w:p w14:paraId="41834AD5" w14:textId="77777777" w:rsidR="00066B3A" w:rsidRDefault="00066B3A"/>
        </w:tc>
        <w:tc>
          <w:tcPr>
            <w:tcW w:w="1045" w:type="dxa"/>
          </w:tcPr>
          <w:p w14:paraId="64DAB2AE" w14:textId="77777777" w:rsidR="00066B3A" w:rsidRDefault="00066B3A"/>
        </w:tc>
        <w:tc>
          <w:tcPr>
            <w:tcW w:w="1045" w:type="dxa"/>
          </w:tcPr>
          <w:p w14:paraId="3505AD3B" w14:textId="77777777" w:rsidR="00066B3A" w:rsidRDefault="00066B3A"/>
        </w:tc>
        <w:tc>
          <w:tcPr>
            <w:tcW w:w="1045" w:type="dxa"/>
          </w:tcPr>
          <w:p w14:paraId="35D3791D" w14:textId="77777777" w:rsidR="00066B3A" w:rsidRDefault="00066B3A"/>
        </w:tc>
        <w:tc>
          <w:tcPr>
            <w:tcW w:w="1045" w:type="dxa"/>
          </w:tcPr>
          <w:p w14:paraId="0CDA2EB8" w14:textId="77777777" w:rsidR="00066B3A" w:rsidRDefault="00066B3A"/>
        </w:tc>
      </w:tr>
      <w:tr w:rsidR="00066B3A" w14:paraId="2D299F2A" w14:textId="77777777" w:rsidTr="00B60F97">
        <w:trPr>
          <w:jc w:val="center"/>
        </w:trPr>
        <w:tc>
          <w:tcPr>
            <w:tcW w:w="567" w:type="dxa"/>
          </w:tcPr>
          <w:p w14:paraId="73C3E088" w14:textId="77777777" w:rsidR="00066B3A" w:rsidRDefault="00D43F22">
            <w:r>
              <w:rPr>
                <w:sz w:val="16"/>
              </w:rPr>
              <w:t>9</w:t>
            </w:r>
          </w:p>
        </w:tc>
        <w:tc>
          <w:tcPr>
            <w:tcW w:w="1523" w:type="dxa"/>
          </w:tcPr>
          <w:p w14:paraId="3C89B459" w14:textId="77777777" w:rsidR="00066B3A" w:rsidRDefault="00066B3A"/>
        </w:tc>
        <w:tc>
          <w:tcPr>
            <w:tcW w:w="1045" w:type="dxa"/>
          </w:tcPr>
          <w:p w14:paraId="09D88663" w14:textId="77777777" w:rsidR="00066B3A" w:rsidRDefault="00066B3A"/>
        </w:tc>
        <w:tc>
          <w:tcPr>
            <w:tcW w:w="1045" w:type="dxa"/>
          </w:tcPr>
          <w:p w14:paraId="52A84574" w14:textId="77777777" w:rsidR="00066B3A" w:rsidRDefault="00066B3A"/>
        </w:tc>
        <w:tc>
          <w:tcPr>
            <w:tcW w:w="1045" w:type="dxa"/>
          </w:tcPr>
          <w:p w14:paraId="1C7D438B" w14:textId="77777777" w:rsidR="00066B3A" w:rsidRDefault="00066B3A"/>
        </w:tc>
        <w:tc>
          <w:tcPr>
            <w:tcW w:w="1045" w:type="dxa"/>
          </w:tcPr>
          <w:p w14:paraId="0C94DB27" w14:textId="77777777" w:rsidR="00066B3A" w:rsidRDefault="00066B3A"/>
        </w:tc>
        <w:tc>
          <w:tcPr>
            <w:tcW w:w="1045" w:type="dxa"/>
          </w:tcPr>
          <w:p w14:paraId="45A82EB9" w14:textId="77777777" w:rsidR="00066B3A" w:rsidRDefault="00066B3A"/>
        </w:tc>
        <w:tc>
          <w:tcPr>
            <w:tcW w:w="1045" w:type="dxa"/>
          </w:tcPr>
          <w:p w14:paraId="60155AF4" w14:textId="77777777" w:rsidR="00066B3A" w:rsidRDefault="00066B3A"/>
        </w:tc>
        <w:tc>
          <w:tcPr>
            <w:tcW w:w="1045" w:type="dxa"/>
          </w:tcPr>
          <w:p w14:paraId="2E4F2420" w14:textId="77777777" w:rsidR="00066B3A" w:rsidRDefault="00066B3A"/>
        </w:tc>
      </w:tr>
      <w:tr w:rsidR="00066B3A" w14:paraId="6E0D487D" w14:textId="77777777" w:rsidTr="00B60F97">
        <w:trPr>
          <w:jc w:val="center"/>
        </w:trPr>
        <w:tc>
          <w:tcPr>
            <w:tcW w:w="567" w:type="dxa"/>
          </w:tcPr>
          <w:p w14:paraId="30CBE94C" w14:textId="77777777" w:rsidR="00066B3A" w:rsidRDefault="00D43F22">
            <w:r>
              <w:rPr>
                <w:sz w:val="16"/>
              </w:rPr>
              <w:t>10</w:t>
            </w:r>
          </w:p>
        </w:tc>
        <w:tc>
          <w:tcPr>
            <w:tcW w:w="1523" w:type="dxa"/>
          </w:tcPr>
          <w:p w14:paraId="19C1D6B0" w14:textId="77777777" w:rsidR="00066B3A" w:rsidRDefault="00066B3A"/>
        </w:tc>
        <w:tc>
          <w:tcPr>
            <w:tcW w:w="1045" w:type="dxa"/>
          </w:tcPr>
          <w:p w14:paraId="3C55DBC1" w14:textId="77777777" w:rsidR="00066B3A" w:rsidRDefault="00066B3A"/>
        </w:tc>
        <w:tc>
          <w:tcPr>
            <w:tcW w:w="1045" w:type="dxa"/>
          </w:tcPr>
          <w:p w14:paraId="44DC4F55" w14:textId="77777777" w:rsidR="00066B3A" w:rsidRDefault="00066B3A"/>
        </w:tc>
        <w:tc>
          <w:tcPr>
            <w:tcW w:w="1045" w:type="dxa"/>
          </w:tcPr>
          <w:p w14:paraId="52DC5003" w14:textId="77777777" w:rsidR="00066B3A" w:rsidRDefault="00066B3A"/>
        </w:tc>
        <w:tc>
          <w:tcPr>
            <w:tcW w:w="1045" w:type="dxa"/>
          </w:tcPr>
          <w:p w14:paraId="68F65EA6" w14:textId="77777777" w:rsidR="00066B3A" w:rsidRDefault="00066B3A"/>
        </w:tc>
        <w:tc>
          <w:tcPr>
            <w:tcW w:w="1045" w:type="dxa"/>
          </w:tcPr>
          <w:p w14:paraId="4E9A0528" w14:textId="77777777" w:rsidR="00066B3A" w:rsidRDefault="00066B3A"/>
        </w:tc>
        <w:tc>
          <w:tcPr>
            <w:tcW w:w="1045" w:type="dxa"/>
          </w:tcPr>
          <w:p w14:paraId="05C4BD3B" w14:textId="77777777" w:rsidR="00066B3A" w:rsidRDefault="00066B3A"/>
        </w:tc>
        <w:tc>
          <w:tcPr>
            <w:tcW w:w="1045" w:type="dxa"/>
          </w:tcPr>
          <w:p w14:paraId="679C30E9" w14:textId="77777777" w:rsidR="00066B3A" w:rsidRDefault="00066B3A"/>
        </w:tc>
      </w:tr>
      <w:tr w:rsidR="00066B3A" w14:paraId="516A4048" w14:textId="77777777" w:rsidTr="00B60F97">
        <w:trPr>
          <w:jc w:val="center"/>
        </w:trPr>
        <w:tc>
          <w:tcPr>
            <w:tcW w:w="567" w:type="dxa"/>
          </w:tcPr>
          <w:p w14:paraId="0EA2C831" w14:textId="77777777" w:rsidR="00066B3A" w:rsidRDefault="00D43F22">
            <w:r>
              <w:rPr>
                <w:sz w:val="16"/>
              </w:rPr>
              <w:t>11</w:t>
            </w:r>
          </w:p>
        </w:tc>
        <w:tc>
          <w:tcPr>
            <w:tcW w:w="1523" w:type="dxa"/>
          </w:tcPr>
          <w:p w14:paraId="15E6BF1E" w14:textId="77777777" w:rsidR="00066B3A" w:rsidRDefault="00066B3A"/>
        </w:tc>
        <w:tc>
          <w:tcPr>
            <w:tcW w:w="1045" w:type="dxa"/>
          </w:tcPr>
          <w:p w14:paraId="503EA808" w14:textId="77777777" w:rsidR="00066B3A" w:rsidRDefault="00066B3A"/>
        </w:tc>
        <w:tc>
          <w:tcPr>
            <w:tcW w:w="1045" w:type="dxa"/>
          </w:tcPr>
          <w:p w14:paraId="0EC11559" w14:textId="77777777" w:rsidR="00066B3A" w:rsidRDefault="00066B3A"/>
        </w:tc>
        <w:tc>
          <w:tcPr>
            <w:tcW w:w="1045" w:type="dxa"/>
          </w:tcPr>
          <w:p w14:paraId="205CB407" w14:textId="77777777" w:rsidR="00066B3A" w:rsidRDefault="00066B3A"/>
        </w:tc>
        <w:tc>
          <w:tcPr>
            <w:tcW w:w="1045" w:type="dxa"/>
          </w:tcPr>
          <w:p w14:paraId="1F7328F7" w14:textId="77777777" w:rsidR="00066B3A" w:rsidRDefault="00066B3A"/>
        </w:tc>
        <w:tc>
          <w:tcPr>
            <w:tcW w:w="1045" w:type="dxa"/>
          </w:tcPr>
          <w:p w14:paraId="1FF75CF4" w14:textId="77777777" w:rsidR="00066B3A" w:rsidRDefault="00066B3A"/>
        </w:tc>
        <w:tc>
          <w:tcPr>
            <w:tcW w:w="1045" w:type="dxa"/>
          </w:tcPr>
          <w:p w14:paraId="6FB5D295" w14:textId="77777777" w:rsidR="00066B3A" w:rsidRDefault="00066B3A"/>
        </w:tc>
        <w:tc>
          <w:tcPr>
            <w:tcW w:w="1045" w:type="dxa"/>
          </w:tcPr>
          <w:p w14:paraId="2D5C8515" w14:textId="77777777" w:rsidR="00066B3A" w:rsidRDefault="00066B3A"/>
        </w:tc>
      </w:tr>
      <w:tr w:rsidR="00066B3A" w14:paraId="729CC7A6" w14:textId="77777777" w:rsidTr="00B60F97">
        <w:trPr>
          <w:jc w:val="center"/>
        </w:trPr>
        <w:tc>
          <w:tcPr>
            <w:tcW w:w="567" w:type="dxa"/>
          </w:tcPr>
          <w:p w14:paraId="7430F932" w14:textId="77777777" w:rsidR="00066B3A" w:rsidRDefault="00D43F22">
            <w:r>
              <w:rPr>
                <w:sz w:val="16"/>
              </w:rPr>
              <w:t>12</w:t>
            </w:r>
          </w:p>
        </w:tc>
        <w:tc>
          <w:tcPr>
            <w:tcW w:w="1523" w:type="dxa"/>
          </w:tcPr>
          <w:p w14:paraId="15D4FAB6" w14:textId="77777777" w:rsidR="00066B3A" w:rsidRDefault="00066B3A"/>
        </w:tc>
        <w:tc>
          <w:tcPr>
            <w:tcW w:w="1045" w:type="dxa"/>
          </w:tcPr>
          <w:p w14:paraId="26A2E239" w14:textId="77777777" w:rsidR="00066B3A" w:rsidRDefault="00066B3A"/>
        </w:tc>
        <w:tc>
          <w:tcPr>
            <w:tcW w:w="1045" w:type="dxa"/>
          </w:tcPr>
          <w:p w14:paraId="51CD70D5" w14:textId="77777777" w:rsidR="00066B3A" w:rsidRDefault="00066B3A"/>
        </w:tc>
        <w:tc>
          <w:tcPr>
            <w:tcW w:w="1045" w:type="dxa"/>
          </w:tcPr>
          <w:p w14:paraId="516E8A32" w14:textId="77777777" w:rsidR="00066B3A" w:rsidRDefault="00066B3A"/>
        </w:tc>
        <w:tc>
          <w:tcPr>
            <w:tcW w:w="1045" w:type="dxa"/>
          </w:tcPr>
          <w:p w14:paraId="18B892CF" w14:textId="77777777" w:rsidR="00066B3A" w:rsidRDefault="00066B3A"/>
        </w:tc>
        <w:tc>
          <w:tcPr>
            <w:tcW w:w="1045" w:type="dxa"/>
          </w:tcPr>
          <w:p w14:paraId="7BE4BF3A" w14:textId="77777777" w:rsidR="00066B3A" w:rsidRDefault="00066B3A"/>
        </w:tc>
        <w:tc>
          <w:tcPr>
            <w:tcW w:w="1045" w:type="dxa"/>
          </w:tcPr>
          <w:p w14:paraId="1188FE79" w14:textId="77777777" w:rsidR="00066B3A" w:rsidRDefault="00066B3A"/>
        </w:tc>
        <w:tc>
          <w:tcPr>
            <w:tcW w:w="1045" w:type="dxa"/>
          </w:tcPr>
          <w:p w14:paraId="4F9718BC" w14:textId="77777777" w:rsidR="00066B3A" w:rsidRDefault="00066B3A"/>
        </w:tc>
      </w:tr>
      <w:tr w:rsidR="00066B3A" w14:paraId="1C068DC6" w14:textId="77777777" w:rsidTr="00B60F97">
        <w:trPr>
          <w:jc w:val="center"/>
        </w:trPr>
        <w:tc>
          <w:tcPr>
            <w:tcW w:w="567" w:type="dxa"/>
          </w:tcPr>
          <w:p w14:paraId="03A425F7" w14:textId="77777777" w:rsidR="00066B3A" w:rsidRDefault="00D43F22">
            <w:r>
              <w:rPr>
                <w:sz w:val="16"/>
              </w:rPr>
              <w:t>13</w:t>
            </w:r>
          </w:p>
        </w:tc>
        <w:tc>
          <w:tcPr>
            <w:tcW w:w="1523" w:type="dxa"/>
          </w:tcPr>
          <w:p w14:paraId="4B51358B" w14:textId="77777777" w:rsidR="00066B3A" w:rsidRDefault="00066B3A"/>
        </w:tc>
        <w:tc>
          <w:tcPr>
            <w:tcW w:w="1045" w:type="dxa"/>
          </w:tcPr>
          <w:p w14:paraId="057FF3E9" w14:textId="77777777" w:rsidR="00066B3A" w:rsidRDefault="00066B3A"/>
        </w:tc>
        <w:tc>
          <w:tcPr>
            <w:tcW w:w="1045" w:type="dxa"/>
          </w:tcPr>
          <w:p w14:paraId="18BCE007" w14:textId="77777777" w:rsidR="00066B3A" w:rsidRDefault="00066B3A"/>
        </w:tc>
        <w:tc>
          <w:tcPr>
            <w:tcW w:w="1045" w:type="dxa"/>
          </w:tcPr>
          <w:p w14:paraId="20EB30BB" w14:textId="77777777" w:rsidR="00066B3A" w:rsidRDefault="00066B3A"/>
        </w:tc>
        <w:tc>
          <w:tcPr>
            <w:tcW w:w="1045" w:type="dxa"/>
          </w:tcPr>
          <w:p w14:paraId="79B934A5" w14:textId="77777777" w:rsidR="00066B3A" w:rsidRDefault="00066B3A"/>
        </w:tc>
        <w:tc>
          <w:tcPr>
            <w:tcW w:w="1045" w:type="dxa"/>
          </w:tcPr>
          <w:p w14:paraId="51259F6B" w14:textId="77777777" w:rsidR="00066B3A" w:rsidRDefault="00066B3A"/>
        </w:tc>
        <w:tc>
          <w:tcPr>
            <w:tcW w:w="1045" w:type="dxa"/>
          </w:tcPr>
          <w:p w14:paraId="2B61A0EB" w14:textId="77777777" w:rsidR="00066B3A" w:rsidRDefault="00066B3A"/>
        </w:tc>
        <w:tc>
          <w:tcPr>
            <w:tcW w:w="1045" w:type="dxa"/>
          </w:tcPr>
          <w:p w14:paraId="5B671111" w14:textId="77777777" w:rsidR="00066B3A" w:rsidRDefault="00066B3A"/>
        </w:tc>
      </w:tr>
      <w:tr w:rsidR="00066B3A" w14:paraId="4F9E4FF4" w14:textId="77777777" w:rsidTr="00B60F97">
        <w:trPr>
          <w:jc w:val="center"/>
        </w:trPr>
        <w:tc>
          <w:tcPr>
            <w:tcW w:w="567" w:type="dxa"/>
          </w:tcPr>
          <w:p w14:paraId="42799B2E" w14:textId="77777777" w:rsidR="00066B3A" w:rsidRDefault="00D43F22">
            <w:r>
              <w:rPr>
                <w:sz w:val="16"/>
              </w:rPr>
              <w:t>14</w:t>
            </w:r>
          </w:p>
        </w:tc>
        <w:tc>
          <w:tcPr>
            <w:tcW w:w="1523" w:type="dxa"/>
          </w:tcPr>
          <w:p w14:paraId="4E42FAAB" w14:textId="77777777" w:rsidR="00066B3A" w:rsidRDefault="00066B3A"/>
        </w:tc>
        <w:tc>
          <w:tcPr>
            <w:tcW w:w="1045" w:type="dxa"/>
          </w:tcPr>
          <w:p w14:paraId="7A974C7B" w14:textId="77777777" w:rsidR="00066B3A" w:rsidRDefault="00066B3A"/>
        </w:tc>
        <w:tc>
          <w:tcPr>
            <w:tcW w:w="1045" w:type="dxa"/>
          </w:tcPr>
          <w:p w14:paraId="195E0D23" w14:textId="77777777" w:rsidR="00066B3A" w:rsidRDefault="00066B3A"/>
        </w:tc>
        <w:tc>
          <w:tcPr>
            <w:tcW w:w="1045" w:type="dxa"/>
          </w:tcPr>
          <w:p w14:paraId="482AB455" w14:textId="77777777" w:rsidR="00066B3A" w:rsidRDefault="00066B3A"/>
        </w:tc>
        <w:tc>
          <w:tcPr>
            <w:tcW w:w="1045" w:type="dxa"/>
          </w:tcPr>
          <w:p w14:paraId="2954F8B2" w14:textId="77777777" w:rsidR="00066B3A" w:rsidRDefault="00066B3A"/>
        </w:tc>
        <w:tc>
          <w:tcPr>
            <w:tcW w:w="1045" w:type="dxa"/>
          </w:tcPr>
          <w:p w14:paraId="3BD59A02" w14:textId="77777777" w:rsidR="00066B3A" w:rsidRDefault="00066B3A"/>
        </w:tc>
        <w:tc>
          <w:tcPr>
            <w:tcW w:w="1045" w:type="dxa"/>
          </w:tcPr>
          <w:p w14:paraId="0C82144C" w14:textId="77777777" w:rsidR="00066B3A" w:rsidRDefault="00066B3A"/>
        </w:tc>
        <w:tc>
          <w:tcPr>
            <w:tcW w:w="1045" w:type="dxa"/>
          </w:tcPr>
          <w:p w14:paraId="75516BB7" w14:textId="77777777" w:rsidR="00066B3A" w:rsidRDefault="00066B3A"/>
        </w:tc>
      </w:tr>
      <w:tr w:rsidR="00066B3A" w14:paraId="02FA6AE7" w14:textId="77777777" w:rsidTr="00B60F97">
        <w:trPr>
          <w:jc w:val="center"/>
        </w:trPr>
        <w:tc>
          <w:tcPr>
            <w:tcW w:w="567" w:type="dxa"/>
          </w:tcPr>
          <w:p w14:paraId="076E22E1" w14:textId="77777777" w:rsidR="00066B3A" w:rsidRDefault="00D43F22">
            <w:r>
              <w:rPr>
                <w:sz w:val="16"/>
              </w:rPr>
              <w:t>15</w:t>
            </w:r>
          </w:p>
        </w:tc>
        <w:tc>
          <w:tcPr>
            <w:tcW w:w="1523" w:type="dxa"/>
          </w:tcPr>
          <w:p w14:paraId="273CC00C" w14:textId="77777777" w:rsidR="00066B3A" w:rsidRDefault="00066B3A"/>
        </w:tc>
        <w:tc>
          <w:tcPr>
            <w:tcW w:w="1045" w:type="dxa"/>
          </w:tcPr>
          <w:p w14:paraId="60A04993" w14:textId="77777777" w:rsidR="00066B3A" w:rsidRDefault="00066B3A"/>
        </w:tc>
        <w:tc>
          <w:tcPr>
            <w:tcW w:w="1045" w:type="dxa"/>
          </w:tcPr>
          <w:p w14:paraId="0033759B" w14:textId="77777777" w:rsidR="00066B3A" w:rsidRDefault="00066B3A"/>
        </w:tc>
        <w:tc>
          <w:tcPr>
            <w:tcW w:w="1045" w:type="dxa"/>
          </w:tcPr>
          <w:p w14:paraId="51336FAF" w14:textId="77777777" w:rsidR="00066B3A" w:rsidRDefault="00066B3A"/>
        </w:tc>
        <w:tc>
          <w:tcPr>
            <w:tcW w:w="1045" w:type="dxa"/>
          </w:tcPr>
          <w:p w14:paraId="3D506524" w14:textId="77777777" w:rsidR="00066B3A" w:rsidRDefault="00066B3A"/>
        </w:tc>
        <w:tc>
          <w:tcPr>
            <w:tcW w:w="1045" w:type="dxa"/>
          </w:tcPr>
          <w:p w14:paraId="5044F2C4" w14:textId="77777777" w:rsidR="00066B3A" w:rsidRDefault="00066B3A"/>
        </w:tc>
        <w:tc>
          <w:tcPr>
            <w:tcW w:w="1045" w:type="dxa"/>
          </w:tcPr>
          <w:p w14:paraId="00221722" w14:textId="77777777" w:rsidR="00066B3A" w:rsidRDefault="00066B3A"/>
        </w:tc>
        <w:tc>
          <w:tcPr>
            <w:tcW w:w="1045" w:type="dxa"/>
          </w:tcPr>
          <w:p w14:paraId="36DE233B" w14:textId="77777777" w:rsidR="00066B3A" w:rsidRDefault="00066B3A"/>
        </w:tc>
      </w:tr>
      <w:tr w:rsidR="00066B3A" w14:paraId="5B1A3B37" w14:textId="77777777" w:rsidTr="00B60F97">
        <w:trPr>
          <w:jc w:val="center"/>
        </w:trPr>
        <w:tc>
          <w:tcPr>
            <w:tcW w:w="567" w:type="dxa"/>
          </w:tcPr>
          <w:p w14:paraId="5BE3C0F6" w14:textId="77777777" w:rsidR="00066B3A" w:rsidRDefault="00D43F22">
            <w:r>
              <w:rPr>
                <w:sz w:val="16"/>
              </w:rPr>
              <w:t>16</w:t>
            </w:r>
          </w:p>
        </w:tc>
        <w:tc>
          <w:tcPr>
            <w:tcW w:w="1523" w:type="dxa"/>
          </w:tcPr>
          <w:p w14:paraId="4B6E7B2E" w14:textId="77777777" w:rsidR="00066B3A" w:rsidRDefault="00066B3A"/>
        </w:tc>
        <w:tc>
          <w:tcPr>
            <w:tcW w:w="1045" w:type="dxa"/>
          </w:tcPr>
          <w:p w14:paraId="68786E13" w14:textId="77777777" w:rsidR="00066B3A" w:rsidRDefault="00066B3A"/>
        </w:tc>
        <w:tc>
          <w:tcPr>
            <w:tcW w:w="1045" w:type="dxa"/>
          </w:tcPr>
          <w:p w14:paraId="6F23AAFD" w14:textId="77777777" w:rsidR="00066B3A" w:rsidRDefault="00066B3A"/>
        </w:tc>
        <w:tc>
          <w:tcPr>
            <w:tcW w:w="1045" w:type="dxa"/>
          </w:tcPr>
          <w:p w14:paraId="46638ED1" w14:textId="77777777" w:rsidR="00066B3A" w:rsidRDefault="00066B3A"/>
        </w:tc>
        <w:tc>
          <w:tcPr>
            <w:tcW w:w="1045" w:type="dxa"/>
          </w:tcPr>
          <w:p w14:paraId="746AB8C5" w14:textId="77777777" w:rsidR="00066B3A" w:rsidRDefault="00066B3A"/>
        </w:tc>
        <w:tc>
          <w:tcPr>
            <w:tcW w:w="1045" w:type="dxa"/>
          </w:tcPr>
          <w:p w14:paraId="3D3F5D65" w14:textId="77777777" w:rsidR="00066B3A" w:rsidRDefault="00066B3A"/>
        </w:tc>
        <w:tc>
          <w:tcPr>
            <w:tcW w:w="1045" w:type="dxa"/>
          </w:tcPr>
          <w:p w14:paraId="42EEC109" w14:textId="77777777" w:rsidR="00066B3A" w:rsidRDefault="00066B3A"/>
        </w:tc>
        <w:tc>
          <w:tcPr>
            <w:tcW w:w="1045" w:type="dxa"/>
          </w:tcPr>
          <w:p w14:paraId="5C704BD6" w14:textId="77777777" w:rsidR="00066B3A" w:rsidRDefault="00066B3A"/>
        </w:tc>
      </w:tr>
      <w:tr w:rsidR="00066B3A" w14:paraId="1FF1C3F0" w14:textId="77777777" w:rsidTr="00B60F97">
        <w:trPr>
          <w:jc w:val="center"/>
        </w:trPr>
        <w:tc>
          <w:tcPr>
            <w:tcW w:w="567" w:type="dxa"/>
          </w:tcPr>
          <w:p w14:paraId="185E8B18" w14:textId="77777777" w:rsidR="00066B3A" w:rsidRDefault="00D43F22">
            <w:r>
              <w:rPr>
                <w:sz w:val="16"/>
              </w:rPr>
              <w:t>17</w:t>
            </w:r>
          </w:p>
        </w:tc>
        <w:tc>
          <w:tcPr>
            <w:tcW w:w="1523" w:type="dxa"/>
          </w:tcPr>
          <w:p w14:paraId="7E0AD096" w14:textId="77777777" w:rsidR="00066B3A" w:rsidRDefault="00066B3A"/>
        </w:tc>
        <w:tc>
          <w:tcPr>
            <w:tcW w:w="1045" w:type="dxa"/>
          </w:tcPr>
          <w:p w14:paraId="7FF10585" w14:textId="77777777" w:rsidR="00066B3A" w:rsidRDefault="00066B3A"/>
        </w:tc>
        <w:tc>
          <w:tcPr>
            <w:tcW w:w="1045" w:type="dxa"/>
          </w:tcPr>
          <w:p w14:paraId="5C6DC968" w14:textId="77777777" w:rsidR="00066B3A" w:rsidRDefault="00066B3A"/>
        </w:tc>
        <w:tc>
          <w:tcPr>
            <w:tcW w:w="1045" w:type="dxa"/>
          </w:tcPr>
          <w:p w14:paraId="7AD491FD" w14:textId="77777777" w:rsidR="00066B3A" w:rsidRDefault="00066B3A"/>
        </w:tc>
        <w:tc>
          <w:tcPr>
            <w:tcW w:w="1045" w:type="dxa"/>
          </w:tcPr>
          <w:p w14:paraId="47F196BD" w14:textId="77777777" w:rsidR="00066B3A" w:rsidRDefault="00066B3A"/>
        </w:tc>
        <w:tc>
          <w:tcPr>
            <w:tcW w:w="1045" w:type="dxa"/>
          </w:tcPr>
          <w:p w14:paraId="1A30A602" w14:textId="77777777" w:rsidR="00066B3A" w:rsidRDefault="00066B3A"/>
        </w:tc>
        <w:tc>
          <w:tcPr>
            <w:tcW w:w="1045" w:type="dxa"/>
          </w:tcPr>
          <w:p w14:paraId="575D49EE" w14:textId="77777777" w:rsidR="00066B3A" w:rsidRDefault="00066B3A"/>
        </w:tc>
        <w:tc>
          <w:tcPr>
            <w:tcW w:w="1045" w:type="dxa"/>
          </w:tcPr>
          <w:p w14:paraId="30EA19EF" w14:textId="77777777" w:rsidR="00066B3A" w:rsidRDefault="00066B3A"/>
        </w:tc>
      </w:tr>
      <w:tr w:rsidR="00066B3A" w14:paraId="7687CA1E" w14:textId="77777777" w:rsidTr="00B60F97">
        <w:trPr>
          <w:jc w:val="center"/>
        </w:trPr>
        <w:tc>
          <w:tcPr>
            <w:tcW w:w="567" w:type="dxa"/>
          </w:tcPr>
          <w:p w14:paraId="18F68710" w14:textId="77777777" w:rsidR="00066B3A" w:rsidRDefault="00D43F22">
            <w:r>
              <w:rPr>
                <w:sz w:val="16"/>
              </w:rPr>
              <w:t>18</w:t>
            </w:r>
          </w:p>
        </w:tc>
        <w:tc>
          <w:tcPr>
            <w:tcW w:w="1523" w:type="dxa"/>
          </w:tcPr>
          <w:p w14:paraId="44A81F1E" w14:textId="77777777" w:rsidR="00066B3A" w:rsidRDefault="00066B3A"/>
        </w:tc>
        <w:tc>
          <w:tcPr>
            <w:tcW w:w="1045" w:type="dxa"/>
          </w:tcPr>
          <w:p w14:paraId="00BEA57B" w14:textId="77777777" w:rsidR="00066B3A" w:rsidRDefault="00066B3A"/>
        </w:tc>
        <w:tc>
          <w:tcPr>
            <w:tcW w:w="1045" w:type="dxa"/>
          </w:tcPr>
          <w:p w14:paraId="2CDF2285" w14:textId="77777777" w:rsidR="00066B3A" w:rsidRDefault="00066B3A"/>
        </w:tc>
        <w:tc>
          <w:tcPr>
            <w:tcW w:w="1045" w:type="dxa"/>
          </w:tcPr>
          <w:p w14:paraId="073C230F" w14:textId="77777777" w:rsidR="00066B3A" w:rsidRDefault="00066B3A"/>
        </w:tc>
        <w:tc>
          <w:tcPr>
            <w:tcW w:w="1045" w:type="dxa"/>
          </w:tcPr>
          <w:p w14:paraId="2919B428" w14:textId="77777777" w:rsidR="00066B3A" w:rsidRDefault="00066B3A"/>
        </w:tc>
        <w:tc>
          <w:tcPr>
            <w:tcW w:w="1045" w:type="dxa"/>
          </w:tcPr>
          <w:p w14:paraId="5A21191E" w14:textId="77777777" w:rsidR="00066B3A" w:rsidRDefault="00066B3A"/>
        </w:tc>
        <w:tc>
          <w:tcPr>
            <w:tcW w:w="1045" w:type="dxa"/>
          </w:tcPr>
          <w:p w14:paraId="42CD6708" w14:textId="77777777" w:rsidR="00066B3A" w:rsidRDefault="00066B3A"/>
        </w:tc>
        <w:tc>
          <w:tcPr>
            <w:tcW w:w="1045" w:type="dxa"/>
          </w:tcPr>
          <w:p w14:paraId="5CF678DE" w14:textId="77777777" w:rsidR="00066B3A" w:rsidRDefault="00066B3A"/>
        </w:tc>
      </w:tr>
      <w:tr w:rsidR="00066B3A" w14:paraId="204AE2B8" w14:textId="77777777" w:rsidTr="00B60F97">
        <w:trPr>
          <w:jc w:val="center"/>
        </w:trPr>
        <w:tc>
          <w:tcPr>
            <w:tcW w:w="567" w:type="dxa"/>
          </w:tcPr>
          <w:p w14:paraId="5261C933" w14:textId="77777777" w:rsidR="00066B3A" w:rsidRDefault="00D43F22">
            <w:r>
              <w:rPr>
                <w:sz w:val="16"/>
              </w:rPr>
              <w:t>19</w:t>
            </w:r>
          </w:p>
        </w:tc>
        <w:tc>
          <w:tcPr>
            <w:tcW w:w="1523" w:type="dxa"/>
          </w:tcPr>
          <w:p w14:paraId="0C707D60" w14:textId="77777777" w:rsidR="00066B3A" w:rsidRDefault="00066B3A"/>
        </w:tc>
        <w:tc>
          <w:tcPr>
            <w:tcW w:w="1045" w:type="dxa"/>
          </w:tcPr>
          <w:p w14:paraId="5286892A" w14:textId="77777777" w:rsidR="00066B3A" w:rsidRDefault="00066B3A"/>
        </w:tc>
        <w:tc>
          <w:tcPr>
            <w:tcW w:w="1045" w:type="dxa"/>
          </w:tcPr>
          <w:p w14:paraId="0E49006E" w14:textId="77777777" w:rsidR="00066B3A" w:rsidRDefault="00066B3A"/>
        </w:tc>
        <w:tc>
          <w:tcPr>
            <w:tcW w:w="1045" w:type="dxa"/>
          </w:tcPr>
          <w:p w14:paraId="21A22C38" w14:textId="77777777" w:rsidR="00066B3A" w:rsidRDefault="00066B3A"/>
        </w:tc>
        <w:tc>
          <w:tcPr>
            <w:tcW w:w="1045" w:type="dxa"/>
          </w:tcPr>
          <w:p w14:paraId="658712EB" w14:textId="77777777" w:rsidR="00066B3A" w:rsidRDefault="00066B3A"/>
        </w:tc>
        <w:tc>
          <w:tcPr>
            <w:tcW w:w="1045" w:type="dxa"/>
          </w:tcPr>
          <w:p w14:paraId="09EDB284" w14:textId="77777777" w:rsidR="00066B3A" w:rsidRDefault="00066B3A"/>
        </w:tc>
        <w:tc>
          <w:tcPr>
            <w:tcW w:w="1045" w:type="dxa"/>
          </w:tcPr>
          <w:p w14:paraId="7EE63011" w14:textId="77777777" w:rsidR="00066B3A" w:rsidRDefault="00066B3A"/>
        </w:tc>
        <w:tc>
          <w:tcPr>
            <w:tcW w:w="1045" w:type="dxa"/>
          </w:tcPr>
          <w:p w14:paraId="5FCEEC44" w14:textId="77777777" w:rsidR="00066B3A" w:rsidRDefault="00066B3A"/>
        </w:tc>
      </w:tr>
      <w:tr w:rsidR="00066B3A" w14:paraId="3A67E973" w14:textId="77777777" w:rsidTr="00B60F97">
        <w:trPr>
          <w:jc w:val="center"/>
        </w:trPr>
        <w:tc>
          <w:tcPr>
            <w:tcW w:w="567" w:type="dxa"/>
          </w:tcPr>
          <w:p w14:paraId="73E8638A" w14:textId="77777777" w:rsidR="00066B3A" w:rsidRDefault="00D43F22">
            <w:r>
              <w:rPr>
                <w:sz w:val="16"/>
              </w:rPr>
              <w:t>20</w:t>
            </w:r>
          </w:p>
        </w:tc>
        <w:tc>
          <w:tcPr>
            <w:tcW w:w="1523" w:type="dxa"/>
          </w:tcPr>
          <w:p w14:paraId="353F95E7" w14:textId="77777777" w:rsidR="00066B3A" w:rsidRDefault="00066B3A"/>
        </w:tc>
        <w:tc>
          <w:tcPr>
            <w:tcW w:w="1045" w:type="dxa"/>
          </w:tcPr>
          <w:p w14:paraId="636680A1" w14:textId="77777777" w:rsidR="00066B3A" w:rsidRDefault="00066B3A"/>
        </w:tc>
        <w:tc>
          <w:tcPr>
            <w:tcW w:w="1045" w:type="dxa"/>
          </w:tcPr>
          <w:p w14:paraId="6E6185CA" w14:textId="77777777" w:rsidR="00066B3A" w:rsidRDefault="00066B3A"/>
        </w:tc>
        <w:tc>
          <w:tcPr>
            <w:tcW w:w="1045" w:type="dxa"/>
          </w:tcPr>
          <w:p w14:paraId="2E568667" w14:textId="77777777" w:rsidR="00066B3A" w:rsidRDefault="00066B3A"/>
        </w:tc>
        <w:tc>
          <w:tcPr>
            <w:tcW w:w="1045" w:type="dxa"/>
          </w:tcPr>
          <w:p w14:paraId="486EE62C" w14:textId="77777777" w:rsidR="00066B3A" w:rsidRDefault="00066B3A"/>
        </w:tc>
        <w:tc>
          <w:tcPr>
            <w:tcW w:w="1045" w:type="dxa"/>
          </w:tcPr>
          <w:p w14:paraId="61810E22" w14:textId="77777777" w:rsidR="00066B3A" w:rsidRDefault="00066B3A"/>
        </w:tc>
        <w:tc>
          <w:tcPr>
            <w:tcW w:w="1045" w:type="dxa"/>
          </w:tcPr>
          <w:p w14:paraId="2F081AA0" w14:textId="77777777" w:rsidR="00066B3A" w:rsidRDefault="00066B3A"/>
        </w:tc>
        <w:tc>
          <w:tcPr>
            <w:tcW w:w="1045" w:type="dxa"/>
          </w:tcPr>
          <w:p w14:paraId="64F231A8" w14:textId="77777777" w:rsidR="00066B3A" w:rsidRDefault="00066B3A"/>
        </w:tc>
      </w:tr>
    </w:tbl>
    <w:p w14:paraId="3F73BE70" w14:textId="77777777" w:rsidR="00066B3A" w:rsidRDefault="00066B3A"/>
    <w:p w14:paraId="565DAA79" w14:textId="77777777" w:rsidR="00066B3A" w:rsidRDefault="00D43F22">
      <w:r>
        <w:rPr>
          <w:b/>
        </w:rPr>
        <w:t>B. REKAPITULASI KEHADIRAN</w:t>
      </w:r>
    </w:p>
    <w:tbl>
      <w:tblPr>
        <w:tblStyle w:val="TableGrid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4"/>
        <w:gridCol w:w="1556"/>
        <w:gridCol w:w="1045"/>
        <w:gridCol w:w="1045"/>
        <w:gridCol w:w="1045"/>
        <w:gridCol w:w="1045"/>
        <w:gridCol w:w="1045"/>
        <w:gridCol w:w="1045"/>
        <w:gridCol w:w="1045"/>
      </w:tblGrid>
      <w:tr w:rsidR="00066B3A" w14:paraId="3C64995E" w14:textId="77777777" w:rsidTr="00B60F97">
        <w:tc>
          <w:tcPr>
            <w:tcW w:w="534" w:type="dxa"/>
            <w:shd w:val="clear" w:color="auto" w:fill="D9EAF7"/>
          </w:tcPr>
          <w:p w14:paraId="6261D15A" w14:textId="77777777" w:rsidR="00066B3A" w:rsidRDefault="00D43F22">
            <w:r>
              <w:rPr>
                <w:b/>
                <w:sz w:val="16"/>
              </w:rPr>
              <w:t>No.</w:t>
            </w:r>
          </w:p>
        </w:tc>
        <w:tc>
          <w:tcPr>
            <w:tcW w:w="1556" w:type="dxa"/>
            <w:shd w:val="clear" w:color="auto" w:fill="D9EAF7"/>
          </w:tcPr>
          <w:p w14:paraId="5DA94B07" w14:textId="77777777" w:rsidR="00066B3A" w:rsidRDefault="00D43F22">
            <w:r>
              <w:rPr>
                <w:b/>
                <w:sz w:val="16"/>
              </w:rPr>
              <w:t>Nama Mahasiswa</w:t>
            </w:r>
          </w:p>
        </w:tc>
        <w:tc>
          <w:tcPr>
            <w:tcW w:w="1045" w:type="dxa"/>
            <w:shd w:val="clear" w:color="auto" w:fill="D9EAF7"/>
          </w:tcPr>
          <w:p w14:paraId="42B02382" w14:textId="77777777" w:rsidR="00066B3A" w:rsidRDefault="00D43F22">
            <w:r>
              <w:rPr>
                <w:b/>
                <w:sz w:val="16"/>
              </w:rPr>
              <w:t>NIM</w:t>
            </w:r>
          </w:p>
        </w:tc>
        <w:tc>
          <w:tcPr>
            <w:tcW w:w="1045" w:type="dxa"/>
            <w:shd w:val="clear" w:color="auto" w:fill="D9EAF7"/>
          </w:tcPr>
          <w:p w14:paraId="7A4F1581" w14:textId="77777777" w:rsidR="00066B3A" w:rsidRDefault="00D43F22">
            <w:r>
              <w:rPr>
                <w:b/>
                <w:sz w:val="16"/>
              </w:rPr>
              <w:t>Hadir</w:t>
            </w:r>
          </w:p>
        </w:tc>
        <w:tc>
          <w:tcPr>
            <w:tcW w:w="1045" w:type="dxa"/>
            <w:shd w:val="clear" w:color="auto" w:fill="D9EAF7"/>
          </w:tcPr>
          <w:p w14:paraId="46F8E98D" w14:textId="77777777" w:rsidR="00066B3A" w:rsidRDefault="00D43F22">
            <w:r>
              <w:rPr>
                <w:b/>
                <w:sz w:val="16"/>
              </w:rPr>
              <w:t>Izin</w:t>
            </w:r>
          </w:p>
        </w:tc>
        <w:tc>
          <w:tcPr>
            <w:tcW w:w="1045" w:type="dxa"/>
            <w:shd w:val="clear" w:color="auto" w:fill="D9EAF7"/>
          </w:tcPr>
          <w:p w14:paraId="5624B172" w14:textId="77777777" w:rsidR="00066B3A" w:rsidRDefault="00D43F22">
            <w:r>
              <w:rPr>
                <w:b/>
                <w:sz w:val="16"/>
              </w:rPr>
              <w:t>Sakit</w:t>
            </w:r>
          </w:p>
        </w:tc>
        <w:tc>
          <w:tcPr>
            <w:tcW w:w="1045" w:type="dxa"/>
            <w:shd w:val="clear" w:color="auto" w:fill="D9EAF7"/>
          </w:tcPr>
          <w:p w14:paraId="58B8397B" w14:textId="77777777" w:rsidR="00066B3A" w:rsidRDefault="00D43F22">
            <w:r>
              <w:rPr>
                <w:b/>
                <w:sz w:val="16"/>
              </w:rPr>
              <w:t>Alpa</w:t>
            </w:r>
          </w:p>
        </w:tc>
        <w:tc>
          <w:tcPr>
            <w:tcW w:w="1045" w:type="dxa"/>
            <w:shd w:val="clear" w:color="auto" w:fill="D9EAF7"/>
          </w:tcPr>
          <w:p w14:paraId="2E820012" w14:textId="77777777" w:rsidR="00066B3A" w:rsidRDefault="00D43F22">
            <w:r>
              <w:rPr>
                <w:b/>
                <w:sz w:val="16"/>
              </w:rPr>
              <w:t>Jumlah Hari</w:t>
            </w:r>
          </w:p>
        </w:tc>
        <w:tc>
          <w:tcPr>
            <w:tcW w:w="1045" w:type="dxa"/>
            <w:shd w:val="clear" w:color="auto" w:fill="D9EAF7"/>
          </w:tcPr>
          <w:p w14:paraId="4C498AF4" w14:textId="77777777" w:rsidR="00066B3A" w:rsidRDefault="00D43F22">
            <w:r>
              <w:rPr>
                <w:b/>
                <w:sz w:val="16"/>
              </w:rPr>
              <w:t>Keterangan</w:t>
            </w:r>
          </w:p>
        </w:tc>
      </w:tr>
      <w:tr w:rsidR="00066B3A" w14:paraId="79178E27" w14:textId="77777777" w:rsidTr="00B60F97">
        <w:tc>
          <w:tcPr>
            <w:tcW w:w="534" w:type="dxa"/>
          </w:tcPr>
          <w:p w14:paraId="7A5C861C" w14:textId="77777777" w:rsidR="00066B3A" w:rsidRDefault="00D43F22">
            <w:r>
              <w:rPr>
                <w:sz w:val="16"/>
              </w:rPr>
              <w:t>1</w:t>
            </w:r>
          </w:p>
        </w:tc>
        <w:tc>
          <w:tcPr>
            <w:tcW w:w="1556" w:type="dxa"/>
          </w:tcPr>
          <w:p w14:paraId="4A91CDA4" w14:textId="77777777" w:rsidR="00066B3A" w:rsidRDefault="00066B3A"/>
        </w:tc>
        <w:tc>
          <w:tcPr>
            <w:tcW w:w="1045" w:type="dxa"/>
          </w:tcPr>
          <w:p w14:paraId="568AF4F4" w14:textId="77777777" w:rsidR="00066B3A" w:rsidRDefault="00066B3A"/>
        </w:tc>
        <w:tc>
          <w:tcPr>
            <w:tcW w:w="1045" w:type="dxa"/>
          </w:tcPr>
          <w:p w14:paraId="2BE40F75" w14:textId="77777777" w:rsidR="00066B3A" w:rsidRDefault="00066B3A"/>
        </w:tc>
        <w:tc>
          <w:tcPr>
            <w:tcW w:w="1045" w:type="dxa"/>
          </w:tcPr>
          <w:p w14:paraId="6731B4AC" w14:textId="77777777" w:rsidR="00066B3A" w:rsidRDefault="00066B3A"/>
        </w:tc>
        <w:tc>
          <w:tcPr>
            <w:tcW w:w="1045" w:type="dxa"/>
          </w:tcPr>
          <w:p w14:paraId="78ED1B06" w14:textId="77777777" w:rsidR="00066B3A" w:rsidRDefault="00066B3A"/>
        </w:tc>
        <w:tc>
          <w:tcPr>
            <w:tcW w:w="1045" w:type="dxa"/>
          </w:tcPr>
          <w:p w14:paraId="3B32AEA4" w14:textId="77777777" w:rsidR="00066B3A" w:rsidRDefault="00066B3A"/>
        </w:tc>
        <w:tc>
          <w:tcPr>
            <w:tcW w:w="1045" w:type="dxa"/>
          </w:tcPr>
          <w:p w14:paraId="22628DFD" w14:textId="77777777" w:rsidR="00066B3A" w:rsidRDefault="00066B3A"/>
        </w:tc>
        <w:tc>
          <w:tcPr>
            <w:tcW w:w="1045" w:type="dxa"/>
          </w:tcPr>
          <w:p w14:paraId="39EDF688" w14:textId="77777777" w:rsidR="00066B3A" w:rsidRDefault="00066B3A"/>
        </w:tc>
      </w:tr>
      <w:tr w:rsidR="00066B3A" w14:paraId="43A08C45" w14:textId="77777777" w:rsidTr="00B60F97">
        <w:tc>
          <w:tcPr>
            <w:tcW w:w="534" w:type="dxa"/>
          </w:tcPr>
          <w:p w14:paraId="17B56AB4" w14:textId="77777777" w:rsidR="00066B3A" w:rsidRDefault="00D43F22">
            <w:r>
              <w:rPr>
                <w:sz w:val="16"/>
              </w:rPr>
              <w:t>2</w:t>
            </w:r>
          </w:p>
        </w:tc>
        <w:tc>
          <w:tcPr>
            <w:tcW w:w="1556" w:type="dxa"/>
          </w:tcPr>
          <w:p w14:paraId="25CB2AAC" w14:textId="77777777" w:rsidR="00066B3A" w:rsidRDefault="00066B3A"/>
        </w:tc>
        <w:tc>
          <w:tcPr>
            <w:tcW w:w="1045" w:type="dxa"/>
          </w:tcPr>
          <w:p w14:paraId="7E30D38F" w14:textId="77777777" w:rsidR="00066B3A" w:rsidRDefault="00066B3A"/>
        </w:tc>
        <w:tc>
          <w:tcPr>
            <w:tcW w:w="1045" w:type="dxa"/>
          </w:tcPr>
          <w:p w14:paraId="3231154D" w14:textId="77777777" w:rsidR="00066B3A" w:rsidRDefault="00066B3A"/>
        </w:tc>
        <w:tc>
          <w:tcPr>
            <w:tcW w:w="1045" w:type="dxa"/>
          </w:tcPr>
          <w:p w14:paraId="200B0AA9" w14:textId="77777777" w:rsidR="00066B3A" w:rsidRDefault="00066B3A"/>
        </w:tc>
        <w:tc>
          <w:tcPr>
            <w:tcW w:w="1045" w:type="dxa"/>
          </w:tcPr>
          <w:p w14:paraId="62A4A725" w14:textId="77777777" w:rsidR="00066B3A" w:rsidRDefault="00066B3A"/>
        </w:tc>
        <w:tc>
          <w:tcPr>
            <w:tcW w:w="1045" w:type="dxa"/>
          </w:tcPr>
          <w:p w14:paraId="61AD27A8" w14:textId="77777777" w:rsidR="00066B3A" w:rsidRDefault="00066B3A"/>
        </w:tc>
        <w:tc>
          <w:tcPr>
            <w:tcW w:w="1045" w:type="dxa"/>
          </w:tcPr>
          <w:p w14:paraId="4AD7437A" w14:textId="77777777" w:rsidR="00066B3A" w:rsidRDefault="00066B3A"/>
        </w:tc>
        <w:tc>
          <w:tcPr>
            <w:tcW w:w="1045" w:type="dxa"/>
          </w:tcPr>
          <w:p w14:paraId="3F448B4B" w14:textId="77777777" w:rsidR="00066B3A" w:rsidRDefault="00066B3A"/>
        </w:tc>
      </w:tr>
      <w:tr w:rsidR="00066B3A" w14:paraId="65DF86EF" w14:textId="77777777" w:rsidTr="00B60F97">
        <w:tc>
          <w:tcPr>
            <w:tcW w:w="534" w:type="dxa"/>
          </w:tcPr>
          <w:p w14:paraId="01320C9C" w14:textId="77777777" w:rsidR="00066B3A" w:rsidRDefault="00D43F22">
            <w:r>
              <w:rPr>
                <w:sz w:val="16"/>
              </w:rPr>
              <w:lastRenderedPageBreak/>
              <w:t>3</w:t>
            </w:r>
          </w:p>
        </w:tc>
        <w:tc>
          <w:tcPr>
            <w:tcW w:w="1556" w:type="dxa"/>
          </w:tcPr>
          <w:p w14:paraId="781A7278" w14:textId="77777777" w:rsidR="00066B3A" w:rsidRDefault="00066B3A"/>
        </w:tc>
        <w:tc>
          <w:tcPr>
            <w:tcW w:w="1045" w:type="dxa"/>
          </w:tcPr>
          <w:p w14:paraId="29A64F78" w14:textId="77777777" w:rsidR="00066B3A" w:rsidRDefault="00066B3A"/>
        </w:tc>
        <w:tc>
          <w:tcPr>
            <w:tcW w:w="1045" w:type="dxa"/>
          </w:tcPr>
          <w:p w14:paraId="6C4386EF" w14:textId="77777777" w:rsidR="00066B3A" w:rsidRDefault="00066B3A"/>
        </w:tc>
        <w:tc>
          <w:tcPr>
            <w:tcW w:w="1045" w:type="dxa"/>
          </w:tcPr>
          <w:p w14:paraId="759C5E94" w14:textId="77777777" w:rsidR="00066B3A" w:rsidRDefault="00066B3A"/>
        </w:tc>
        <w:tc>
          <w:tcPr>
            <w:tcW w:w="1045" w:type="dxa"/>
          </w:tcPr>
          <w:p w14:paraId="0AE5595E" w14:textId="77777777" w:rsidR="00066B3A" w:rsidRDefault="00066B3A"/>
        </w:tc>
        <w:tc>
          <w:tcPr>
            <w:tcW w:w="1045" w:type="dxa"/>
          </w:tcPr>
          <w:p w14:paraId="1BA21988" w14:textId="77777777" w:rsidR="00066B3A" w:rsidRDefault="00066B3A"/>
        </w:tc>
        <w:tc>
          <w:tcPr>
            <w:tcW w:w="1045" w:type="dxa"/>
          </w:tcPr>
          <w:p w14:paraId="34BA3A98" w14:textId="77777777" w:rsidR="00066B3A" w:rsidRDefault="00066B3A"/>
        </w:tc>
        <w:tc>
          <w:tcPr>
            <w:tcW w:w="1045" w:type="dxa"/>
          </w:tcPr>
          <w:p w14:paraId="676697EF" w14:textId="77777777" w:rsidR="00066B3A" w:rsidRDefault="00066B3A"/>
        </w:tc>
      </w:tr>
      <w:tr w:rsidR="00066B3A" w14:paraId="4E8A64AB" w14:textId="77777777" w:rsidTr="00B60F97">
        <w:tc>
          <w:tcPr>
            <w:tcW w:w="534" w:type="dxa"/>
          </w:tcPr>
          <w:p w14:paraId="4B487A3B" w14:textId="77777777" w:rsidR="00066B3A" w:rsidRDefault="00D43F22">
            <w:r>
              <w:rPr>
                <w:sz w:val="16"/>
              </w:rPr>
              <w:t>4</w:t>
            </w:r>
          </w:p>
        </w:tc>
        <w:tc>
          <w:tcPr>
            <w:tcW w:w="1556" w:type="dxa"/>
          </w:tcPr>
          <w:p w14:paraId="3686097E" w14:textId="77777777" w:rsidR="00066B3A" w:rsidRDefault="00066B3A"/>
        </w:tc>
        <w:tc>
          <w:tcPr>
            <w:tcW w:w="1045" w:type="dxa"/>
          </w:tcPr>
          <w:p w14:paraId="4F26FB5E" w14:textId="77777777" w:rsidR="00066B3A" w:rsidRDefault="00066B3A"/>
        </w:tc>
        <w:tc>
          <w:tcPr>
            <w:tcW w:w="1045" w:type="dxa"/>
          </w:tcPr>
          <w:p w14:paraId="258621C3" w14:textId="77777777" w:rsidR="00066B3A" w:rsidRDefault="00066B3A"/>
        </w:tc>
        <w:tc>
          <w:tcPr>
            <w:tcW w:w="1045" w:type="dxa"/>
          </w:tcPr>
          <w:p w14:paraId="25C9FCCD" w14:textId="77777777" w:rsidR="00066B3A" w:rsidRDefault="00066B3A"/>
        </w:tc>
        <w:tc>
          <w:tcPr>
            <w:tcW w:w="1045" w:type="dxa"/>
          </w:tcPr>
          <w:p w14:paraId="50F3F879" w14:textId="77777777" w:rsidR="00066B3A" w:rsidRDefault="00066B3A"/>
        </w:tc>
        <w:tc>
          <w:tcPr>
            <w:tcW w:w="1045" w:type="dxa"/>
          </w:tcPr>
          <w:p w14:paraId="3A90160B" w14:textId="77777777" w:rsidR="00066B3A" w:rsidRDefault="00066B3A"/>
        </w:tc>
        <w:tc>
          <w:tcPr>
            <w:tcW w:w="1045" w:type="dxa"/>
          </w:tcPr>
          <w:p w14:paraId="44AA86E7" w14:textId="77777777" w:rsidR="00066B3A" w:rsidRDefault="00066B3A"/>
        </w:tc>
        <w:tc>
          <w:tcPr>
            <w:tcW w:w="1045" w:type="dxa"/>
          </w:tcPr>
          <w:p w14:paraId="5D061CC4" w14:textId="77777777" w:rsidR="00066B3A" w:rsidRDefault="00066B3A"/>
        </w:tc>
      </w:tr>
      <w:tr w:rsidR="00066B3A" w14:paraId="0F7847B1" w14:textId="77777777" w:rsidTr="00B60F97">
        <w:tc>
          <w:tcPr>
            <w:tcW w:w="534" w:type="dxa"/>
          </w:tcPr>
          <w:p w14:paraId="2E44C951" w14:textId="77777777" w:rsidR="00066B3A" w:rsidRDefault="00D43F22">
            <w:r>
              <w:rPr>
                <w:sz w:val="16"/>
              </w:rPr>
              <w:t>5</w:t>
            </w:r>
          </w:p>
        </w:tc>
        <w:tc>
          <w:tcPr>
            <w:tcW w:w="1556" w:type="dxa"/>
          </w:tcPr>
          <w:p w14:paraId="1FEBF00F" w14:textId="77777777" w:rsidR="00066B3A" w:rsidRDefault="00066B3A"/>
        </w:tc>
        <w:tc>
          <w:tcPr>
            <w:tcW w:w="1045" w:type="dxa"/>
          </w:tcPr>
          <w:p w14:paraId="39653BCD" w14:textId="77777777" w:rsidR="00066B3A" w:rsidRDefault="00066B3A"/>
        </w:tc>
        <w:tc>
          <w:tcPr>
            <w:tcW w:w="1045" w:type="dxa"/>
          </w:tcPr>
          <w:p w14:paraId="7BB404D4" w14:textId="77777777" w:rsidR="00066B3A" w:rsidRDefault="00066B3A"/>
        </w:tc>
        <w:tc>
          <w:tcPr>
            <w:tcW w:w="1045" w:type="dxa"/>
          </w:tcPr>
          <w:p w14:paraId="442A45A8" w14:textId="77777777" w:rsidR="00066B3A" w:rsidRDefault="00066B3A"/>
        </w:tc>
        <w:tc>
          <w:tcPr>
            <w:tcW w:w="1045" w:type="dxa"/>
          </w:tcPr>
          <w:p w14:paraId="24BF15A0" w14:textId="77777777" w:rsidR="00066B3A" w:rsidRDefault="00066B3A"/>
        </w:tc>
        <w:tc>
          <w:tcPr>
            <w:tcW w:w="1045" w:type="dxa"/>
          </w:tcPr>
          <w:p w14:paraId="51AD5B90" w14:textId="77777777" w:rsidR="00066B3A" w:rsidRDefault="00066B3A"/>
        </w:tc>
        <w:tc>
          <w:tcPr>
            <w:tcW w:w="1045" w:type="dxa"/>
          </w:tcPr>
          <w:p w14:paraId="029E853F" w14:textId="77777777" w:rsidR="00066B3A" w:rsidRDefault="00066B3A"/>
        </w:tc>
        <w:tc>
          <w:tcPr>
            <w:tcW w:w="1045" w:type="dxa"/>
          </w:tcPr>
          <w:p w14:paraId="166A84E0" w14:textId="77777777" w:rsidR="00066B3A" w:rsidRDefault="00066B3A"/>
        </w:tc>
      </w:tr>
      <w:tr w:rsidR="00066B3A" w14:paraId="3CA6976B" w14:textId="77777777" w:rsidTr="00B60F97">
        <w:tc>
          <w:tcPr>
            <w:tcW w:w="534" w:type="dxa"/>
          </w:tcPr>
          <w:p w14:paraId="14631244" w14:textId="77777777" w:rsidR="00066B3A" w:rsidRDefault="00D43F22">
            <w:r>
              <w:rPr>
                <w:sz w:val="16"/>
              </w:rPr>
              <w:t>6</w:t>
            </w:r>
          </w:p>
        </w:tc>
        <w:tc>
          <w:tcPr>
            <w:tcW w:w="1556" w:type="dxa"/>
          </w:tcPr>
          <w:p w14:paraId="37C080B0" w14:textId="77777777" w:rsidR="00066B3A" w:rsidRDefault="00066B3A"/>
        </w:tc>
        <w:tc>
          <w:tcPr>
            <w:tcW w:w="1045" w:type="dxa"/>
          </w:tcPr>
          <w:p w14:paraId="6F15AC70" w14:textId="77777777" w:rsidR="00066B3A" w:rsidRDefault="00066B3A"/>
        </w:tc>
        <w:tc>
          <w:tcPr>
            <w:tcW w:w="1045" w:type="dxa"/>
          </w:tcPr>
          <w:p w14:paraId="2D852FFC" w14:textId="77777777" w:rsidR="00066B3A" w:rsidRDefault="00066B3A"/>
        </w:tc>
        <w:tc>
          <w:tcPr>
            <w:tcW w:w="1045" w:type="dxa"/>
          </w:tcPr>
          <w:p w14:paraId="698EB494" w14:textId="77777777" w:rsidR="00066B3A" w:rsidRDefault="00066B3A"/>
        </w:tc>
        <w:tc>
          <w:tcPr>
            <w:tcW w:w="1045" w:type="dxa"/>
          </w:tcPr>
          <w:p w14:paraId="22B29066" w14:textId="77777777" w:rsidR="00066B3A" w:rsidRDefault="00066B3A"/>
        </w:tc>
        <w:tc>
          <w:tcPr>
            <w:tcW w:w="1045" w:type="dxa"/>
          </w:tcPr>
          <w:p w14:paraId="375A4B7B" w14:textId="77777777" w:rsidR="00066B3A" w:rsidRDefault="00066B3A"/>
        </w:tc>
        <w:tc>
          <w:tcPr>
            <w:tcW w:w="1045" w:type="dxa"/>
          </w:tcPr>
          <w:p w14:paraId="1E0E90E4" w14:textId="77777777" w:rsidR="00066B3A" w:rsidRDefault="00066B3A"/>
        </w:tc>
        <w:tc>
          <w:tcPr>
            <w:tcW w:w="1045" w:type="dxa"/>
          </w:tcPr>
          <w:p w14:paraId="2FD94130" w14:textId="77777777" w:rsidR="00066B3A" w:rsidRDefault="00066B3A"/>
        </w:tc>
      </w:tr>
      <w:tr w:rsidR="00066B3A" w14:paraId="7862B6DA" w14:textId="77777777" w:rsidTr="00B60F97">
        <w:tc>
          <w:tcPr>
            <w:tcW w:w="534" w:type="dxa"/>
          </w:tcPr>
          <w:p w14:paraId="5E0BBA90" w14:textId="77777777" w:rsidR="00066B3A" w:rsidRDefault="00D43F22">
            <w:r>
              <w:rPr>
                <w:sz w:val="16"/>
              </w:rPr>
              <w:t>7</w:t>
            </w:r>
          </w:p>
        </w:tc>
        <w:tc>
          <w:tcPr>
            <w:tcW w:w="1556" w:type="dxa"/>
          </w:tcPr>
          <w:p w14:paraId="0301063A" w14:textId="77777777" w:rsidR="00066B3A" w:rsidRDefault="00066B3A"/>
        </w:tc>
        <w:tc>
          <w:tcPr>
            <w:tcW w:w="1045" w:type="dxa"/>
          </w:tcPr>
          <w:p w14:paraId="59587F5D" w14:textId="77777777" w:rsidR="00066B3A" w:rsidRDefault="00066B3A"/>
        </w:tc>
        <w:tc>
          <w:tcPr>
            <w:tcW w:w="1045" w:type="dxa"/>
          </w:tcPr>
          <w:p w14:paraId="331AF7A4" w14:textId="77777777" w:rsidR="00066B3A" w:rsidRDefault="00066B3A"/>
        </w:tc>
        <w:tc>
          <w:tcPr>
            <w:tcW w:w="1045" w:type="dxa"/>
          </w:tcPr>
          <w:p w14:paraId="2C9B2BCA" w14:textId="77777777" w:rsidR="00066B3A" w:rsidRDefault="00066B3A"/>
        </w:tc>
        <w:tc>
          <w:tcPr>
            <w:tcW w:w="1045" w:type="dxa"/>
          </w:tcPr>
          <w:p w14:paraId="57EBBCB9" w14:textId="77777777" w:rsidR="00066B3A" w:rsidRDefault="00066B3A"/>
        </w:tc>
        <w:tc>
          <w:tcPr>
            <w:tcW w:w="1045" w:type="dxa"/>
          </w:tcPr>
          <w:p w14:paraId="09B3E4F8" w14:textId="77777777" w:rsidR="00066B3A" w:rsidRDefault="00066B3A"/>
        </w:tc>
        <w:tc>
          <w:tcPr>
            <w:tcW w:w="1045" w:type="dxa"/>
          </w:tcPr>
          <w:p w14:paraId="5563B6D0" w14:textId="77777777" w:rsidR="00066B3A" w:rsidRDefault="00066B3A"/>
        </w:tc>
        <w:tc>
          <w:tcPr>
            <w:tcW w:w="1045" w:type="dxa"/>
          </w:tcPr>
          <w:p w14:paraId="6D6936A8" w14:textId="77777777" w:rsidR="00066B3A" w:rsidRDefault="00066B3A"/>
        </w:tc>
      </w:tr>
      <w:tr w:rsidR="00066B3A" w14:paraId="6F8407FF" w14:textId="77777777" w:rsidTr="00B60F97">
        <w:tc>
          <w:tcPr>
            <w:tcW w:w="534" w:type="dxa"/>
          </w:tcPr>
          <w:p w14:paraId="7E0DB1B8" w14:textId="77777777" w:rsidR="00066B3A" w:rsidRDefault="00D43F22">
            <w:r>
              <w:rPr>
                <w:sz w:val="16"/>
              </w:rPr>
              <w:t>8</w:t>
            </w:r>
          </w:p>
        </w:tc>
        <w:tc>
          <w:tcPr>
            <w:tcW w:w="1556" w:type="dxa"/>
          </w:tcPr>
          <w:p w14:paraId="6E67C8AA" w14:textId="77777777" w:rsidR="00066B3A" w:rsidRDefault="00066B3A"/>
        </w:tc>
        <w:tc>
          <w:tcPr>
            <w:tcW w:w="1045" w:type="dxa"/>
          </w:tcPr>
          <w:p w14:paraId="1E8A2675" w14:textId="77777777" w:rsidR="00066B3A" w:rsidRDefault="00066B3A"/>
        </w:tc>
        <w:tc>
          <w:tcPr>
            <w:tcW w:w="1045" w:type="dxa"/>
          </w:tcPr>
          <w:p w14:paraId="34F2245B" w14:textId="77777777" w:rsidR="00066B3A" w:rsidRDefault="00066B3A"/>
        </w:tc>
        <w:tc>
          <w:tcPr>
            <w:tcW w:w="1045" w:type="dxa"/>
          </w:tcPr>
          <w:p w14:paraId="48698655" w14:textId="77777777" w:rsidR="00066B3A" w:rsidRDefault="00066B3A"/>
        </w:tc>
        <w:tc>
          <w:tcPr>
            <w:tcW w:w="1045" w:type="dxa"/>
          </w:tcPr>
          <w:p w14:paraId="13534B77" w14:textId="77777777" w:rsidR="00066B3A" w:rsidRDefault="00066B3A"/>
        </w:tc>
        <w:tc>
          <w:tcPr>
            <w:tcW w:w="1045" w:type="dxa"/>
          </w:tcPr>
          <w:p w14:paraId="7D82CCDF" w14:textId="77777777" w:rsidR="00066B3A" w:rsidRDefault="00066B3A"/>
        </w:tc>
        <w:tc>
          <w:tcPr>
            <w:tcW w:w="1045" w:type="dxa"/>
          </w:tcPr>
          <w:p w14:paraId="1DFA9381" w14:textId="77777777" w:rsidR="00066B3A" w:rsidRDefault="00066B3A"/>
        </w:tc>
        <w:tc>
          <w:tcPr>
            <w:tcW w:w="1045" w:type="dxa"/>
          </w:tcPr>
          <w:p w14:paraId="30F98585" w14:textId="77777777" w:rsidR="00066B3A" w:rsidRDefault="00066B3A"/>
        </w:tc>
      </w:tr>
      <w:tr w:rsidR="00066B3A" w14:paraId="0CE0DBA3" w14:textId="77777777" w:rsidTr="00B60F97">
        <w:tc>
          <w:tcPr>
            <w:tcW w:w="534" w:type="dxa"/>
          </w:tcPr>
          <w:p w14:paraId="3733A2D2" w14:textId="77777777" w:rsidR="00066B3A" w:rsidRDefault="00D43F22">
            <w:r>
              <w:rPr>
                <w:sz w:val="16"/>
              </w:rPr>
              <w:t>9</w:t>
            </w:r>
          </w:p>
        </w:tc>
        <w:tc>
          <w:tcPr>
            <w:tcW w:w="1556" w:type="dxa"/>
          </w:tcPr>
          <w:p w14:paraId="52FA1C64" w14:textId="77777777" w:rsidR="00066B3A" w:rsidRDefault="00066B3A"/>
        </w:tc>
        <w:tc>
          <w:tcPr>
            <w:tcW w:w="1045" w:type="dxa"/>
          </w:tcPr>
          <w:p w14:paraId="60201AD1" w14:textId="77777777" w:rsidR="00066B3A" w:rsidRDefault="00066B3A"/>
        </w:tc>
        <w:tc>
          <w:tcPr>
            <w:tcW w:w="1045" w:type="dxa"/>
          </w:tcPr>
          <w:p w14:paraId="4AB1B2BF" w14:textId="77777777" w:rsidR="00066B3A" w:rsidRDefault="00066B3A"/>
        </w:tc>
        <w:tc>
          <w:tcPr>
            <w:tcW w:w="1045" w:type="dxa"/>
          </w:tcPr>
          <w:p w14:paraId="1E2315AB" w14:textId="77777777" w:rsidR="00066B3A" w:rsidRDefault="00066B3A"/>
        </w:tc>
        <w:tc>
          <w:tcPr>
            <w:tcW w:w="1045" w:type="dxa"/>
          </w:tcPr>
          <w:p w14:paraId="4302F126" w14:textId="77777777" w:rsidR="00066B3A" w:rsidRDefault="00066B3A"/>
        </w:tc>
        <w:tc>
          <w:tcPr>
            <w:tcW w:w="1045" w:type="dxa"/>
          </w:tcPr>
          <w:p w14:paraId="62EA2933" w14:textId="77777777" w:rsidR="00066B3A" w:rsidRDefault="00066B3A"/>
        </w:tc>
        <w:tc>
          <w:tcPr>
            <w:tcW w:w="1045" w:type="dxa"/>
          </w:tcPr>
          <w:p w14:paraId="4C3B8708" w14:textId="77777777" w:rsidR="00066B3A" w:rsidRDefault="00066B3A"/>
        </w:tc>
        <w:tc>
          <w:tcPr>
            <w:tcW w:w="1045" w:type="dxa"/>
          </w:tcPr>
          <w:p w14:paraId="22B82143" w14:textId="77777777" w:rsidR="00066B3A" w:rsidRDefault="00066B3A"/>
        </w:tc>
      </w:tr>
      <w:tr w:rsidR="00066B3A" w14:paraId="5140168F" w14:textId="77777777" w:rsidTr="00B60F97">
        <w:tc>
          <w:tcPr>
            <w:tcW w:w="534" w:type="dxa"/>
          </w:tcPr>
          <w:p w14:paraId="2956BCF4" w14:textId="77777777" w:rsidR="00066B3A" w:rsidRDefault="00D43F22">
            <w:r>
              <w:rPr>
                <w:sz w:val="16"/>
              </w:rPr>
              <w:t>10</w:t>
            </w:r>
          </w:p>
        </w:tc>
        <w:tc>
          <w:tcPr>
            <w:tcW w:w="1556" w:type="dxa"/>
          </w:tcPr>
          <w:p w14:paraId="7F9BB414" w14:textId="77777777" w:rsidR="00066B3A" w:rsidRDefault="00066B3A"/>
        </w:tc>
        <w:tc>
          <w:tcPr>
            <w:tcW w:w="1045" w:type="dxa"/>
          </w:tcPr>
          <w:p w14:paraId="1358627F" w14:textId="77777777" w:rsidR="00066B3A" w:rsidRDefault="00066B3A"/>
        </w:tc>
        <w:tc>
          <w:tcPr>
            <w:tcW w:w="1045" w:type="dxa"/>
          </w:tcPr>
          <w:p w14:paraId="40C76619" w14:textId="77777777" w:rsidR="00066B3A" w:rsidRDefault="00066B3A"/>
        </w:tc>
        <w:tc>
          <w:tcPr>
            <w:tcW w:w="1045" w:type="dxa"/>
          </w:tcPr>
          <w:p w14:paraId="3CA49D41" w14:textId="77777777" w:rsidR="00066B3A" w:rsidRDefault="00066B3A"/>
        </w:tc>
        <w:tc>
          <w:tcPr>
            <w:tcW w:w="1045" w:type="dxa"/>
          </w:tcPr>
          <w:p w14:paraId="1231AE18" w14:textId="77777777" w:rsidR="00066B3A" w:rsidRDefault="00066B3A"/>
        </w:tc>
        <w:tc>
          <w:tcPr>
            <w:tcW w:w="1045" w:type="dxa"/>
          </w:tcPr>
          <w:p w14:paraId="16F07C47" w14:textId="77777777" w:rsidR="00066B3A" w:rsidRDefault="00066B3A"/>
        </w:tc>
        <w:tc>
          <w:tcPr>
            <w:tcW w:w="1045" w:type="dxa"/>
          </w:tcPr>
          <w:p w14:paraId="22DC740E" w14:textId="77777777" w:rsidR="00066B3A" w:rsidRDefault="00066B3A"/>
        </w:tc>
        <w:tc>
          <w:tcPr>
            <w:tcW w:w="1045" w:type="dxa"/>
          </w:tcPr>
          <w:p w14:paraId="7E5D02C4" w14:textId="77777777" w:rsidR="00066B3A" w:rsidRDefault="00066B3A"/>
        </w:tc>
      </w:tr>
      <w:tr w:rsidR="00066B3A" w14:paraId="480DC47A" w14:textId="77777777" w:rsidTr="00B60F97">
        <w:tc>
          <w:tcPr>
            <w:tcW w:w="534" w:type="dxa"/>
          </w:tcPr>
          <w:p w14:paraId="22AE4172" w14:textId="77777777" w:rsidR="00066B3A" w:rsidRDefault="00D43F22">
            <w:r>
              <w:rPr>
                <w:sz w:val="16"/>
              </w:rPr>
              <w:t>11</w:t>
            </w:r>
          </w:p>
        </w:tc>
        <w:tc>
          <w:tcPr>
            <w:tcW w:w="1556" w:type="dxa"/>
          </w:tcPr>
          <w:p w14:paraId="12116F8F" w14:textId="77777777" w:rsidR="00066B3A" w:rsidRDefault="00066B3A"/>
        </w:tc>
        <w:tc>
          <w:tcPr>
            <w:tcW w:w="1045" w:type="dxa"/>
          </w:tcPr>
          <w:p w14:paraId="41F17CD1" w14:textId="77777777" w:rsidR="00066B3A" w:rsidRDefault="00066B3A"/>
        </w:tc>
        <w:tc>
          <w:tcPr>
            <w:tcW w:w="1045" w:type="dxa"/>
          </w:tcPr>
          <w:p w14:paraId="684E3CC8" w14:textId="77777777" w:rsidR="00066B3A" w:rsidRDefault="00066B3A"/>
        </w:tc>
        <w:tc>
          <w:tcPr>
            <w:tcW w:w="1045" w:type="dxa"/>
          </w:tcPr>
          <w:p w14:paraId="1C7EC336" w14:textId="77777777" w:rsidR="00066B3A" w:rsidRDefault="00066B3A"/>
        </w:tc>
        <w:tc>
          <w:tcPr>
            <w:tcW w:w="1045" w:type="dxa"/>
          </w:tcPr>
          <w:p w14:paraId="4613C070" w14:textId="77777777" w:rsidR="00066B3A" w:rsidRDefault="00066B3A"/>
        </w:tc>
        <w:tc>
          <w:tcPr>
            <w:tcW w:w="1045" w:type="dxa"/>
          </w:tcPr>
          <w:p w14:paraId="7ECA7003" w14:textId="77777777" w:rsidR="00066B3A" w:rsidRDefault="00066B3A"/>
        </w:tc>
        <w:tc>
          <w:tcPr>
            <w:tcW w:w="1045" w:type="dxa"/>
          </w:tcPr>
          <w:p w14:paraId="37380F70" w14:textId="77777777" w:rsidR="00066B3A" w:rsidRDefault="00066B3A"/>
        </w:tc>
        <w:tc>
          <w:tcPr>
            <w:tcW w:w="1045" w:type="dxa"/>
          </w:tcPr>
          <w:p w14:paraId="7CB50856" w14:textId="77777777" w:rsidR="00066B3A" w:rsidRDefault="00066B3A"/>
        </w:tc>
      </w:tr>
      <w:tr w:rsidR="00066B3A" w14:paraId="5CCA0D57" w14:textId="77777777" w:rsidTr="00B60F97">
        <w:tc>
          <w:tcPr>
            <w:tcW w:w="534" w:type="dxa"/>
          </w:tcPr>
          <w:p w14:paraId="53375243" w14:textId="77777777" w:rsidR="00066B3A" w:rsidRDefault="00D43F22">
            <w:r>
              <w:rPr>
                <w:sz w:val="16"/>
              </w:rPr>
              <w:t>12</w:t>
            </w:r>
          </w:p>
        </w:tc>
        <w:tc>
          <w:tcPr>
            <w:tcW w:w="1556" w:type="dxa"/>
          </w:tcPr>
          <w:p w14:paraId="0C5BBB4B" w14:textId="77777777" w:rsidR="00066B3A" w:rsidRDefault="00066B3A"/>
        </w:tc>
        <w:tc>
          <w:tcPr>
            <w:tcW w:w="1045" w:type="dxa"/>
          </w:tcPr>
          <w:p w14:paraId="362CF5C0" w14:textId="77777777" w:rsidR="00066B3A" w:rsidRDefault="00066B3A"/>
        </w:tc>
        <w:tc>
          <w:tcPr>
            <w:tcW w:w="1045" w:type="dxa"/>
          </w:tcPr>
          <w:p w14:paraId="75DCA7DB" w14:textId="77777777" w:rsidR="00066B3A" w:rsidRDefault="00066B3A"/>
        </w:tc>
        <w:tc>
          <w:tcPr>
            <w:tcW w:w="1045" w:type="dxa"/>
          </w:tcPr>
          <w:p w14:paraId="2D2065FC" w14:textId="77777777" w:rsidR="00066B3A" w:rsidRDefault="00066B3A"/>
        </w:tc>
        <w:tc>
          <w:tcPr>
            <w:tcW w:w="1045" w:type="dxa"/>
          </w:tcPr>
          <w:p w14:paraId="4EF53DE7" w14:textId="77777777" w:rsidR="00066B3A" w:rsidRDefault="00066B3A"/>
        </w:tc>
        <w:tc>
          <w:tcPr>
            <w:tcW w:w="1045" w:type="dxa"/>
          </w:tcPr>
          <w:p w14:paraId="31549A17" w14:textId="77777777" w:rsidR="00066B3A" w:rsidRDefault="00066B3A"/>
        </w:tc>
        <w:tc>
          <w:tcPr>
            <w:tcW w:w="1045" w:type="dxa"/>
          </w:tcPr>
          <w:p w14:paraId="15A82FA9" w14:textId="77777777" w:rsidR="00066B3A" w:rsidRDefault="00066B3A"/>
        </w:tc>
        <w:tc>
          <w:tcPr>
            <w:tcW w:w="1045" w:type="dxa"/>
          </w:tcPr>
          <w:p w14:paraId="70392EEC" w14:textId="77777777" w:rsidR="00066B3A" w:rsidRDefault="00066B3A"/>
        </w:tc>
      </w:tr>
      <w:tr w:rsidR="00066B3A" w14:paraId="44FFFFE1" w14:textId="77777777" w:rsidTr="00B60F97">
        <w:tc>
          <w:tcPr>
            <w:tcW w:w="534" w:type="dxa"/>
          </w:tcPr>
          <w:p w14:paraId="4E6EBB50" w14:textId="77777777" w:rsidR="00066B3A" w:rsidRDefault="00D43F22">
            <w:r>
              <w:rPr>
                <w:sz w:val="16"/>
              </w:rPr>
              <w:t>13</w:t>
            </w:r>
          </w:p>
        </w:tc>
        <w:tc>
          <w:tcPr>
            <w:tcW w:w="1556" w:type="dxa"/>
          </w:tcPr>
          <w:p w14:paraId="0914DDCF" w14:textId="77777777" w:rsidR="00066B3A" w:rsidRDefault="00066B3A"/>
        </w:tc>
        <w:tc>
          <w:tcPr>
            <w:tcW w:w="1045" w:type="dxa"/>
          </w:tcPr>
          <w:p w14:paraId="008DF757" w14:textId="77777777" w:rsidR="00066B3A" w:rsidRDefault="00066B3A"/>
        </w:tc>
        <w:tc>
          <w:tcPr>
            <w:tcW w:w="1045" w:type="dxa"/>
          </w:tcPr>
          <w:p w14:paraId="61566D5D" w14:textId="77777777" w:rsidR="00066B3A" w:rsidRDefault="00066B3A"/>
        </w:tc>
        <w:tc>
          <w:tcPr>
            <w:tcW w:w="1045" w:type="dxa"/>
          </w:tcPr>
          <w:p w14:paraId="4BAE81CC" w14:textId="77777777" w:rsidR="00066B3A" w:rsidRDefault="00066B3A"/>
        </w:tc>
        <w:tc>
          <w:tcPr>
            <w:tcW w:w="1045" w:type="dxa"/>
          </w:tcPr>
          <w:p w14:paraId="00B63B77" w14:textId="77777777" w:rsidR="00066B3A" w:rsidRDefault="00066B3A"/>
        </w:tc>
        <w:tc>
          <w:tcPr>
            <w:tcW w:w="1045" w:type="dxa"/>
          </w:tcPr>
          <w:p w14:paraId="6A13FB3A" w14:textId="77777777" w:rsidR="00066B3A" w:rsidRDefault="00066B3A"/>
        </w:tc>
        <w:tc>
          <w:tcPr>
            <w:tcW w:w="1045" w:type="dxa"/>
          </w:tcPr>
          <w:p w14:paraId="1B99C65A" w14:textId="77777777" w:rsidR="00066B3A" w:rsidRDefault="00066B3A"/>
        </w:tc>
        <w:tc>
          <w:tcPr>
            <w:tcW w:w="1045" w:type="dxa"/>
          </w:tcPr>
          <w:p w14:paraId="755B274F" w14:textId="77777777" w:rsidR="00066B3A" w:rsidRDefault="00066B3A"/>
        </w:tc>
      </w:tr>
      <w:tr w:rsidR="00066B3A" w14:paraId="4D577F93" w14:textId="77777777" w:rsidTr="00B60F97">
        <w:tc>
          <w:tcPr>
            <w:tcW w:w="534" w:type="dxa"/>
          </w:tcPr>
          <w:p w14:paraId="2C083015" w14:textId="77777777" w:rsidR="00066B3A" w:rsidRDefault="00D43F22">
            <w:r>
              <w:rPr>
                <w:sz w:val="16"/>
              </w:rPr>
              <w:t>14</w:t>
            </w:r>
          </w:p>
        </w:tc>
        <w:tc>
          <w:tcPr>
            <w:tcW w:w="1556" w:type="dxa"/>
          </w:tcPr>
          <w:p w14:paraId="51296B32" w14:textId="77777777" w:rsidR="00066B3A" w:rsidRDefault="00066B3A"/>
        </w:tc>
        <w:tc>
          <w:tcPr>
            <w:tcW w:w="1045" w:type="dxa"/>
          </w:tcPr>
          <w:p w14:paraId="3D0247A3" w14:textId="77777777" w:rsidR="00066B3A" w:rsidRDefault="00066B3A"/>
        </w:tc>
        <w:tc>
          <w:tcPr>
            <w:tcW w:w="1045" w:type="dxa"/>
          </w:tcPr>
          <w:p w14:paraId="1B831654" w14:textId="77777777" w:rsidR="00066B3A" w:rsidRDefault="00066B3A"/>
        </w:tc>
        <w:tc>
          <w:tcPr>
            <w:tcW w:w="1045" w:type="dxa"/>
          </w:tcPr>
          <w:p w14:paraId="0EFC4D64" w14:textId="77777777" w:rsidR="00066B3A" w:rsidRDefault="00066B3A"/>
        </w:tc>
        <w:tc>
          <w:tcPr>
            <w:tcW w:w="1045" w:type="dxa"/>
          </w:tcPr>
          <w:p w14:paraId="0031A3A3" w14:textId="77777777" w:rsidR="00066B3A" w:rsidRDefault="00066B3A"/>
        </w:tc>
        <w:tc>
          <w:tcPr>
            <w:tcW w:w="1045" w:type="dxa"/>
          </w:tcPr>
          <w:p w14:paraId="0B5F616F" w14:textId="77777777" w:rsidR="00066B3A" w:rsidRDefault="00066B3A"/>
        </w:tc>
        <w:tc>
          <w:tcPr>
            <w:tcW w:w="1045" w:type="dxa"/>
          </w:tcPr>
          <w:p w14:paraId="6529A229" w14:textId="77777777" w:rsidR="00066B3A" w:rsidRDefault="00066B3A"/>
        </w:tc>
        <w:tc>
          <w:tcPr>
            <w:tcW w:w="1045" w:type="dxa"/>
          </w:tcPr>
          <w:p w14:paraId="093EE803" w14:textId="77777777" w:rsidR="00066B3A" w:rsidRDefault="00066B3A"/>
        </w:tc>
      </w:tr>
      <w:tr w:rsidR="00066B3A" w14:paraId="75222272" w14:textId="77777777" w:rsidTr="00B60F97">
        <w:tc>
          <w:tcPr>
            <w:tcW w:w="534" w:type="dxa"/>
          </w:tcPr>
          <w:p w14:paraId="30C604FE" w14:textId="77777777" w:rsidR="00066B3A" w:rsidRDefault="00D43F22">
            <w:r>
              <w:rPr>
                <w:sz w:val="16"/>
              </w:rPr>
              <w:t>15</w:t>
            </w:r>
          </w:p>
        </w:tc>
        <w:tc>
          <w:tcPr>
            <w:tcW w:w="1556" w:type="dxa"/>
          </w:tcPr>
          <w:p w14:paraId="37BA4EE7" w14:textId="77777777" w:rsidR="00066B3A" w:rsidRDefault="00066B3A"/>
        </w:tc>
        <w:tc>
          <w:tcPr>
            <w:tcW w:w="1045" w:type="dxa"/>
          </w:tcPr>
          <w:p w14:paraId="0171CA77" w14:textId="77777777" w:rsidR="00066B3A" w:rsidRDefault="00066B3A"/>
        </w:tc>
        <w:tc>
          <w:tcPr>
            <w:tcW w:w="1045" w:type="dxa"/>
          </w:tcPr>
          <w:p w14:paraId="0570E2D8" w14:textId="77777777" w:rsidR="00066B3A" w:rsidRDefault="00066B3A"/>
        </w:tc>
        <w:tc>
          <w:tcPr>
            <w:tcW w:w="1045" w:type="dxa"/>
          </w:tcPr>
          <w:p w14:paraId="56BB2101" w14:textId="77777777" w:rsidR="00066B3A" w:rsidRDefault="00066B3A"/>
        </w:tc>
        <w:tc>
          <w:tcPr>
            <w:tcW w:w="1045" w:type="dxa"/>
          </w:tcPr>
          <w:p w14:paraId="63EE12F6" w14:textId="77777777" w:rsidR="00066B3A" w:rsidRDefault="00066B3A"/>
        </w:tc>
        <w:tc>
          <w:tcPr>
            <w:tcW w:w="1045" w:type="dxa"/>
          </w:tcPr>
          <w:p w14:paraId="3F5A6206" w14:textId="77777777" w:rsidR="00066B3A" w:rsidRDefault="00066B3A"/>
        </w:tc>
        <w:tc>
          <w:tcPr>
            <w:tcW w:w="1045" w:type="dxa"/>
          </w:tcPr>
          <w:p w14:paraId="096F6749" w14:textId="77777777" w:rsidR="00066B3A" w:rsidRDefault="00066B3A"/>
        </w:tc>
        <w:tc>
          <w:tcPr>
            <w:tcW w:w="1045" w:type="dxa"/>
          </w:tcPr>
          <w:p w14:paraId="11DA0C9A" w14:textId="77777777" w:rsidR="00066B3A" w:rsidRDefault="00066B3A"/>
        </w:tc>
      </w:tr>
    </w:tbl>
    <w:p w14:paraId="39905997" w14:textId="77777777" w:rsidR="00066B3A" w:rsidRDefault="00066B3A"/>
    <w:p w14:paraId="71C9B82A" w14:textId="77777777" w:rsidR="00066B3A" w:rsidRDefault="00D43F22">
      <w:r>
        <w:rPr>
          <w:b/>
        </w:rPr>
        <w:t>C. KETERANGAN</w:t>
      </w:r>
    </w:p>
    <w:p w14:paraId="62AB19F1" w14:textId="77777777" w:rsidR="00066B3A" w:rsidRDefault="00D43F22">
      <w:r>
        <w:t>H = Hadir     I = Izin     S = Sakit     A = Alpa</w:t>
      </w:r>
    </w:p>
    <w:p w14:paraId="590F27F6" w14:textId="77777777" w:rsidR="00066B3A" w:rsidRDefault="00D43F22">
      <w:r>
        <w:t>................................................................................................................</w:t>
      </w:r>
    </w:p>
    <w:p w14:paraId="357CFA69" w14:textId="77777777" w:rsidR="00066B3A" w:rsidRDefault="00066B3A"/>
    <w:p w14:paraId="169F5328" w14:textId="77777777" w:rsidR="00066B3A" w:rsidRDefault="00D43F22">
      <w:r>
        <w:rPr>
          <w:b/>
        </w:rPr>
        <w:t>D. PENGESAHAN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47"/>
        <w:gridCol w:w="4640"/>
      </w:tblGrid>
      <w:tr w:rsidR="00F245EC" w14:paraId="65CAA3EA" w14:textId="77777777" w:rsidTr="00525757">
        <w:trPr>
          <w:jc w:val="center"/>
        </w:trPr>
        <w:tc>
          <w:tcPr>
            <w:tcW w:w="4647" w:type="dxa"/>
            <w:vAlign w:val="center"/>
          </w:tcPr>
          <w:p w14:paraId="1C3B22AD" w14:textId="77777777" w:rsidR="00F245EC" w:rsidRDefault="00F245EC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  <w:tc>
          <w:tcPr>
            <w:tcW w:w="4640" w:type="dxa"/>
            <w:vAlign w:val="center"/>
          </w:tcPr>
          <w:p w14:paraId="23AE038B" w14:textId="77777777" w:rsidR="00F245EC" w:rsidRDefault="00F245EC" w:rsidP="00525757"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II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  <w:tr w:rsidR="00F245EC" w14:paraId="40378029" w14:textId="77777777" w:rsidTr="00525757">
        <w:trPr>
          <w:jc w:val="center"/>
        </w:trPr>
        <w:tc>
          <w:tcPr>
            <w:tcW w:w="9287" w:type="dxa"/>
            <w:gridSpan w:val="2"/>
            <w:vAlign w:val="center"/>
          </w:tcPr>
          <w:p w14:paraId="29FF3F98" w14:textId="77777777" w:rsidR="00F245EC" w:rsidRDefault="00F245EC" w:rsidP="00525757">
            <w:pPr>
              <w:jc w:val="center"/>
            </w:pP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KKN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(........................................)</w:t>
            </w:r>
          </w:p>
        </w:tc>
      </w:tr>
    </w:tbl>
    <w:p w14:paraId="7AEA6EB6" w14:textId="77777777" w:rsidR="00066B3A" w:rsidRDefault="00066B3A"/>
    <w:p w14:paraId="0EA62A6A" w14:textId="358DC191" w:rsidR="00066B3A" w:rsidRDefault="00066B3A">
      <w:pPr>
        <w:jc w:val="center"/>
      </w:pPr>
    </w:p>
    <w:sectPr w:rsidR="00066B3A" w:rsidSect="00034616">
      <w:footerReference w:type="defaul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4EAC9" w14:textId="77777777" w:rsidR="00944C48" w:rsidRDefault="00944C48" w:rsidP="00B60F97">
      <w:pPr>
        <w:spacing w:after="0" w:line="240" w:lineRule="auto"/>
      </w:pPr>
      <w:r>
        <w:separator/>
      </w:r>
    </w:p>
  </w:endnote>
  <w:endnote w:type="continuationSeparator" w:id="0">
    <w:p w14:paraId="48804BC2" w14:textId="77777777" w:rsidR="00944C48" w:rsidRDefault="00944C48" w:rsidP="00B6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287F" w14:textId="7C25EA54" w:rsidR="00B60F97" w:rsidRDefault="00B60F97" w:rsidP="00B60F97">
    <w:pPr>
      <w:jc w:val="center"/>
    </w:pPr>
    <w:r>
      <w:rPr>
        <w:i/>
        <w:sz w:val="18"/>
      </w:rPr>
      <w:t xml:space="preserve">STAI Paduka </w:t>
    </w:r>
    <w:proofErr w:type="spellStart"/>
    <w:r>
      <w:rPr>
        <w:i/>
        <w:sz w:val="18"/>
      </w:rPr>
      <w:t>Anambas</w:t>
    </w:r>
    <w:proofErr w:type="spellEnd"/>
    <w:r>
      <w:rPr>
        <w:i/>
        <w:sz w:val="18"/>
      </w:rPr>
      <w:t xml:space="preserve"> —Daftar </w:t>
    </w:r>
    <w:proofErr w:type="spellStart"/>
    <w:r>
      <w:rPr>
        <w:i/>
        <w:sz w:val="18"/>
      </w:rPr>
      <w:t>Hadir</w:t>
    </w:r>
    <w:proofErr w:type="spellEnd"/>
    <w:r>
      <w:rPr>
        <w:i/>
        <w:sz w:val="18"/>
      </w:rPr>
      <w:t xml:space="preserve"> KKN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139BA" w14:textId="77777777" w:rsidR="00944C48" w:rsidRDefault="00944C48" w:rsidP="00B60F97">
      <w:pPr>
        <w:spacing w:after="0" w:line="240" w:lineRule="auto"/>
      </w:pPr>
      <w:r>
        <w:separator/>
      </w:r>
    </w:p>
  </w:footnote>
  <w:footnote w:type="continuationSeparator" w:id="0">
    <w:p w14:paraId="5173C2FC" w14:textId="77777777" w:rsidR="00944C48" w:rsidRDefault="00944C48" w:rsidP="00B60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B3A"/>
    <w:rsid w:val="0015074B"/>
    <w:rsid w:val="0029639D"/>
    <w:rsid w:val="00326F90"/>
    <w:rsid w:val="00944C48"/>
    <w:rsid w:val="00AA1D8D"/>
    <w:rsid w:val="00B47730"/>
    <w:rsid w:val="00B60F97"/>
    <w:rsid w:val="00CB0664"/>
    <w:rsid w:val="00D43F22"/>
    <w:rsid w:val="00F245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39764"/>
  <w14:defaultImageDpi w14:val="300"/>
  <w15:docId w15:val="{2C2FCA76-B2EB-4B5D-BBB1-0348566B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2026-09-08T05:08:00Z</dcterms:modified>
  <cp:category/>
</cp:coreProperties>
</file>