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1635F" w14:textId="40707217" w:rsidR="00747795" w:rsidRDefault="00747795" w:rsidP="00747795">
      <w:pPr>
        <w:spacing w:after="0"/>
        <w:jc w:val="center"/>
        <w:rPr>
          <w:b/>
          <w:sz w:val="28"/>
        </w:rPr>
      </w:pPr>
      <w:r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4D5B67F" wp14:editId="46F6DB31">
            <wp:simplePos x="0" y="0"/>
            <wp:positionH relativeFrom="column">
              <wp:posOffset>2495550</wp:posOffset>
            </wp:positionH>
            <wp:positionV relativeFrom="paragraph">
              <wp:posOffset>-292735</wp:posOffset>
            </wp:positionV>
            <wp:extent cx="989542" cy="952500"/>
            <wp:effectExtent l="0" t="0" r="1270" b="0"/>
            <wp:wrapNone/>
            <wp:docPr id="1560518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18466" name="Picture 15605184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542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5EDAF" w14:textId="77777777" w:rsidR="00747795" w:rsidRDefault="00747795" w:rsidP="00747795">
      <w:pPr>
        <w:spacing w:after="0"/>
        <w:jc w:val="center"/>
        <w:rPr>
          <w:b/>
          <w:sz w:val="28"/>
        </w:rPr>
      </w:pPr>
    </w:p>
    <w:p w14:paraId="4A553506" w14:textId="77777777" w:rsidR="00747795" w:rsidRDefault="00747795" w:rsidP="00747795">
      <w:pPr>
        <w:spacing w:after="0"/>
        <w:jc w:val="center"/>
        <w:rPr>
          <w:b/>
          <w:sz w:val="28"/>
        </w:rPr>
      </w:pPr>
    </w:p>
    <w:p w14:paraId="554FD62A" w14:textId="01AC4EBC" w:rsidR="0039685B" w:rsidRDefault="00747795" w:rsidP="00747795">
      <w:pPr>
        <w:spacing w:after="0"/>
        <w:jc w:val="center"/>
      </w:pPr>
      <w:r>
        <w:rPr>
          <w:b/>
          <w:sz w:val="28"/>
        </w:rPr>
        <w:t>SEKOLAH TINGGI AGAMA ISLAM (STAI) PADUKA ANAMBAS</w:t>
      </w:r>
    </w:p>
    <w:p w14:paraId="72D7F47A" w14:textId="77777777" w:rsidR="0039685B" w:rsidRDefault="00747795" w:rsidP="00747795">
      <w:pPr>
        <w:spacing w:after="0"/>
        <w:jc w:val="center"/>
      </w:pPr>
      <w:r>
        <w:rPr>
          <w:b/>
          <w:sz w:val="24"/>
        </w:rPr>
        <w:t>KEGIATAN KULIAH KERJA NYATA (KKN)</w:t>
      </w:r>
    </w:p>
    <w:p w14:paraId="61CAE9C0" w14:textId="77777777" w:rsidR="0039685B" w:rsidRDefault="0039685B" w:rsidP="00747795">
      <w:pPr>
        <w:spacing w:after="0"/>
      </w:pPr>
    </w:p>
    <w:p w14:paraId="40764749" w14:textId="646A9FA1" w:rsidR="0039685B" w:rsidRDefault="00747795" w:rsidP="00747795">
      <w:pPr>
        <w:spacing w:after="0"/>
        <w:jc w:val="center"/>
      </w:pPr>
      <w:r>
        <w:rPr>
          <w:b/>
          <w:sz w:val="28"/>
        </w:rPr>
        <w:t>MONITORING DOSEN PEMBIMBING LAPANGAN (DPL)</w:t>
      </w:r>
    </w:p>
    <w:p w14:paraId="1499A1E0" w14:textId="77777777" w:rsidR="0039685B" w:rsidRDefault="00747795" w:rsidP="00747795">
      <w:pPr>
        <w:spacing w:after="0"/>
        <w:jc w:val="center"/>
      </w:pPr>
      <w:r>
        <w:rPr>
          <w:b/>
        </w:rPr>
        <w:t>KULIAH KERJA NYATA (KKN) TAHUN ________</w:t>
      </w:r>
    </w:p>
    <w:p w14:paraId="64E3C67F" w14:textId="77777777" w:rsidR="0039685B" w:rsidRDefault="003968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39"/>
      </w:tblGrid>
      <w:tr w:rsidR="0039685B" w14:paraId="093BC16F" w14:textId="77777777">
        <w:tc>
          <w:tcPr>
            <w:tcW w:w="4702" w:type="dxa"/>
          </w:tcPr>
          <w:p w14:paraId="1142D1DA" w14:textId="77777777" w:rsidR="0039685B" w:rsidRDefault="00747795">
            <w:r>
              <w:rPr>
                <w:b/>
                <w:sz w:val="20"/>
              </w:rPr>
              <w:t>Nama DPL</w:t>
            </w:r>
          </w:p>
        </w:tc>
        <w:tc>
          <w:tcPr>
            <w:tcW w:w="4702" w:type="dxa"/>
          </w:tcPr>
          <w:p w14:paraId="4B795842" w14:textId="77777777" w:rsidR="0039685B" w:rsidRDefault="0039685B"/>
        </w:tc>
      </w:tr>
      <w:tr w:rsidR="0039685B" w14:paraId="50DAA01C" w14:textId="77777777">
        <w:tc>
          <w:tcPr>
            <w:tcW w:w="4702" w:type="dxa"/>
          </w:tcPr>
          <w:p w14:paraId="5478708D" w14:textId="77777777" w:rsidR="0039685B" w:rsidRDefault="00747795">
            <w:r>
              <w:rPr>
                <w:b/>
                <w:sz w:val="20"/>
              </w:rPr>
              <w:t>Kelompok KKN</w:t>
            </w:r>
          </w:p>
        </w:tc>
        <w:tc>
          <w:tcPr>
            <w:tcW w:w="4702" w:type="dxa"/>
          </w:tcPr>
          <w:p w14:paraId="2B82B807" w14:textId="77777777" w:rsidR="0039685B" w:rsidRDefault="0039685B"/>
        </w:tc>
      </w:tr>
      <w:tr w:rsidR="0039685B" w14:paraId="1D86F1AD" w14:textId="77777777">
        <w:tc>
          <w:tcPr>
            <w:tcW w:w="4702" w:type="dxa"/>
          </w:tcPr>
          <w:p w14:paraId="6E3D3B85" w14:textId="77777777" w:rsidR="0039685B" w:rsidRDefault="00747795">
            <w:r>
              <w:rPr>
                <w:b/>
                <w:sz w:val="20"/>
              </w:rPr>
              <w:t>Desa/Kelurahan</w:t>
            </w:r>
          </w:p>
        </w:tc>
        <w:tc>
          <w:tcPr>
            <w:tcW w:w="4702" w:type="dxa"/>
          </w:tcPr>
          <w:p w14:paraId="3E2145FE" w14:textId="77777777" w:rsidR="0039685B" w:rsidRDefault="0039685B"/>
        </w:tc>
      </w:tr>
      <w:tr w:rsidR="0039685B" w14:paraId="1356519F" w14:textId="77777777">
        <w:tc>
          <w:tcPr>
            <w:tcW w:w="4702" w:type="dxa"/>
          </w:tcPr>
          <w:p w14:paraId="5CF22980" w14:textId="77777777" w:rsidR="0039685B" w:rsidRDefault="00747795">
            <w:r>
              <w:rPr>
                <w:b/>
                <w:sz w:val="20"/>
              </w:rPr>
              <w:t>Kecamatan</w:t>
            </w:r>
          </w:p>
        </w:tc>
        <w:tc>
          <w:tcPr>
            <w:tcW w:w="4702" w:type="dxa"/>
          </w:tcPr>
          <w:p w14:paraId="512F016B" w14:textId="77777777" w:rsidR="0039685B" w:rsidRDefault="0039685B"/>
        </w:tc>
      </w:tr>
      <w:tr w:rsidR="0039685B" w14:paraId="37E38A9E" w14:textId="77777777">
        <w:tc>
          <w:tcPr>
            <w:tcW w:w="4702" w:type="dxa"/>
          </w:tcPr>
          <w:p w14:paraId="7185FBE1" w14:textId="77777777" w:rsidR="0039685B" w:rsidRDefault="00747795">
            <w:r>
              <w:rPr>
                <w:b/>
                <w:sz w:val="20"/>
              </w:rPr>
              <w:t>Kabupaten</w:t>
            </w:r>
          </w:p>
        </w:tc>
        <w:tc>
          <w:tcPr>
            <w:tcW w:w="4702" w:type="dxa"/>
          </w:tcPr>
          <w:p w14:paraId="3C1CCCA4" w14:textId="77777777" w:rsidR="0039685B" w:rsidRDefault="00747795">
            <w:r>
              <w:rPr>
                <w:sz w:val="20"/>
              </w:rPr>
              <w:t>Kepulauan Anambas</w:t>
            </w:r>
          </w:p>
        </w:tc>
      </w:tr>
      <w:tr w:rsidR="0039685B" w14:paraId="2CF085F0" w14:textId="77777777">
        <w:tc>
          <w:tcPr>
            <w:tcW w:w="4702" w:type="dxa"/>
          </w:tcPr>
          <w:p w14:paraId="2F499D7A" w14:textId="77777777" w:rsidR="0039685B" w:rsidRDefault="00747795">
            <w:r>
              <w:rPr>
                <w:b/>
                <w:sz w:val="20"/>
              </w:rPr>
              <w:t>Periode KKN</w:t>
            </w:r>
          </w:p>
        </w:tc>
        <w:tc>
          <w:tcPr>
            <w:tcW w:w="4702" w:type="dxa"/>
          </w:tcPr>
          <w:p w14:paraId="362B0F23" w14:textId="77777777" w:rsidR="0039685B" w:rsidRDefault="0039685B"/>
        </w:tc>
      </w:tr>
      <w:tr w:rsidR="0039685B" w14:paraId="5A95662A" w14:textId="77777777">
        <w:tc>
          <w:tcPr>
            <w:tcW w:w="4702" w:type="dxa"/>
          </w:tcPr>
          <w:p w14:paraId="224F01F6" w14:textId="77777777" w:rsidR="0039685B" w:rsidRDefault="00747795">
            <w:r>
              <w:rPr>
                <w:b/>
                <w:sz w:val="20"/>
              </w:rPr>
              <w:t>Tanggal Monitoring</w:t>
            </w:r>
          </w:p>
        </w:tc>
        <w:tc>
          <w:tcPr>
            <w:tcW w:w="4702" w:type="dxa"/>
          </w:tcPr>
          <w:p w14:paraId="4C0AEF91" w14:textId="77777777" w:rsidR="0039685B" w:rsidRDefault="0039685B"/>
        </w:tc>
      </w:tr>
      <w:tr w:rsidR="0039685B" w14:paraId="1A65BD88" w14:textId="77777777">
        <w:tc>
          <w:tcPr>
            <w:tcW w:w="4702" w:type="dxa"/>
          </w:tcPr>
          <w:p w14:paraId="307D46F4" w14:textId="77777777" w:rsidR="0039685B" w:rsidRDefault="00747795">
            <w:r>
              <w:rPr>
                <w:b/>
                <w:sz w:val="20"/>
              </w:rPr>
              <w:t>Tempat Monitoring</w:t>
            </w:r>
          </w:p>
        </w:tc>
        <w:tc>
          <w:tcPr>
            <w:tcW w:w="4702" w:type="dxa"/>
          </w:tcPr>
          <w:p w14:paraId="5117D57B" w14:textId="77777777" w:rsidR="0039685B" w:rsidRDefault="0039685B"/>
        </w:tc>
      </w:tr>
    </w:tbl>
    <w:p w14:paraId="4C24C8D2" w14:textId="77777777" w:rsidR="0039685B" w:rsidRDefault="0039685B"/>
    <w:p w14:paraId="3A3905E4" w14:textId="77777777" w:rsidR="0039685B" w:rsidRDefault="00747795">
      <w:r>
        <w:rPr>
          <w:b/>
        </w:rPr>
        <w:t>A. TUJUAN MONITORING</w:t>
      </w:r>
    </w:p>
    <w:p w14:paraId="38A3E15B" w14:textId="77777777" w:rsidR="0039685B" w:rsidRDefault="00747795">
      <w:r>
        <w:t>1. Memantau pelaksanaan program kerja KKN.</w:t>
      </w:r>
    </w:p>
    <w:p w14:paraId="02093E9F" w14:textId="77777777" w:rsidR="0039685B" w:rsidRDefault="00747795">
      <w:r>
        <w:t>2. Menilai kedisiplinan, keaktifan, koordinasi, dan tanggung jawab mahasiswa.</w:t>
      </w:r>
    </w:p>
    <w:p w14:paraId="37B41614" w14:textId="77777777" w:rsidR="0039685B" w:rsidRDefault="00747795">
      <w:r>
        <w:t xml:space="preserve">3. Mengidentifikasi kendala serta </w:t>
      </w:r>
      <w:r>
        <w:t>memberikan arahan dan solusi.</w:t>
      </w:r>
    </w:p>
    <w:p w14:paraId="12BFDF94" w14:textId="77777777" w:rsidR="0039685B" w:rsidRDefault="00747795">
      <w:r>
        <w:t>4. Memastikan kegiatan berjalan sesuai rencana dan kebutuhan masyarakat.</w:t>
      </w:r>
    </w:p>
    <w:p w14:paraId="65F0E0DE" w14:textId="77777777" w:rsidR="0039685B" w:rsidRDefault="0039685B"/>
    <w:p w14:paraId="64EF9603" w14:textId="77777777" w:rsidR="0039685B" w:rsidRDefault="00747795">
      <w:r>
        <w:rPr>
          <w:b/>
        </w:rPr>
        <w:t>B. CHECKLIST MONITORING</w:t>
      </w:r>
    </w:p>
    <w:tbl>
      <w:tblPr>
        <w:tblStyle w:val="TableGrid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2"/>
        <w:gridCol w:w="1254"/>
        <w:gridCol w:w="2300"/>
        <w:gridCol w:w="1313"/>
        <w:gridCol w:w="1318"/>
        <w:gridCol w:w="1328"/>
        <w:gridCol w:w="1322"/>
      </w:tblGrid>
      <w:tr w:rsidR="0039685B" w14:paraId="070B544C" w14:textId="77777777" w:rsidTr="00747795">
        <w:trPr>
          <w:jc w:val="center"/>
        </w:trPr>
        <w:tc>
          <w:tcPr>
            <w:tcW w:w="452" w:type="dxa"/>
            <w:shd w:val="clear" w:color="auto" w:fill="D9EAF7"/>
          </w:tcPr>
          <w:p w14:paraId="565AEA79" w14:textId="77777777" w:rsidR="0039685B" w:rsidRDefault="00747795">
            <w:r>
              <w:rPr>
                <w:b/>
                <w:sz w:val="16"/>
              </w:rPr>
              <w:t>No.</w:t>
            </w:r>
          </w:p>
        </w:tc>
        <w:tc>
          <w:tcPr>
            <w:tcW w:w="1263" w:type="dxa"/>
            <w:shd w:val="clear" w:color="auto" w:fill="D9EAF7"/>
          </w:tcPr>
          <w:p w14:paraId="78E207AF" w14:textId="77777777" w:rsidR="0039685B" w:rsidRDefault="00747795">
            <w:r>
              <w:rPr>
                <w:b/>
                <w:sz w:val="16"/>
              </w:rPr>
              <w:t>Aspek yang Dimonitor</w:t>
            </w:r>
          </w:p>
        </w:tc>
        <w:tc>
          <w:tcPr>
            <w:tcW w:w="2341" w:type="dxa"/>
            <w:shd w:val="clear" w:color="auto" w:fill="D9EAF7"/>
          </w:tcPr>
          <w:p w14:paraId="124DBBB7" w14:textId="77777777" w:rsidR="0039685B" w:rsidRDefault="00747795">
            <w:r>
              <w:rPr>
                <w:b/>
                <w:sz w:val="16"/>
              </w:rPr>
              <w:t>Indikator</w:t>
            </w:r>
          </w:p>
        </w:tc>
        <w:tc>
          <w:tcPr>
            <w:tcW w:w="1344" w:type="dxa"/>
            <w:shd w:val="clear" w:color="auto" w:fill="D9EAF7"/>
          </w:tcPr>
          <w:p w14:paraId="4B2707C3" w14:textId="77777777" w:rsidR="0039685B" w:rsidRDefault="00747795">
            <w:r>
              <w:rPr>
                <w:b/>
                <w:sz w:val="16"/>
              </w:rPr>
              <w:t>Baik</w:t>
            </w:r>
          </w:p>
        </w:tc>
        <w:tc>
          <w:tcPr>
            <w:tcW w:w="1344" w:type="dxa"/>
            <w:shd w:val="clear" w:color="auto" w:fill="D9EAF7"/>
          </w:tcPr>
          <w:p w14:paraId="3361AB18" w14:textId="77777777" w:rsidR="0039685B" w:rsidRDefault="00747795">
            <w:r>
              <w:rPr>
                <w:b/>
                <w:sz w:val="16"/>
              </w:rPr>
              <w:t>Cukup</w:t>
            </w:r>
          </w:p>
        </w:tc>
        <w:tc>
          <w:tcPr>
            <w:tcW w:w="1344" w:type="dxa"/>
            <w:shd w:val="clear" w:color="auto" w:fill="D9EAF7"/>
          </w:tcPr>
          <w:p w14:paraId="44ED76BC" w14:textId="77777777" w:rsidR="0039685B" w:rsidRDefault="00747795">
            <w:r>
              <w:rPr>
                <w:b/>
                <w:sz w:val="16"/>
              </w:rPr>
              <w:t>Perlu Perbaikan</w:t>
            </w:r>
          </w:p>
        </w:tc>
        <w:tc>
          <w:tcPr>
            <w:tcW w:w="1344" w:type="dxa"/>
            <w:shd w:val="clear" w:color="auto" w:fill="D9EAF7"/>
          </w:tcPr>
          <w:p w14:paraId="64F0DAEB" w14:textId="77777777" w:rsidR="0039685B" w:rsidRDefault="00747795">
            <w:r>
              <w:rPr>
                <w:b/>
                <w:sz w:val="16"/>
              </w:rPr>
              <w:t>Catatan DPL</w:t>
            </w:r>
          </w:p>
        </w:tc>
      </w:tr>
      <w:tr w:rsidR="0039685B" w14:paraId="7758434A" w14:textId="77777777" w:rsidTr="00747795">
        <w:trPr>
          <w:jc w:val="center"/>
        </w:trPr>
        <w:tc>
          <w:tcPr>
            <w:tcW w:w="452" w:type="dxa"/>
          </w:tcPr>
          <w:p w14:paraId="58ADA2CD" w14:textId="77777777" w:rsidR="0039685B" w:rsidRDefault="00747795">
            <w:r>
              <w:rPr>
                <w:sz w:val="16"/>
              </w:rPr>
              <w:t>1</w:t>
            </w:r>
          </w:p>
        </w:tc>
        <w:tc>
          <w:tcPr>
            <w:tcW w:w="1263" w:type="dxa"/>
          </w:tcPr>
          <w:p w14:paraId="184B7F59" w14:textId="77777777" w:rsidR="0039685B" w:rsidRDefault="00747795">
            <w:r>
              <w:rPr>
                <w:sz w:val="16"/>
              </w:rPr>
              <w:t>Kehadiran dan disiplin</w:t>
            </w:r>
          </w:p>
        </w:tc>
        <w:tc>
          <w:tcPr>
            <w:tcW w:w="2341" w:type="dxa"/>
          </w:tcPr>
          <w:p w14:paraId="236129E3" w14:textId="77777777" w:rsidR="0039685B" w:rsidRDefault="00747795">
            <w:r>
              <w:rPr>
                <w:sz w:val="16"/>
              </w:rPr>
              <w:t xml:space="preserve">Kehadiran, </w:t>
            </w:r>
            <w:r>
              <w:rPr>
                <w:sz w:val="16"/>
              </w:rPr>
              <w:t>ketepatan waktu, kepatuhan aturan</w:t>
            </w:r>
          </w:p>
        </w:tc>
        <w:tc>
          <w:tcPr>
            <w:tcW w:w="1344" w:type="dxa"/>
          </w:tcPr>
          <w:p w14:paraId="6190B7EA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07EC6CAB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14119BBD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02905D4F" w14:textId="77777777" w:rsidR="0039685B" w:rsidRDefault="0039685B"/>
        </w:tc>
      </w:tr>
      <w:tr w:rsidR="0039685B" w14:paraId="24FFC1F1" w14:textId="77777777" w:rsidTr="00747795">
        <w:trPr>
          <w:jc w:val="center"/>
        </w:trPr>
        <w:tc>
          <w:tcPr>
            <w:tcW w:w="452" w:type="dxa"/>
          </w:tcPr>
          <w:p w14:paraId="101A5271" w14:textId="77777777" w:rsidR="0039685B" w:rsidRDefault="00747795">
            <w:r>
              <w:rPr>
                <w:sz w:val="16"/>
              </w:rPr>
              <w:t>2</w:t>
            </w:r>
          </w:p>
        </w:tc>
        <w:tc>
          <w:tcPr>
            <w:tcW w:w="1263" w:type="dxa"/>
          </w:tcPr>
          <w:p w14:paraId="5CD97A76" w14:textId="77777777" w:rsidR="0039685B" w:rsidRDefault="00747795">
            <w:r>
              <w:rPr>
                <w:sz w:val="16"/>
              </w:rPr>
              <w:t>Pelaksanaan program kerja</w:t>
            </w:r>
          </w:p>
        </w:tc>
        <w:tc>
          <w:tcPr>
            <w:tcW w:w="2341" w:type="dxa"/>
          </w:tcPr>
          <w:p w14:paraId="1E3BF0AA" w14:textId="77777777" w:rsidR="0039685B" w:rsidRDefault="00747795">
            <w:r>
              <w:rPr>
                <w:sz w:val="16"/>
              </w:rPr>
              <w:t>Program berjalan sesuai matriks/rencana</w:t>
            </w:r>
          </w:p>
        </w:tc>
        <w:tc>
          <w:tcPr>
            <w:tcW w:w="1344" w:type="dxa"/>
          </w:tcPr>
          <w:p w14:paraId="7C8C5D88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2FED17F4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35BCB4B2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236CEE54" w14:textId="77777777" w:rsidR="0039685B" w:rsidRDefault="0039685B"/>
        </w:tc>
      </w:tr>
      <w:tr w:rsidR="0039685B" w14:paraId="6A807044" w14:textId="77777777" w:rsidTr="00747795">
        <w:trPr>
          <w:jc w:val="center"/>
        </w:trPr>
        <w:tc>
          <w:tcPr>
            <w:tcW w:w="452" w:type="dxa"/>
          </w:tcPr>
          <w:p w14:paraId="02C00196" w14:textId="77777777" w:rsidR="0039685B" w:rsidRDefault="00747795">
            <w:r>
              <w:rPr>
                <w:sz w:val="16"/>
              </w:rPr>
              <w:t>3</w:t>
            </w:r>
          </w:p>
        </w:tc>
        <w:tc>
          <w:tcPr>
            <w:tcW w:w="1263" w:type="dxa"/>
          </w:tcPr>
          <w:p w14:paraId="1B099277" w14:textId="77777777" w:rsidR="0039685B" w:rsidRDefault="00747795">
            <w:r>
              <w:rPr>
                <w:sz w:val="16"/>
              </w:rPr>
              <w:t>Keterlibatan masyarakat</w:t>
            </w:r>
          </w:p>
        </w:tc>
        <w:tc>
          <w:tcPr>
            <w:tcW w:w="2341" w:type="dxa"/>
          </w:tcPr>
          <w:p w14:paraId="594490D6" w14:textId="77777777" w:rsidR="0039685B" w:rsidRDefault="00747795">
            <w:r>
              <w:rPr>
                <w:sz w:val="16"/>
              </w:rPr>
              <w:t>Partisipasi dan penerimaan masyarakat</w:t>
            </w:r>
          </w:p>
        </w:tc>
        <w:tc>
          <w:tcPr>
            <w:tcW w:w="1344" w:type="dxa"/>
          </w:tcPr>
          <w:p w14:paraId="367535AA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49987F04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7A4DA87F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10460D7F" w14:textId="77777777" w:rsidR="0039685B" w:rsidRDefault="0039685B"/>
        </w:tc>
      </w:tr>
      <w:tr w:rsidR="0039685B" w14:paraId="570DD317" w14:textId="77777777" w:rsidTr="00747795">
        <w:trPr>
          <w:jc w:val="center"/>
        </w:trPr>
        <w:tc>
          <w:tcPr>
            <w:tcW w:w="452" w:type="dxa"/>
          </w:tcPr>
          <w:p w14:paraId="5C5FC435" w14:textId="77777777" w:rsidR="0039685B" w:rsidRDefault="00747795">
            <w:r>
              <w:rPr>
                <w:sz w:val="16"/>
              </w:rPr>
              <w:t>4</w:t>
            </w:r>
          </w:p>
        </w:tc>
        <w:tc>
          <w:tcPr>
            <w:tcW w:w="1263" w:type="dxa"/>
          </w:tcPr>
          <w:p w14:paraId="60F7077C" w14:textId="77777777" w:rsidR="0039685B" w:rsidRDefault="00747795">
            <w:r>
              <w:rPr>
                <w:sz w:val="16"/>
              </w:rPr>
              <w:t>Administrasi KKN</w:t>
            </w:r>
          </w:p>
        </w:tc>
        <w:tc>
          <w:tcPr>
            <w:tcW w:w="2341" w:type="dxa"/>
          </w:tcPr>
          <w:p w14:paraId="7FE6FEE7" w14:textId="77777777" w:rsidR="0039685B" w:rsidRDefault="00747795">
            <w:r>
              <w:rPr>
                <w:sz w:val="16"/>
              </w:rPr>
              <w:t xml:space="preserve">Jurnal, daftar hadir, dokumentasi, </w:t>
            </w:r>
            <w:r>
              <w:rPr>
                <w:sz w:val="16"/>
              </w:rPr>
              <w:t>laporan</w:t>
            </w:r>
          </w:p>
        </w:tc>
        <w:tc>
          <w:tcPr>
            <w:tcW w:w="1344" w:type="dxa"/>
          </w:tcPr>
          <w:p w14:paraId="5BCDE278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04760DDC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3FFE527D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1AAF6DA3" w14:textId="77777777" w:rsidR="0039685B" w:rsidRDefault="0039685B"/>
        </w:tc>
      </w:tr>
      <w:tr w:rsidR="0039685B" w14:paraId="097FD29D" w14:textId="77777777" w:rsidTr="00747795">
        <w:trPr>
          <w:jc w:val="center"/>
        </w:trPr>
        <w:tc>
          <w:tcPr>
            <w:tcW w:w="452" w:type="dxa"/>
          </w:tcPr>
          <w:p w14:paraId="48680122" w14:textId="77777777" w:rsidR="0039685B" w:rsidRDefault="00747795">
            <w:r>
              <w:rPr>
                <w:sz w:val="16"/>
              </w:rPr>
              <w:t>5</w:t>
            </w:r>
          </w:p>
        </w:tc>
        <w:tc>
          <w:tcPr>
            <w:tcW w:w="1263" w:type="dxa"/>
          </w:tcPr>
          <w:p w14:paraId="59003EC8" w14:textId="77777777" w:rsidR="0039685B" w:rsidRDefault="00747795">
            <w:r>
              <w:rPr>
                <w:sz w:val="16"/>
              </w:rPr>
              <w:t>Koordinasi</w:t>
            </w:r>
          </w:p>
        </w:tc>
        <w:tc>
          <w:tcPr>
            <w:tcW w:w="2341" w:type="dxa"/>
          </w:tcPr>
          <w:p w14:paraId="797558CB" w14:textId="77777777" w:rsidR="0039685B" w:rsidRDefault="00747795">
            <w:r>
              <w:rPr>
                <w:sz w:val="16"/>
              </w:rPr>
              <w:t>Koordinasi dengan desa, DPL, dan anggota</w:t>
            </w:r>
          </w:p>
        </w:tc>
        <w:tc>
          <w:tcPr>
            <w:tcW w:w="1344" w:type="dxa"/>
          </w:tcPr>
          <w:p w14:paraId="25DC514B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1027734E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547F2EA2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2E2CD8A4" w14:textId="77777777" w:rsidR="0039685B" w:rsidRDefault="0039685B"/>
        </w:tc>
      </w:tr>
      <w:tr w:rsidR="0039685B" w14:paraId="252A0577" w14:textId="77777777" w:rsidTr="00747795">
        <w:trPr>
          <w:jc w:val="center"/>
        </w:trPr>
        <w:tc>
          <w:tcPr>
            <w:tcW w:w="452" w:type="dxa"/>
          </w:tcPr>
          <w:p w14:paraId="07BF8C02" w14:textId="77777777" w:rsidR="0039685B" w:rsidRDefault="00747795">
            <w:r>
              <w:rPr>
                <w:sz w:val="16"/>
              </w:rPr>
              <w:t>6</w:t>
            </w:r>
          </w:p>
        </w:tc>
        <w:tc>
          <w:tcPr>
            <w:tcW w:w="1263" w:type="dxa"/>
          </w:tcPr>
          <w:p w14:paraId="5A6ADA54" w14:textId="77777777" w:rsidR="0039685B" w:rsidRDefault="00747795">
            <w:r>
              <w:rPr>
                <w:sz w:val="16"/>
              </w:rPr>
              <w:t>Sikap dan etika</w:t>
            </w:r>
          </w:p>
        </w:tc>
        <w:tc>
          <w:tcPr>
            <w:tcW w:w="2341" w:type="dxa"/>
          </w:tcPr>
          <w:p w14:paraId="5046ABCC" w14:textId="77777777" w:rsidR="0039685B" w:rsidRDefault="00747795">
            <w:r>
              <w:rPr>
                <w:sz w:val="16"/>
              </w:rPr>
              <w:t>Sopan santun, tanggung jawab, menjaga nama baik kampus</w:t>
            </w:r>
          </w:p>
        </w:tc>
        <w:tc>
          <w:tcPr>
            <w:tcW w:w="1344" w:type="dxa"/>
          </w:tcPr>
          <w:p w14:paraId="42397E70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32B4538C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4AF5F8ED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595B787C" w14:textId="77777777" w:rsidR="0039685B" w:rsidRDefault="0039685B"/>
        </w:tc>
      </w:tr>
      <w:tr w:rsidR="0039685B" w14:paraId="4E82247D" w14:textId="77777777" w:rsidTr="00747795">
        <w:trPr>
          <w:jc w:val="center"/>
        </w:trPr>
        <w:tc>
          <w:tcPr>
            <w:tcW w:w="452" w:type="dxa"/>
          </w:tcPr>
          <w:p w14:paraId="58206698" w14:textId="77777777" w:rsidR="0039685B" w:rsidRDefault="00747795">
            <w:r>
              <w:rPr>
                <w:sz w:val="16"/>
              </w:rPr>
              <w:t>7</w:t>
            </w:r>
          </w:p>
        </w:tc>
        <w:tc>
          <w:tcPr>
            <w:tcW w:w="1263" w:type="dxa"/>
          </w:tcPr>
          <w:p w14:paraId="6E0CB02E" w14:textId="77777777" w:rsidR="0039685B" w:rsidRDefault="00747795">
            <w:r>
              <w:rPr>
                <w:sz w:val="16"/>
              </w:rPr>
              <w:t>Keselamatan dan keamanan</w:t>
            </w:r>
          </w:p>
        </w:tc>
        <w:tc>
          <w:tcPr>
            <w:tcW w:w="2341" w:type="dxa"/>
          </w:tcPr>
          <w:p w14:paraId="77CFC22E" w14:textId="77777777" w:rsidR="0039685B" w:rsidRDefault="00747795">
            <w:r>
              <w:rPr>
                <w:sz w:val="16"/>
              </w:rPr>
              <w:t>Memperhatikan risiko dan prosedur keselamatan</w:t>
            </w:r>
          </w:p>
        </w:tc>
        <w:tc>
          <w:tcPr>
            <w:tcW w:w="1344" w:type="dxa"/>
          </w:tcPr>
          <w:p w14:paraId="78594715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1408F1E2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36342B51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0A6E8F75" w14:textId="77777777" w:rsidR="0039685B" w:rsidRDefault="0039685B"/>
        </w:tc>
      </w:tr>
      <w:tr w:rsidR="0039685B" w14:paraId="5569AF7D" w14:textId="77777777" w:rsidTr="00747795">
        <w:trPr>
          <w:jc w:val="center"/>
        </w:trPr>
        <w:tc>
          <w:tcPr>
            <w:tcW w:w="452" w:type="dxa"/>
          </w:tcPr>
          <w:p w14:paraId="71BEB6F5" w14:textId="77777777" w:rsidR="0039685B" w:rsidRDefault="00747795">
            <w:r>
              <w:rPr>
                <w:sz w:val="16"/>
              </w:rPr>
              <w:t>8</w:t>
            </w:r>
          </w:p>
        </w:tc>
        <w:tc>
          <w:tcPr>
            <w:tcW w:w="1263" w:type="dxa"/>
          </w:tcPr>
          <w:p w14:paraId="3C7DD641" w14:textId="77777777" w:rsidR="0039685B" w:rsidRDefault="00747795">
            <w:r>
              <w:rPr>
                <w:sz w:val="16"/>
              </w:rPr>
              <w:t>Pemecahan masalah</w:t>
            </w:r>
          </w:p>
        </w:tc>
        <w:tc>
          <w:tcPr>
            <w:tcW w:w="2341" w:type="dxa"/>
          </w:tcPr>
          <w:p w14:paraId="42916231" w14:textId="77777777" w:rsidR="0039685B" w:rsidRDefault="00747795">
            <w:r>
              <w:rPr>
                <w:sz w:val="16"/>
              </w:rPr>
              <w:t>Kemampuan mengidentifikasi dan menangani kendala</w:t>
            </w:r>
          </w:p>
        </w:tc>
        <w:tc>
          <w:tcPr>
            <w:tcW w:w="1344" w:type="dxa"/>
          </w:tcPr>
          <w:p w14:paraId="5E70BED3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26559A5E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3D0FC956" w14:textId="77777777" w:rsidR="0039685B" w:rsidRDefault="00747795">
            <w:r>
              <w:rPr>
                <w:sz w:val="16"/>
              </w:rPr>
              <w:t>☐</w:t>
            </w:r>
          </w:p>
        </w:tc>
        <w:tc>
          <w:tcPr>
            <w:tcW w:w="1344" w:type="dxa"/>
          </w:tcPr>
          <w:p w14:paraId="21ABC322" w14:textId="77777777" w:rsidR="0039685B" w:rsidRDefault="0039685B"/>
        </w:tc>
      </w:tr>
    </w:tbl>
    <w:p w14:paraId="527E3AD5" w14:textId="77777777" w:rsidR="0039685B" w:rsidRDefault="0039685B"/>
    <w:p w14:paraId="4FA3D0D9" w14:textId="77777777" w:rsidR="0039685B" w:rsidRDefault="00747795">
      <w:r>
        <w:rPr>
          <w:b/>
        </w:rPr>
        <w:t>C. PERKEMBANGAN PROGRAM KERJA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27"/>
        <w:gridCol w:w="2234"/>
        <w:gridCol w:w="1285"/>
        <w:gridCol w:w="1298"/>
        <w:gridCol w:w="1309"/>
        <w:gridCol w:w="1295"/>
        <w:gridCol w:w="1339"/>
      </w:tblGrid>
      <w:tr w:rsidR="0039685B" w14:paraId="454C11D4" w14:textId="77777777" w:rsidTr="00747795">
        <w:tc>
          <w:tcPr>
            <w:tcW w:w="534" w:type="dxa"/>
            <w:shd w:val="clear" w:color="auto" w:fill="D9EAF7"/>
          </w:tcPr>
          <w:p w14:paraId="5A8FFC02" w14:textId="77777777" w:rsidR="0039685B" w:rsidRDefault="00747795">
            <w:r>
              <w:rPr>
                <w:b/>
                <w:sz w:val="16"/>
              </w:rPr>
              <w:t>No.</w:t>
            </w:r>
          </w:p>
        </w:tc>
        <w:tc>
          <w:tcPr>
            <w:tcW w:w="2306" w:type="dxa"/>
            <w:shd w:val="clear" w:color="auto" w:fill="D9EAF7"/>
          </w:tcPr>
          <w:p w14:paraId="60C3B722" w14:textId="77777777" w:rsidR="0039685B" w:rsidRDefault="00747795">
            <w:r>
              <w:rPr>
                <w:b/>
                <w:sz w:val="16"/>
              </w:rPr>
              <w:t>Program/Kegiatan</w:t>
            </w:r>
          </w:p>
        </w:tc>
        <w:tc>
          <w:tcPr>
            <w:tcW w:w="1344" w:type="dxa"/>
            <w:shd w:val="clear" w:color="auto" w:fill="D9EAF7"/>
          </w:tcPr>
          <w:p w14:paraId="4F558E75" w14:textId="77777777" w:rsidR="0039685B" w:rsidRDefault="00747795">
            <w:r>
              <w:rPr>
                <w:b/>
                <w:sz w:val="16"/>
              </w:rPr>
              <w:t>Target</w:t>
            </w:r>
          </w:p>
        </w:tc>
        <w:tc>
          <w:tcPr>
            <w:tcW w:w="1344" w:type="dxa"/>
            <w:shd w:val="clear" w:color="auto" w:fill="D9EAF7"/>
          </w:tcPr>
          <w:p w14:paraId="2047090E" w14:textId="77777777" w:rsidR="0039685B" w:rsidRDefault="00747795">
            <w:r>
              <w:rPr>
                <w:b/>
                <w:sz w:val="16"/>
              </w:rPr>
              <w:t>Realisasi</w:t>
            </w:r>
          </w:p>
        </w:tc>
        <w:tc>
          <w:tcPr>
            <w:tcW w:w="1344" w:type="dxa"/>
            <w:shd w:val="clear" w:color="auto" w:fill="D9EAF7"/>
          </w:tcPr>
          <w:p w14:paraId="60331CCD" w14:textId="77777777" w:rsidR="0039685B" w:rsidRDefault="00747795">
            <w:r>
              <w:rPr>
                <w:b/>
                <w:sz w:val="16"/>
              </w:rPr>
              <w:t>Persentase</w:t>
            </w:r>
          </w:p>
        </w:tc>
        <w:tc>
          <w:tcPr>
            <w:tcW w:w="1344" w:type="dxa"/>
            <w:shd w:val="clear" w:color="auto" w:fill="D9EAF7"/>
          </w:tcPr>
          <w:p w14:paraId="23E4BF96" w14:textId="77777777" w:rsidR="0039685B" w:rsidRDefault="00747795">
            <w:r>
              <w:rPr>
                <w:b/>
                <w:sz w:val="16"/>
              </w:rPr>
              <w:t>Kendala</w:t>
            </w:r>
          </w:p>
        </w:tc>
        <w:tc>
          <w:tcPr>
            <w:tcW w:w="1344" w:type="dxa"/>
            <w:shd w:val="clear" w:color="auto" w:fill="D9EAF7"/>
          </w:tcPr>
          <w:p w14:paraId="1996B28A" w14:textId="77777777" w:rsidR="0039685B" w:rsidRDefault="00747795">
            <w:r>
              <w:rPr>
                <w:b/>
                <w:sz w:val="16"/>
              </w:rPr>
              <w:t>Arahan/Tindak Lanjut DPL</w:t>
            </w:r>
          </w:p>
        </w:tc>
      </w:tr>
      <w:tr w:rsidR="0039685B" w14:paraId="000432D5" w14:textId="77777777" w:rsidTr="00747795">
        <w:tc>
          <w:tcPr>
            <w:tcW w:w="534" w:type="dxa"/>
          </w:tcPr>
          <w:p w14:paraId="1254C69D" w14:textId="77777777" w:rsidR="0039685B" w:rsidRDefault="00747795">
            <w:r>
              <w:rPr>
                <w:sz w:val="16"/>
              </w:rPr>
              <w:t>1</w:t>
            </w:r>
          </w:p>
        </w:tc>
        <w:tc>
          <w:tcPr>
            <w:tcW w:w="2306" w:type="dxa"/>
          </w:tcPr>
          <w:p w14:paraId="59542B48" w14:textId="77777777" w:rsidR="0039685B" w:rsidRDefault="0039685B"/>
        </w:tc>
        <w:tc>
          <w:tcPr>
            <w:tcW w:w="1344" w:type="dxa"/>
          </w:tcPr>
          <w:p w14:paraId="0D0D567B" w14:textId="77777777" w:rsidR="0039685B" w:rsidRDefault="0039685B"/>
        </w:tc>
        <w:tc>
          <w:tcPr>
            <w:tcW w:w="1344" w:type="dxa"/>
          </w:tcPr>
          <w:p w14:paraId="53BB60AF" w14:textId="77777777" w:rsidR="0039685B" w:rsidRDefault="0039685B"/>
        </w:tc>
        <w:tc>
          <w:tcPr>
            <w:tcW w:w="1344" w:type="dxa"/>
          </w:tcPr>
          <w:p w14:paraId="5678F5A9" w14:textId="77777777" w:rsidR="0039685B" w:rsidRDefault="0039685B"/>
        </w:tc>
        <w:tc>
          <w:tcPr>
            <w:tcW w:w="1344" w:type="dxa"/>
          </w:tcPr>
          <w:p w14:paraId="7975374C" w14:textId="77777777" w:rsidR="0039685B" w:rsidRDefault="0039685B"/>
        </w:tc>
        <w:tc>
          <w:tcPr>
            <w:tcW w:w="1344" w:type="dxa"/>
          </w:tcPr>
          <w:p w14:paraId="20D755D3" w14:textId="77777777" w:rsidR="0039685B" w:rsidRDefault="0039685B"/>
        </w:tc>
      </w:tr>
      <w:tr w:rsidR="0039685B" w14:paraId="31BE86AE" w14:textId="77777777" w:rsidTr="00747795">
        <w:tc>
          <w:tcPr>
            <w:tcW w:w="534" w:type="dxa"/>
          </w:tcPr>
          <w:p w14:paraId="3C1ECB2E" w14:textId="77777777" w:rsidR="0039685B" w:rsidRDefault="00747795">
            <w:r>
              <w:rPr>
                <w:sz w:val="16"/>
              </w:rPr>
              <w:lastRenderedPageBreak/>
              <w:t>2</w:t>
            </w:r>
          </w:p>
        </w:tc>
        <w:tc>
          <w:tcPr>
            <w:tcW w:w="2306" w:type="dxa"/>
          </w:tcPr>
          <w:p w14:paraId="0465673A" w14:textId="77777777" w:rsidR="0039685B" w:rsidRDefault="0039685B"/>
        </w:tc>
        <w:tc>
          <w:tcPr>
            <w:tcW w:w="1344" w:type="dxa"/>
          </w:tcPr>
          <w:p w14:paraId="4135D04C" w14:textId="77777777" w:rsidR="0039685B" w:rsidRDefault="0039685B"/>
        </w:tc>
        <w:tc>
          <w:tcPr>
            <w:tcW w:w="1344" w:type="dxa"/>
          </w:tcPr>
          <w:p w14:paraId="4884BE3D" w14:textId="77777777" w:rsidR="0039685B" w:rsidRDefault="0039685B"/>
        </w:tc>
        <w:tc>
          <w:tcPr>
            <w:tcW w:w="1344" w:type="dxa"/>
          </w:tcPr>
          <w:p w14:paraId="278300B4" w14:textId="77777777" w:rsidR="0039685B" w:rsidRDefault="0039685B"/>
        </w:tc>
        <w:tc>
          <w:tcPr>
            <w:tcW w:w="1344" w:type="dxa"/>
          </w:tcPr>
          <w:p w14:paraId="67BECB5C" w14:textId="77777777" w:rsidR="0039685B" w:rsidRDefault="0039685B"/>
        </w:tc>
        <w:tc>
          <w:tcPr>
            <w:tcW w:w="1344" w:type="dxa"/>
          </w:tcPr>
          <w:p w14:paraId="1D8C7DB0" w14:textId="77777777" w:rsidR="0039685B" w:rsidRDefault="0039685B"/>
        </w:tc>
      </w:tr>
      <w:tr w:rsidR="0039685B" w14:paraId="27CECA93" w14:textId="77777777" w:rsidTr="00747795">
        <w:tc>
          <w:tcPr>
            <w:tcW w:w="534" w:type="dxa"/>
          </w:tcPr>
          <w:p w14:paraId="75418E76" w14:textId="77777777" w:rsidR="0039685B" w:rsidRDefault="00747795">
            <w:r>
              <w:rPr>
                <w:sz w:val="16"/>
              </w:rPr>
              <w:t>3</w:t>
            </w:r>
          </w:p>
        </w:tc>
        <w:tc>
          <w:tcPr>
            <w:tcW w:w="2306" w:type="dxa"/>
          </w:tcPr>
          <w:p w14:paraId="6F03291E" w14:textId="77777777" w:rsidR="0039685B" w:rsidRDefault="0039685B"/>
        </w:tc>
        <w:tc>
          <w:tcPr>
            <w:tcW w:w="1344" w:type="dxa"/>
          </w:tcPr>
          <w:p w14:paraId="674D6599" w14:textId="77777777" w:rsidR="0039685B" w:rsidRDefault="0039685B"/>
        </w:tc>
        <w:tc>
          <w:tcPr>
            <w:tcW w:w="1344" w:type="dxa"/>
          </w:tcPr>
          <w:p w14:paraId="1F3F889C" w14:textId="77777777" w:rsidR="0039685B" w:rsidRDefault="0039685B"/>
        </w:tc>
        <w:tc>
          <w:tcPr>
            <w:tcW w:w="1344" w:type="dxa"/>
          </w:tcPr>
          <w:p w14:paraId="63687CF8" w14:textId="77777777" w:rsidR="0039685B" w:rsidRDefault="0039685B"/>
        </w:tc>
        <w:tc>
          <w:tcPr>
            <w:tcW w:w="1344" w:type="dxa"/>
          </w:tcPr>
          <w:p w14:paraId="3A8F2E0E" w14:textId="77777777" w:rsidR="0039685B" w:rsidRDefault="0039685B"/>
        </w:tc>
        <w:tc>
          <w:tcPr>
            <w:tcW w:w="1344" w:type="dxa"/>
          </w:tcPr>
          <w:p w14:paraId="21E6A182" w14:textId="77777777" w:rsidR="0039685B" w:rsidRDefault="0039685B"/>
        </w:tc>
      </w:tr>
      <w:tr w:rsidR="0039685B" w14:paraId="0AFA7556" w14:textId="77777777" w:rsidTr="00747795">
        <w:tc>
          <w:tcPr>
            <w:tcW w:w="534" w:type="dxa"/>
          </w:tcPr>
          <w:p w14:paraId="433E34C8" w14:textId="77777777" w:rsidR="0039685B" w:rsidRDefault="00747795">
            <w:r>
              <w:rPr>
                <w:sz w:val="16"/>
              </w:rPr>
              <w:t>4</w:t>
            </w:r>
          </w:p>
        </w:tc>
        <w:tc>
          <w:tcPr>
            <w:tcW w:w="2306" w:type="dxa"/>
          </w:tcPr>
          <w:p w14:paraId="447BAC28" w14:textId="77777777" w:rsidR="0039685B" w:rsidRDefault="0039685B"/>
        </w:tc>
        <w:tc>
          <w:tcPr>
            <w:tcW w:w="1344" w:type="dxa"/>
          </w:tcPr>
          <w:p w14:paraId="578849A8" w14:textId="77777777" w:rsidR="0039685B" w:rsidRDefault="0039685B"/>
        </w:tc>
        <w:tc>
          <w:tcPr>
            <w:tcW w:w="1344" w:type="dxa"/>
          </w:tcPr>
          <w:p w14:paraId="227E84AE" w14:textId="77777777" w:rsidR="0039685B" w:rsidRDefault="0039685B"/>
        </w:tc>
        <w:tc>
          <w:tcPr>
            <w:tcW w:w="1344" w:type="dxa"/>
          </w:tcPr>
          <w:p w14:paraId="6AB4C819" w14:textId="77777777" w:rsidR="0039685B" w:rsidRDefault="0039685B"/>
        </w:tc>
        <w:tc>
          <w:tcPr>
            <w:tcW w:w="1344" w:type="dxa"/>
          </w:tcPr>
          <w:p w14:paraId="346D4C76" w14:textId="77777777" w:rsidR="0039685B" w:rsidRDefault="0039685B"/>
        </w:tc>
        <w:tc>
          <w:tcPr>
            <w:tcW w:w="1344" w:type="dxa"/>
          </w:tcPr>
          <w:p w14:paraId="601B1B7D" w14:textId="77777777" w:rsidR="0039685B" w:rsidRDefault="0039685B"/>
        </w:tc>
      </w:tr>
      <w:tr w:rsidR="0039685B" w14:paraId="67167A94" w14:textId="77777777" w:rsidTr="00747795">
        <w:tc>
          <w:tcPr>
            <w:tcW w:w="534" w:type="dxa"/>
          </w:tcPr>
          <w:p w14:paraId="45741F6F" w14:textId="77777777" w:rsidR="0039685B" w:rsidRDefault="00747795">
            <w:r>
              <w:rPr>
                <w:sz w:val="16"/>
              </w:rPr>
              <w:t>5</w:t>
            </w:r>
          </w:p>
        </w:tc>
        <w:tc>
          <w:tcPr>
            <w:tcW w:w="2306" w:type="dxa"/>
          </w:tcPr>
          <w:p w14:paraId="12E6D233" w14:textId="77777777" w:rsidR="0039685B" w:rsidRDefault="0039685B"/>
        </w:tc>
        <w:tc>
          <w:tcPr>
            <w:tcW w:w="1344" w:type="dxa"/>
          </w:tcPr>
          <w:p w14:paraId="3C1A9F15" w14:textId="77777777" w:rsidR="0039685B" w:rsidRDefault="0039685B"/>
        </w:tc>
        <w:tc>
          <w:tcPr>
            <w:tcW w:w="1344" w:type="dxa"/>
          </w:tcPr>
          <w:p w14:paraId="6455B714" w14:textId="77777777" w:rsidR="0039685B" w:rsidRDefault="0039685B"/>
        </w:tc>
        <w:tc>
          <w:tcPr>
            <w:tcW w:w="1344" w:type="dxa"/>
          </w:tcPr>
          <w:p w14:paraId="475D5AEC" w14:textId="77777777" w:rsidR="0039685B" w:rsidRDefault="0039685B"/>
        </w:tc>
        <w:tc>
          <w:tcPr>
            <w:tcW w:w="1344" w:type="dxa"/>
          </w:tcPr>
          <w:p w14:paraId="6375F5B6" w14:textId="77777777" w:rsidR="0039685B" w:rsidRDefault="0039685B"/>
        </w:tc>
        <w:tc>
          <w:tcPr>
            <w:tcW w:w="1344" w:type="dxa"/>
          </w:tcPr>
          <w:p w14:paraId="3F602920" w14:textId="77777777" w:rsidR="0039685B" w:rsidRDefault="0039685B"/>
        </w:tc>
      </w:tr>
      <w:tr w:rsidR="0039685B" w14:paraId="2AC94454" w14:textId="77777777" w:rsidTr="00747795">
        <w:tc>
          <w:tcPr>
            <w:tcW w:w="534" w:type="dxa"/>
          </w:tcPr>
          <w:p w14:paraId="64696451" w14:textId="77777777" w:rsidR="0039685B" w:rsidRDefault="00747795">
            <w:r>
              <w:rPr>
                <w:sz w:val="16"/>
              </w:rPr>
              <w:t>6</w:t>
            </w:r>
          </w:p>
        </w:tc>
        <w:tc>
          <w:tcPr>
            <w:tcW w:w="2306" w:type="dxa"/>
          </w:tcPr>
          <w:p w14:paraId="3A3A6E7D" w14:textId="77777777" w:rsidR="0039685B" w:rsidRDefault="0039685B"/>
        </w:tc>
        <w:tc>
          <w:tcPr>
            <w:tcW w:w="1344" w:type="dxa"/>
          </w:tcPr>
          <w:p w14:paraId="6EAD7CEF" w14:textId="77777777" w:rsidR="0039685B" w:rsidRDefault="0039685B"/>
        </w:tc>
        <w:tc>
          <w:tcPr>
            <w:tcW w:w="1344" w:type="dxa"/>
          </w:tcPr>
          <w:p w14:paraId="109EE0A0" w14:textId="77777777" w:rsidR="0039685B" w:rsidRDefault="0039685B"/>
        </w:tc>
        <w:tc>
          <w:tcPr>
            <w:tcW w:w="1344" w:type="dxa"/>
          </w:tcPr>
          <w:p w14:paraId="3A1C2115" w14:textId="77777777" w:rsidR="0039685B" w:rsidRDefault="0039685B"/>
        </w:tc>
        <w:tc>
          <w:tcPr>
            <w:tcW w:w="1344" w:type="dxa"/>
          </w:tcPr>
          <w:p w14:paraId="642DFCFE" w14:textId="77777777" w:rsidR="0039685B" w:rsidRDefault="0039685B"/>
        </w:tc>
        <w:tc>
          <w:tcPr>
            <w:tcW w:w="1344" w:type="dxa"/>
          </w:tcPr>
          <w:p w14:paraId="534F785C" w14:textId="77777777" w:rsidR="0039685B" w:rsidRDefault="0039685B"/>
        </w:tc>
      </w:tr>
      <w:tr w:rsidR="0039685B" w14:paraId="4A1398FD" w14:textId="77777777" w:rsidTr="00747795">
        <w:tc>
          <w:tcPr>
            <w:tcW w:w="534" w:type="dxa"/>
          </w:tcPr>
          <w:p w14:paraId="064F1B5E" w14:textId="77777777" w:rsidR="0039685B" w:rsidRDefault="00747795">
            <w:r>
              <w:rPr>
                <w:sz w:val="16"/>
              </w:rPr>
              <w:t>7</w:t>
            </w:r>
          </w:p>
        </w:tc>
        <w:tc>
          <w:tcPr>
            <w:tcW w:w="2306" w:type="dxa"/>
          </w:tcPr>
          <w:p w14:paraId="23D99840" w14:textId="77777777" w:rsidR="0039685B" w:rsidRDefault="0039685B"/>
        </w:tc>
        <w:tc>
          <w:tcPr>
            <w:tcW w:w="1344" w:type="dxa"/>
          </w:tcPr>
          <w:p w14:paraId="6DB2A471" w14:textId="77777777" w:rsidR="0039685B" w:rsidRDefault="0039685B"/>
        </w:tc>
        <w:tc>
          <w:tcPr>
            <w:tcW w:w="1344" w:type="dxa"/>
          </w:tcPr>
          <w:p w14:paraId="795B710B" w14:textId="77777777" w:rsidR="0039685B" w:rsidRDefault="0039685B"/>
        </w:tc>
        <w:tc>
          <w:tcPr>
            <w:tcW w:w="1344" w:type="dxa"/>
          </w:tcPr>
          <w:p w14:paraId="440CA5B6" w14:textId="77777777" w:rsidR="0039685B" w:rsidRDefault="0039685B"/>
        </w:tc>
        <w:tc>
          <w:tcPr>
            <w:tcW w:w="1344" w:type="dxa"/>
          </w:tcPr>
          <w:p w14:paraId="343E148E" w14:textId="77777777" w:rsidR="0039685B" w:rsidRDefault="0039685B"/>
        </w:tc>
        <w:tc>
          <w:tcPr>
            <w:tcW w:w="1344" w:type="dxa"/>
          </w:tcPr>
          <w:p w14:paraId="4CA75278" w14:textId="77777777" w:rsidR="0039685B" w:rsidRDefault="0039685B"/>
        </w:tc>
      </w:tr>
    </w:tbl>
    <w:p w14:paraId="6CE1021E" w14:textId="77777777" w:rsidR="0039685B" w:rsidRDefault="0039685B"/>
    <w:p w14:paraId="0F1B1B6F" w14:textId="77777777" w:rsidR="0039685B" w:rsidRDefault="00747795">
      <w:r>
        <w:rPr>
          <w:b/>
        </w:rPr>
        <w:t>D. TEMUAN DAN CATATAN DPL</w:t>
      </w:r>
    </w:p>
    <w:p w14:paraId="1DF81F68" w14:textId="77777777" w:rsidR="0039685B" w:rsidRDefault="00747795">
      <w:r>
        <w:rPr>
          <w:b/>
        </w:rPr>
        <w:t>Temuan utama:</w:t>
      </w:r>
    </w:p>
    <w:p w14:paraId="52D9A775" w14:textId="77777777" w:rsidR="0039685B" w:rsidRDefault="00747795">
      <w:r>
        <w:t>................................................................................................................</w:t>
      </w:r>
    </w:p>
    <w:p w14:paraId="02FA02B5" w14:textId="77777777" w:rsidR="0039685B" w:rsidRDefault="00747795">
      <w:r>
        <w:t>.......................................................................................................</w:t>
      </w:r>
      <w:r>
        <w:t>.........</w:t>
      </w:r>
    </w:p>
    <w:p w14:paraId="4C468D01" w14:textId="77777777" w:rsidR="0039685B" w:rsidRDefault="00747795">
      <w:r>
        <w:rPr>
          <w:b/>
        </w:rPr>
        <w:t>Kendala yang perlu ditindaklanjuti:</w:t>
      </w:r>
    </w:p>
    <w:p w14:paraId="499C427F" w14:textId="77777777" w:rsidR="0039685B" w:rsidRDefault="00747795">
      <w:r>
        <w:t>................................................................................................................</w:t>
      </w:r>
    </w:p>
    <w:p w14:paraId="0AAFD888" w14:textId="77777777" w:rsidR="0039685B" w:rsidRDefault="00747795">
      <w:r>
        <w:t>.................................................................................................</w:t>
      </w:r>
      <w:r>
        <w:t>...............</w:t>
      </w:r>
    </w:p>
    <w:p w14:paraId="17129D72" w14:textId="77777777" w:rsidR="0039685B" w:rsidRDefault="00747795">
      <w:r>
        <w:rPr>
          <w:b/>
        </w:rPr>
        <w:t>Arahan DPL:</w:t>
      </w:r>
    </w:p>
    <w:p w14:paraId="402ECF31" w14:textId="77777777" w:rsidR="0039685B" w:rsidRDefault="00747795">
      <w:r>
        <w:t>................................................................................................................</w:t>
      </w:r>
    </w:p>
    <w:p w14:paraId="5ECF6E27" w14:textId="77777777" w:rsidR="0039685B" w:rsidRDefault="00747795">
      <w:r>
        <w:t>................................................................................................................</w:t>
      </w:r>
    </w:p>
    <w:p w14:paraId="56C1C8D3" w14:textId="77777777" w:rsidR="0039685B" w:rsidRDefault="0039685B"/>
    <w:p w14:paraId="63422DC0" w14:textId="77777777" w:rsidR="0039685B" w:rsidRDefault="00747795">
      <w:r>
        <w:rPr>
          <w:b/>
        </w:rPr>
        <w:t>E</w:t>
      </w:r>
      <w:r>
        <w:rPr>
          <w:b/>
        </w:rPr>
        <w:t>. RENCANA TINDAK LANJUT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2"/>
        <w:gridCol w:w="3176"/>
        <w:gridCol w:w="1866"/>
        <w:gridCol w:w="1857"/>
        <w:gridCol w:w="1856"/>
      </w:tblGrid>
      <w:tr w:rsidR="0039685B" w14:paraId="01161060" w14:textId="77777777" w:rsidTr="00747795">
        <w:tc>
          <w:tcPr>
            <w:tcW w:w="534" w:type="dxa"/>
            <w:shd w:val="clear" w:color="auto" w:fill="D9EAF7"/>
          </w:tcPr>
          <w:p w14:paraId="7CE21C8D" w14:textId="77777777" w:rsidR="0039685B" w:rsidRDefault="00747795">
            <w:r>
              <w:rPr>
                <w:b/>
                <w:sz w:val="18"/>
              </w:rPr>
              <w:t>No.</w:t>
            </w:r>
          </w:p>
        </w:tc>
        <w:tc>
          <w:tcPr>
            <w:tcW w:w="3228" w:type="dxa"/>
            <w:shd w:val="clear" w:color="auto" w:fill="D9EAF7"/>
          </w:tcPr>
          <w:p w14:paraId="096E4C74" w14:textId="77777777" w:rsidR="0039685B" w:rsidRDefault="00747795">
            <w:r>
              <w:rPr>
                <w:b/>
                <w:sz w:val="18"/>
              </w:rPr>
              <w:t>Tindak Lanjut</w:t>
            </w:r>
          </w:p>
        </w:tc>
        <w:tc>
          <w:tcPr>
            <w:tcW w:w="1881" w:type="dxa"/>
            <w:shd w:val="clear" w:color="auto" w:fill="D9EAF7"/>
          </w:tcPr>
          <w:p w14:paraId="6777C219" w14:textId="77777777" w:rsidR="0039685B" w:rsidRDefault="00747795">
            <w:r>
              <w:rPr>
                <w:b/>
                <w:sz w:val="18"/>
              </w:rPr>
              <w:t>Penanggung Jawab</w:t>
            </w:r>
          </w:p>
        </w:tc>
        <w:tc>
          <w:tcPr>
            <w:tcW w:w="1881" w:type="dxa"/>
            <w:shd w:val="clear" w:color="auto" w:fill="D9EAF7"/>
          </w:tcPr>
          <w:p w14:paraId="785E2F9E" w14:textId="77777777" w:rsidR="0039685B" w:rsidRDefault="00747795">
            <w:r>
              <w:rPr>
                <w:b/>
                <w:sz w:val="18"/>
              </w:rPr>
              <w:t>Batas Waktu</w:t>
            </w:r>
          </w:p>
        </w:tc>
        <w:tc>
          <w:tcPr>
            <w:tcW w:w="1881" w:type="dxa"/>
            <w:shd w:val="clear" w:color="auto" w:fill="D9EAF7"/>
          </w:tcPr>
          <w:p w14:paraId="5055A7E0" w14:textId="77777777" w:rsidR="0039685B" w:rsidRDefault="00747795">
            <w:r>
              <w:rPr>
                <w:b/>
                <w:sz w:val="18"/>
              </w:rPr>
              <w:t>Status</w:t>
            </w:r>
          </w:p>
        </w:tc>
      </w:tr>
      <w:tr w:rsidR="0039685B" w14:paraId="0FEA0669" w14:textId="77777777" w:rsidTr="00747795">
        <w:tc>
          <w:tcPr>
            <w:tcW w:w="534" w:type="dxa"/>
          </w:tcPr>
          <w:p w14:paraId="467ED7BD" w14:textId="77777777" w:rsidR="0039685B" w:rsidRDefault="00747795">
            <w:r>
              <w:rPr>
                <w:sz w:val="18"/>
              </w:rPr>
              <w:t>1</w:t>
            </w:r>
          </w:p>
        </w:tc>
        <w:tc>
          <w:tcPr>
            <w:tcW w:w="3228" w:type="dxa"/>
          </w:tcPr>
          <w:p w14:paraId="0B275597" w14:textId="77777777" w:rsidR="0039685B" w:rsidRDefault="0039685B"/>
        </w:tc>
        <w:tc>
          <w:tcPr>
            <w:tcW w:w="1881" w:type="dxa"/>
          </w:tcPr>
          <w:p w14:paraId="7F0B3E52" w14:textId="77777777" w:rsidR="0039685B" w:rsidRDefault="0039685B"/>
        </w:tc>
        <w:tc>
          <w:tcPr>
            <w:tcW w:w="1881" w:type="dxa"/>
          </w:tcPr>
          <w:p w14:paraId="6D62C007" w14:textId="77777777" w:rsidR="0039685B" w:rsidRDefault="0039685B"/>
        </w:tc>
        <w:tc>
          <w:tcPr>
            <w:tcW w:w="1881" w:type="dxa"/>
          </w:tcPr>
          <w:p w14:paraId="006DD0A5" w14:textId="77777777" w:rsidR="0039685B" w:rsidRDefault="0039685B"/>
        </w:tc>
      </w:tr>
      <w:tr w:rsidR="0039685B" w14:paraId="26792251" w14:textId="77777777" w:rsidTr="00747795">
        <w:tc>
          <w:tcPr>
            <w:tcW w:w="534" w:type="dxa"/>
          </w:tcPr>
          <w:p w14:paraId="2004B407" w14:textId="77777777" w:rsidR="0039685B" w:rsidRDefault="00747795">
            <w:r>
              <w:rPr>
                <w:sz w:val="18"/>
              </w:rPr>
              <w:t>2</w:t>
            </w:r>
          </w:p>
        </w:tc>
        <w:tc>
          <w:tcPr>
            <w:tcW w:w="3228" w:type="dxa"/>
          </w:tcPr>
          <w:p w14:paraId="6F7B3344" w14:textId="77777777" w:rsidR="0039685B" w:rsidRDefault="0039685B"/>
        </w:tc>
        <w:tc>
          <w:tcPr>
            <w:tcW w:w="1881" w:type="dxa"/>
          </w:tcPr>
          <w:p w14:paraId="646A9B2B" w14:textId="77777777" w:rsidR="0039685B" w:rsidRDefault="0039685B"/>
        </w:tc>
        <w:tc>
          <w:tcPr>
            <w:tcW w:w="1881" w:type="dxa"/>
          </w:tcPr>
          <w:p w14:paraId="68CFB296" w14:textId="77777777" w:rsidR="0039685B" w:rsidRDefault="0039685B"/>
        </w:tc>
        <w:tc>
          <w:tcPr>
            <w:tcW w:w="1881" w:type="dxa"/>
          </w:tcPr>
          <w:p w14:paraId="030308E6" w14:textId="77777777" w:rsidR="0039685B" w:rsidRDefault="0039685B"/>
        </w:tc>
      </w:tr>
      <w:tr w:rsidR="0039685B" w14:paraId="17AFC9E5" w14:textId="77777777" w:rsidTr="00747795">
        <w:tc>
          <w:tcPr>
            <w:tcW w:w="534" w:type="dxa"/>
          </w:tcPr>
          <w:p w14:paraId="10265134" w14:textId="77777777" w:rsidR="0039685B" w:rsidRDefault="00747795">
            <w:r>
              <w:rPr>
                <w:sz w:val="18"/>
              </w:rPr>
              <w:t>3</w:t>
            </w:r>
          </w:p>
        </w:tc>
        <w:tc>
          <w:tcPr>
            <w:tcW w:w="3228" w:type="dxa"/>
          </w:tcPr>
          <w:p w14:paraId="2905DEDB" w14:textId="77777777" w:rsidR="0039685B" w:rsidRDefault="0039685B"/>
        </w:tc>
        <w:tc>
          <w:tcPr>
            <w:tcW w:w="1881" w:type="dxa"/>
          </w:tcPr>
          <w:p w14:paraId="61433C6A" w14:textId="77777777" w:rsidR="0039685B" w:rsidRDefault="0039685B"/>
        </w:tc>
        <w:tc>
          <w:tcPr>
            <w:tcW w:w="1881" w:type="dxa"/>
          </w:tcPr>
          <w:p w14:paraId="6B71ABEF" w14:textId="77777777" w:rsidR="0039685B" w:rsidRDefault="0039685B"/>
        </w:tc>
        <w:tc>
          <w:tcPr>
            <w:tcW w:w="1881" w:type="dxa"/>
          </w:tcPr>
          <w:p w14:paraId="02DDF294" w14:textId="77777777" w:rsidR="0039685B" w:rsidRDefault="0039685B"/>
        </w:tc>
      </w:tr>
      <w:tr w:rsidR="0039685B" w14:paraId="1BC304CE" w14:textId="77777777" w:rsidTr="00747795">
        <w:tc>
          <w:tcPr>
            <w:tcW w:w="534" w:type="dxa"/>
          </w:tcPr>
          <w:p w14:paraId="4DE11D86" w14:textId="77777777" w:rsidR="0039685B" w:rsidRDefault="00747795">
            <w:r>
              <w:rPr>
                <w:sz w:val="18"/>
              </w:rPr>
              <w:t>4</w:t>
            </w:r>
          </w:p>
        </w:tc>
        <w:tc>
          <w:tcPr>
            <w:tcW w:w="3228" w:type="dxa"/>
          </w:tcPr>
          <w:p w14:paraId="50368B86" w14:textId="77777777" w:rsidR="0039685B" w:rsidRDefault="0039685B"/>
        </w:tc>
        <w:tc>
          <w:tcPr>
            <w:tcW w:w="1881" w:type="dxa"/>
          </w:tcPr>
          <w:p w14:paraId="57937875" w14:textId="77777777" w:rsidR="0039685B" w:rsidRDefault="0039685B"/>
        </w:tc>
        <w:tc>
          <w:tcPr>
            <w:tcW w:w="1881" w:type="dxa"/>
          </w:tcPr>
          <w:p w14:paraId="4F81061B" w14:textId="77777777" w:rsidR="0039685B" w:rsidRDefault="0039685B"/>
        </w:tc>
        <w:tc>
          <w:tcPr>
            <w:tcW w:w="1881" w:type="dxa"/>
          </w:tcPr>
          <w:p w14:paraId="23D41F57" w14:textId="77777777" w:rsidR="0039685B" w:rsidRDefault="0039685B"/>
        </w:tc>
      </w:tr>
      <w:tr w:rsidR="0039685B" w14:paraId="62F36406" w14:textId="77777777" w:rsidTr="00747795">
        <w:tc>
          <w:tcPr>
            <w:tcW w:w="534" w:type="dxa"/>
          </w:tcPr>
          <w:p w14:paraId="239C0F28" w14:textId="77777777" w:rsidR="0039685B" w:rsidRDefault="00747795">
            <w:r>
              <w:rPr>
                <w:sz w:val="18"/>
              </w:rPr>
              <w:t>5</w:t>
            </w:r>
          </w:p>
        </w:tc>
        <w:tc>
          <w:tcPr>
            <w:tcW w:w="3228" w:type="dxa"/>
          </w:tcPr>
          <w:p w14:paraId="34FE2D7A" w14:textId="77777777" w:rsidR="0039685B" w:rsidRDefault="0039685B"/>
        </w:tc>
        <w:tc>
          <w:tcPr>
            <w:tcW w:w="1881" w:type="dxa"/>
          </w:tcPr>
          <w:p w14:paraId="162360CA" w14:textId="77777777" w:rsidR="0039685B" w:rsidRDefault="0039685B"/>
        </w:tc>
        <w:tc>
          <w:tcPr>
            <w:tcW w:w="1881" w:type="dxa"/>
          </w:tcPr>
          <w:p w14:paraId="6644D316" w14:textId="77777777" w:rsidR="0039685B" w:rsidRDefault="0039685B"/>
        </w:tc>
        <w:tc>
          <w:tcPr>
            <w:tcW w:w="1881" w:type="dxa"/>
          </w:tcPr>
          <w:p w14:paraId="7962EB8C" w14:textId="77777777" w:rsidR="0039685B" w:rsidRDefault="0039685B"/>
        </w:tc>
      </w:tr>
      <w:tr w:rsidR="0039685B" w14:paraId="7922123D" w14:textId="77777777" w:rsidTr="00747795">
        <w:tc>
          <w:tcPr>
            <w:tcW w:w="534" w:type="dxa"/>
          </w:tcPr>
          <w:p w14:paraId="2E513849" w14:textId="77777777" w:rsidR="0039685B" w:rsidRDefault="00747795">
            <w:r>
              <w:rPr>
                <w:sz w:val="18"/>
              </w:rPr>
              <w:t>6</w:t>
            </w:r>
          </w:p>
        </w:tc>
        <w:tc>
          <w:tcPr>
            <w:tcW w:w="3228" w:type="dxa"/>
          </w:tcPr>
          <w:p w14:paraId="7CE916E4" w14:textId="77777777" w:rsidR="0039685B" w:rsidRDefault="0039685B"/>
        </w:tc>
        <w:tc>
          <w:tcPr>
            <w:tcW w:w="1881" w:type="dxa"/>
          </w:tcPr>
          <w:p w14:paraId="152028E2" w14:textId="77777777" w:rsidR="0039685B" w:rsidRDefault="0039685B"/>
        </w:tc>
        <w:tc>
          <w:tcPr>
            <w:tcW w:w="1881" w:type="dxa"/>
          </w:tcPr>
          <w:p w14:paraId="0DCD29EA" w14:textId="77777777" w:rsidR="0039685B" w:rsidRDefault="0039685B"/>
        </w:tc>
        <w:tc>
          <w:tcPr>
            <w:tcW w:w="1881" w:type="dxa"/>
          </w:tcPr>
          <w:p w14:paraId="12CDB83F" w14:textId="77777777" w:rsidR="0039685B" w:rsidRDefault="0039685B"/>
        </w:tc>
      </w:tr>
    </w:tbl>
    <w:p w14:paraId="2B22A7B2" w14:textId="77777777" w:rsidR="0039685B" w:rsidRDefault="0039685B"/>
    <w:p w14:paraId="6B88231D" w14:textId="77777777" w:rsidR="0039685B" w:rsidRDefault="00747795">
      <w:r>
        <w:rPr>
          <w:b/>
        </w:rPr>
        <w:t>F. DOKUMENTASI MONITORING</w:t>
      </w:r>
    </w:p>
    <w:p w14:paraId="60B80C5D" w14:textId="77777777" w:rsidR="0039685B" w:rsidRDefault="00747795">
      <w:r>
        <w:t xml:space="preserve">Foto 1: </w:t>
      </w:r>
      <w:r>
        <w:t>................................................................................................</w:t>
      </w:r>
    </w:p>
    <w:p w14:paraId="0FBF3D4E" w14:textId="77777777" w:rsidR="0039685B" w:rsidRDefault="00747795">
      <w:r>
        <w:t>[ Tempat menempelkan foto ]</w:t>
      </w:r>
    </w:p>
    <w:p w14:paraId="369F93EE" w14:textId="77777777" w:rsidR="0039685B" w:rsidRDefault="00747795">
      <w:r>
        <w:t>Foto 2: ................................................................................................</w:t>
      </w:r>
    </w:p>
    <w:p w14:paraId="22FAECF3" w14:textId="77777777" w:rsidR="0039685B" w:rsidRDefault="00747795">
      <w:r>
        <w:t xml:space="preserve">[ Tempat menempelkan foto </w:t>
      </w:r>
      <w:r>
        <w:t>]</w:t>
      </w:r>
    </w:p>
    <w:p w14:paraId="0F60F7CD" w14:textId="1FBF0DA6" w:rsidR="0039685B" w:rsidRDefault="0039685B"/>
    <w:p w14:paraId="7F7B5FCF" w14:textId="3B17857B" w:rsidR="00747795" w:rsidRDefault="00747795"/>
    <w:p w14:paraId="10688E23" w14:textId="16218F03" w:rsidR="00747795" w:rsidRDefault="00747795"/>
    <w:p w14:paraId="207825B5" w14:textId="77777777" w:rsidR="00747795" w:rsidRDefault="00747795"/>
    <w:p w14:paraId="160F3EEE" w14:textId="77777777" w:rsidR="0039685B" w:rsidRDefault="00747795">
      <w:r>
        <w:rPr>
          <w:b/>
        </w:rPr>
        <w:lastRenderedPageBreak/>
        <w:t>G. PENGESAHAN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747795" w14:paraId="3DCB18F1" w14:textId="77777777" w:rsidTr="00525757">
        <w:trPr>
          <w:jc w:val="center"/>
        </w:trPr>
        <w:tc>
          <w:tcPr>
            <w:tcW w:w="4647" w:type="dxa"/>
            <w:vAlign w:val="center"/>
          </w:tcPr>
          <w:p w14:paraId="7CA9EFFF" w14:textId="77777777" w:rsidR="00747795" w:rsidRDefault="00747795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1E6903FF" w14:textId="77777777" w:rsidR="00747795" w:rsidRDefault="00747795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  <w:tr w:rsidR="00747795" w14:paraId="1B255EE0" w14:textId="77777777" w:rsidTr="00525757">
        <w:trPr>
          <w:jc w:val="center"/>
        </w:trPr>
        <w:tc>
          <w:tcPr>
            <w:tcW w:w="9287" w:type="dxa"/>
            <w:gridSpan w:val="2"/>
            <w:vAlign w:val="center"/>
          </w:tcPr>
          <w:p w14:paraId="33889E15" w14:textId="77777777" w:rsidR="00747795" w:rsidRDefault="00747795" w:rsidP="00525757">
            <w:pPr>
              <w:jc w:val="center"/>
            </w:pPr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KKN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</w:tbl>
    <w:p w14:paraId="43153976" w14:textId="77777777" w:rsidR="0039685B" w:rsidRDefault="0039685B"/>
    <w:p w14:paraId="204A2F79" w14:textId="6B6AD63E" w:rsidR="0039685B" w:rsidRDefault="0039685B">
      <w:pPr>
        <w:jc w:val="center"/>
      </w:pPr>
    </w:p>
    <w:sectPr w:rsidR="0039685B" w:rsidSect="00747795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685B"/>
    <w:rsid w:val="0074779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E8820F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2013-12-23T23:15:00Z</dcterms:created>
  <dcterms:modified xsi:type="dcterms:W3CDTF">2026-09-08T05:09:00Z</dcterms:modified>
  <cp:category/>
</cp:coreProperties>
</file>