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D599" w14:textId="5B3CEE2B" w:rsidR="008616B2" w:rsidRDefault="008616B2" w:rsidP="008616B2">
      <w:pPr>
        <w:spacing w:after="0"/>
        <w:jc w:val="center"/>
        <w:rPr>
          <w:b/>
          <w:sz w:val="28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D4A6DD7" wp14:editId="4D9C4EF7">
            <wp:simplePos x="0" y="0"/>
            <wp:positionH relativeFrom="column">
              <wp:posOffset>2495550</wp:posOffset>
            </wp:positionH>
            <wp:positionV relativeFrom="paragraph">
              <wp:posOffset>-342900</wp:posOffset>
            </wp:positionV>
            <wp:extent cx="989542" cy="952500"/>
            <wp:effectExtent l="0" t="0" r="127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4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9D99B" w14:textId="7F7233DF" w:rsidR="008616B2" w:rsidRDefault="008616B2" w:rsidP="008616B2">
      <w:pPr>
        <w:spacing w:after="0"/>
        <w:jc w:val="center"/>
        <w:rPr>
          <w:b/>
          <w:sz w:val="28"/>
        </w:rPr>
      </w:pPr>
    </w:p>
    <w:p w14:paraId="10C8A6EE" w14:textId="77777777" w:rsidR="008616B2" w:rsidRDefault="008616B2" w:rsidP="008616B2">
      <w:pPr>
        <w:spacing w:after="0"/>
        <w:jc w:val="center"/>
        <w:rPr>
          <w:b/>
          <w:sz w:val="28"/>
        </w:rPr>
      </w:pPr>
    </w:p>
    <w:p w14:paraId="60EADC19" w14:textId="00BDEA0D" w:rsidR="007D14FE" w:rsidRDefault="008616B2" w:rsidP="008616B2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2D0AA60A" w14:textId="77777777" w:rsidR="007D14FE" w:rsidRDefault="008616B2" w:rsidP="008616B2">
      <w:pPr>
        <w:spacing w:after="0"/>
        <w:jc w:val="center"/>
      </w:pPr>
      <w:r>
        <w:rPr>
          <w:b/>
          <w:sz w:val="24"/>
        </w:rPr>
        <w:t>KEGIATAN KULIAH KERJA NYATA (KKN)</w:t>
      </w:r>
    </w:p>
    <w:p w14:paraId="0C90AA3F" w14:textId="77777777" w:rsidR="007D14FE" w:rsidRDefault="007D14FE" w:rsidP="008616B2">
      <w:pPr>
        <w:spacing w:after="0"/>
      </w:pPr>
    </w:p>
    <w:p w14:paraId="24DFF9D9" w14:textId="3196A6E8" w:rsidR="007D14FE" w:rsidRDefault="008616B2" w:rsidP="008616B2">
      <w:pPr>
        <w:spacing w:after="0"/>
        <w:jc w:val="center"/>
      </w:pPr>
      <w:r>
        <w:rPr>
          <w:b/>
          <w:sz w:val="28"/>
        </w:rPr>
        <w:t>PENILAIAN MAHASISWA KKN</w:t>
      </w:r>
    </w:p>
    <w:p w14:paraId="3F80ADD5" w14:textId="77777777" w:rsidR="007D14FE" w:rsidRDefault="008616B2" w:rsidP="008616B2">
      <w:pPr>
        <w:spacing w:after="0"/>
        <w:jc w:val="center"/>
      </w:pPr>
      <w:r>
        <w:rPr>
          <w:b/>
        </w:rPr>
        <w:t>TAHUN ________</w:t>
      </w:r>
    </w:p>
    <w:p w14:paraId="4699A077" w14:textId="77777777" w:rsidR="007D14FE" w:rsidRDefault="007D14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744"/>
      </w:tblGrid>
      <w:tr w:rsidR="007D14FE" w14:paraId="25E278C7" w14:textId="77777777" w:rsidTr="008616B2">
        <w:tc>
          <w:tcPr>
            <w:tcW w:w="2660" w:type="dxa"/>
          </w:tcPr>
          <w:p w14:paraId="0EADD824" w14:textId="77777777" w:rsidR="007D14FE" w:rsidRDefault="008616B2">
            <w:r>
              <w:rPr>
                <w:b/>
                <w:sz w:val="20"/>
              </w:rPr>
              <w:t xml:space="preserve">Nama </w:t>
            </w:r>
            <w:proofErr w:type="spellStart"/>
            <w:r>
              <w:rPr>
                <w:b/>
                <w:sz w:val="20"/>
              </w:rPr>
              <w:t>Mahasiswa</w:t>
            </w:r>
            <w:proofErr w:type="spellEnd"/>
          </w:p>
        </w:tc>
        <w:tc>
          <w:tcPr>
            <w:tcW w:w="6744" w:type="dxa"/>
          </w:tcPr>
          <w:p w14:paraId="3E498790" w14:textId="77777777" w:rsidR="007D14FE" w:rsidRDefault="007D14FE"/>
        </w:tc>
      </w:tr>
      <w:tr w:rsidR="007D14FE" w14:paraId="20E7805A" w14:textId="77777777" w:rsidTr="008616B2">
        <w:tc>
          <w:tcPr>
            <w:tcW w:w="2660" w:type="dxa"/>
          </w:tcPr>
          <w:p w14:paraId="7C403F7C" w14:textId="77777777" w:rsidR="007D14FE" w:rsidRDefault="008616B2">
            <w:r>
              <w:rPr>
                <w:b/>
                <w:sz w:val="20"/>
              </w:rPr>
              <w:t>NIM</w:t>
            </w:r>
          </w:p>
        </w:tc>
        <w:tc>
          <w:tcPr>
            <w:tcW w:w="6744" w:type="dxa"/>
          </w:tcPr>
          <w:p w14:paraId="47D0660B" w14:textId="77777777" w:rsidR="007D14FE" w:rsidRDefault="007D14FE"/>
        </w:tc>
      </w:tr>
      <w:tr w:rsidR="007D14FE" w14:paraId="7F3BCC5A" w14:textId="77777777" w:rsidTr="008616B2">
        <w:tc>
          <w:tcPr>
            <w:tcW w:w="2660" w:type="dxa"/>
          </w:tcPr>
          <w:p w14:paraId="6C33B3B1" w14:textId="77777777" w:rsidR="007D14FE" w:rsidRDefault="008616B2">
            <w:r>
              <w:rPr>
                <w:b/>
                <w:sz w:val="20"/>
              </w:rPr>
              <w:t>Program Studi</w:t>
            </w:r>
          </w:p>
        </w:tc>
        <w:tc>
          <w:tcPr>
            <w:tcW w:w="6744" w:type="dxa"/>
          </w:tcPr>
          <w:p w14:paraId="16817395" w14:textId="77777777" w:rsidR="007D14FE" w:rsidRDefault="007D14FE"/>
        </w:tc>
      </w:tr>
      <w:tr w:rsidR="007D14FE" w14:paraId="3690F68C" w14:textId="77777777" w:rsidTr="008616B2">
        <w:tc>
          <w:tcPr>
            <w:tcW w:w="2660" w:type="dxa"/>
          </w:tcPr>
          <w:p w14:paraId="341BA5DC" w14:textId="77777777" w:rsidR="007D14FE" w:rsidRDefault="008616B2">
            <w:r>
              <w:rPr>
                <w:b/>
                <w:sz w:val="20"/>
              </w:rPr>
              <w:t>Kelompok KKN</w:t>
            </w:r>
          </w:p>
        </w:tc>
        <w:tc>
          <w:tcPr>
            <w:tcW w:w="6744" w:type="dxa"/>
          </w:tcPr>
          <w:p w14:paraId="23B6CADB" w14:textId="77777777" w:rsidR="007D14FE" w:rsidRDefault="007D14FE"/>
        </w:tc>
      </w:tr>
      <w:tr w:rsidR="007D14FE" w14:paraId="1EA0A0C0" w14:textId="77777777" w:rsidTr="008616B2">
        <w:tc>
          <w:tcPr>
            <w:tcW w:w="2660" w:type="dxa"/>
          </w:tcPr>
          <w:p w14:paraId="724F1B2B" w14:textId="77777777" w:rsidR="007D14FE" w:rsidRDefault="008616B2">
            <w:r>
              <w:rPr>
                <w:b/>
                <w:sz w:val="20"/>
              </w:rPr>
              <w:t>Desa/Kelurahan</w:t>
            </w:r>
          </w:p>
        </w:tc>
        <w:tc>
          <w:tcPr>
            <w:tcW w:w="6744" w:type="dxa"/>
          </w:tcPr>
          <w:p w14:paraId="5FD2374E" w14:textId="77777777" w:rsidR="007D14FE" w:rsidRDefault="007D14FE"/>
        </w:tc>
      </w:tr>
      <w:tr w:rsidR="007D14FE" w14:paraId="75254818" w14:textId="77777777" w:rsidTr="008616B2">
        <w:tc>
          <w:tcPr>
            <w:tcW w:w="2660" w:type="dxa"/>
          </w:tcPr>
          <w:p w14:paraId="1343B16E" w14:textId="77777777" w:rsidR="007D14FE" w:rsidRDefault="008616B2">
            <w:r>
              <w:rPr>
                <w:b/>
                <w:sz w:val="20"/>
              </w:rPr>
              <w:t>Kecamatan</w:t>
            </w:r>
          </w:p>
        </w:tc>
        <w:tc>
          <w:tcPr>
            <w:tcW w:w="6744" w:type="dxa"/>
          </w:tcPr>
          <w:p w14:paraId="26FA8DF9" w14:textId="77777777" w:rsidR="007D14FE" w:rsidRDefault="007D14FE"/>
        </w:tc>
      </w:tr>
      <w:tr w:rsidR="007D14FE" w14:paraId="0FECB25B" w14:textId="77777777" w:rsidTr="008616B2">
        <w:tc>
          <w:tcPr>
            <w:tcW w:w="2660" w:type="dxa"/>
          </w:tcPr>
          <w:p w14:paraId="324BBB3A" w14:textId="77777777" w:rsidR="007D14FE" w:rsidRDefault="008616B2">
            <w:r>
              <w:rPr>
                <w:b/>
                <w:sz w:val="20"/>
              </w:rPr>
              <w:t>Kabupaten</w:t>
            </w:r>
          </w:p>
        </w:tc>
        <w:tc>
          <w:tcPr>
            <w:tcW w:w="6744" w:type="dxa"/>
          </w:tcPr>
          <w:p w14:paraId="1E5A7950" w14:textId="77777777" w:rsidR="007D14FE" w:rsidRDefault="008616B2">
            <w:r>
              <w:rPr>
                <w:sz w:val="20"/>
              </w:rPr>
              <w:t>Kepulauan Anambas</w:t>
            </w:r>
          </w:p>
        </w:tc>
      </w:tr>
      <w:tr w:rsidR="007D14FE" w14:paraId="23D7D9F8" w14:textId="77777777" w:rsidTr="008616B2">
        <w:tc>
          <w:tcPr>
            <w:tcW w:w="2660" w:type="dxa"/>
          </w:tcPr>
          <w:p w14:paraId="0682FAB2" w14:textId="77777777" w:rsidR="007D14FE" w:rsidRDefault="008616B2">
            <w:r>
              <w:rPr>
                <w:b/>
                <w:sz w:val="20"/>
              </w:rPr>
              <w:t>DPL</w:t>
            </w:r>
          </w:p>
        </w:tc>
        <w:tc>
          <w:tcPr>
            <w:tcW w:w="6744" w:type="dxa"/>
          </w:tcPr>
          <w:p w14:paraId="69D82387" w14:textId="77777777" w:rsidR="007D14FE" w:rsidRDefault="007D14FE"/>
        </w:tc>
      </w:tr>
      <w:tr w:rsidR="007D14FE" w14:paraId="2FFDAD23" w14:textId="77777777" w:rsidTr="008616B2">
        <w:tc>
          <w:tcPr>
            <w:tcW w:w="2660" w:type="dxa"/>
          </w:tcPr>
          <w:p w14:paraId="2AD1D676" w14:textId="77777777" w:rsidR="007D14FE" w:rsidRDefault="008616B2">
            <w:r>
              <w:rPr>
                <w:b/>
                <w:sz w:val="20"/>
              </w:rPr>
              <w:t>Periode KKN</w:t>
            </w:r>
          </w:p>
        </w:tc>
        <w:tc>
          <w:tcPr>
            <w:tcW w:w="6744" w:type="dxa"/>
          </w:tcPr>
          <w:p w14:paraId="4F1D3EC3" w14:textId="77777777" w:rsidR="007D14FE" w:rsidRDefault="007D14FE"/>
        </w:tc>
      </w:tr>
    </w:tbl>
    <w:p w14:paraId="31E7D994" w14:textId="77777777" w:rsidR="007D14FE" w:rsidRDefault="007D14FE"/>
    <w:p w14:paraId="2692CFA5" w14:textId="77777777" w:rsidR="007D14FE" w:rsidRDefault="008616B2">
      <w:r>
        <w:rPr>
          <w:b/>
        </w:rPr>
        <w:t>A. KOMPONEN PENILAIAN</w:t>
      </w:r>
    </w:p>
    <w:tbl>
      <w:tblPr>
        <w:tblStyle w:val="TableGrid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6"/>
        <w:gridCol w:w="1843"/>
        <w:gridCol w:w="2292"/>
        <w:gridCol w:w="1567"/>
        <w:gridCol w:w="1567"/>
        <w:gridCol w:w="1567"/>
      </w:tblGrid>
      <w:tr w:rsidR="007D14FE" w14:paraId="3CF83F6D" w14:textId="77777777" w:rsidTr="008616B2">
        <w:trPr>
          <w:jc w:val="center"/>
        </w:trPr>
        <w:tc>
          <w:tcPr>
            <w:tcW w:w="566" w:type="dxa"/>
            <w:shd w:val="clear" w:color="auto" w:fill="D9EAF7"/>
          </w:tcPr>
          <w:p w14:paraId="6934AE5A" w14:textId="77777777" w:rsidR="007D14FE" w:rsidRDefault="008616B2">
            <w:r>
              <w:rPr>
                <w:b/>
                <w:sz w:val="16"/>
              </w:rPr>
              <w:t>No.</w:t>
            </w:r>
          </w:p>
        </w:tc>
        <w:tc>
          <w:tcPr>
            <w:tcW w:w="1843" w:type="dxa"/>
            <w:shd w:val="clear" w:color="auto" w:fill="D9EAF7"/>
          </w:tcPr>
          <w:p w14:paraId="2511A27E" w14:textId="77777777" w:rsidR="007D14FE" w:rsidRDefault="008616B2">
            <w:r>
              <w:rPr>
                <w:b/>
                <w:sz w:val="16"/>
              </w:rPr>
              <w:t>Aspek Penilaian</w:t>
            </w:r>
          </w:p>
        </w:tc>
        <w:tc>
          <w:tcPr>
            <w:tcW w:w="2292" w:type="dxa"/>
            <w:shd w:val="clear" w:color="auto" w:fill="D9EAF7"/>
          </w:tcPr>
          <w:p w14:paraId="30936F8D" w14:textId="77777777" w:rsidR="007D14FE" w:rsidRDefault="008616B2">
            <w:r>
              <w:rPr>
                <w:b/>
                <w:sz w:val="16"/>
              </w:rPr>
              <w:t>Indikator</w:t>
            </w:r>
          </w:p>
        </w:tc>
        <w:tc>
          <w:tcPr>
            <w:tcW w:w="1567" w:type="dxa"/>
            <w:shd w:val="clear" w:color="auto" w:fill="D9EAF7"/>
          </w:tcPr>
          <w:p w14:paraId="232B3B68" w14:textId="77777777" w:rsidR="007D14FE" w:rsidRDefault="008616B2">
            <w:r>
              <w:rPr>
                <w:b/>
                <w:sz w:val="16"/>
              </w:rPr>
              <w:t>Bobot (%)</w:t>
            </w:r>
          </w:p>
        </w:tc>
        <w:tc>
          <w:tcPr>
            <w:tcW w:w="1567" w:type="dxa"/>
            <w:shd w:val="clear" w:color="auto" w:fill="D9EAF7"/>
          </w:tcPr>
          <w:p w14:paraId="4C92CDB0" w14:textId="77777777" w:rsidR="007D14FE" w:rsidRDefault="008616B2">
            <w:r>
              <w:rPr>
                <w:b/>
                <w:sz w:val="16"/>
              </w:rPr>
              <w:t>Nilai (0–100)</w:t>
            </w:r>
          </w:p>
        </w:tc>
        <w:tc>
          <w:tcPr>
            <w:tcW w:w="1567" w:type="dxa"/>
            <w:shd w:val="clear" w:color="auto" w:fill="D9EAF7"/>
          </w:tcPr>
          <w:p w14:paraId="36E9A8A9" w14:textId="77777777" w:rsidR="007D14FE" w:rsidRDefault="008616B2">
            <w:r>
              <w:rPr>
                <w:b/>
                <w:sz w:val="16"/>
              </w:rPr>
              <w:t>Skor Bobot</w:t>
            </w:r>
          </w:p>
        </w:tc>
      </w:tr>
      <w:tr w:rsidR="007D14FE" w14:paraId="0D0DECF3" w14:textId="77777777" w:rsidTr="008616B2">
        <w:trPr>
          <w:jc w:val="center"/>
        </w:trPr>
        <w:tc>
          <w:tcPr>
            <w:tcW w:w="566" w:type="dxa"/>
          </w:tcPr>
          <w:p w14:paraId="1AA5FEE2" w14:textId="77777777" w:rsidR="007D14FE" w:rsidRDefault="008616B2">
            <w:r>
              <w:rPr>
                <w:sz w:val="16"/>
              </w:rPr>
              <w:t>1</w:t>
            </w:r>
          </w:p>
        </w:tc>
        <w:tc>
          <w:tcPr>
            <w:tcW w:w="1843" w:type="dxa"/>
          </w:tcPr>
          <w:p w14:paraId="6D2FE61C" w14:textId="77777777" w:rsidR="007D14FE" w:rsidRDefault="008616B2">
            <w:r>
              <w:rPr>
                <w:sz w:val="16"/>
              </w:rPr>
              <w:t>Kedisiplinan dan Kehadiran</w:t>
            </w:r>
          </w:p>
        </w:tc>
        <w:tc>
          <w:tcPr>
            <w:tcW w:w="2292" w:type="dxa"/>
          </w:tcPr>
          <w:p w14:paraId="619BC159" w14:textId="77777777" w:rsidR="007D14FE" w:rsidRDefault="008616B2">
            <w:r>
              <w:rPr>
                <w:sz w:val="16"/>
              </w:rPr>
              <w:t>Kehadiran, ketepatan waktu, kepatuhan terhadap aturan</w:t>
            </w:r>
          </w:p>
        </w:tc>
        <w:tc>
          <w:tcPr>
            <w:tcW w:w="1567" w:type="dxa"/>
          </w:tcPr>
          <w:p w14:paraId="2F5552DE" w14:textId="77777777" w:rsidR="007D14FE" w:rsidRDefault="008616B2">
            <w:r>
              <w:rPr>
                <w:sz w:val="16"/>
              </w:rPr>
              <w:t>15</w:t>
            </w:r>
          </w:p>
        </w:tc>
        <w:tc>
          <w:tcPr>
            <w:tcW w:w="1567" w:type="dxa"/>
          </w:tcPr>
          <w:p w14:paraId="7758D8D3" w14:textId="77777777" w:rsidR="007D14FE" w:rsidRDefault="007D14FE"/>
        </w:tc>
        <w:tc>
          <w:tcPr>
            <w:tcW w:w="1567" w:type="dxa"/>
          </w:tcPr>
          <w:p w14:paraId="2683101D" w14:textId="77777777" w:rsidR="007D14FE" w:rsidRDefault="007D14FE"/>
        </w:tc>
      </w:tr>
      <w:tr w:rsidR="007D14FE" w14:paraId="734EDCE8" w14:textId="77777777" w:rsidTr="008616B2">
        <w:trPr>
          <w:jc w:val="center"/>
        </w:trPr>
        <w:tc>
          <w:tcPr>
            <w:tcW w:w="566" w:type="dxa"/>
          </w:tcPr>
          <w:p w14:paraId="6A47D388" w14:textId="77777777" w:rsidR="007D14FE" w:rsidRDefault="008616B2">
            <w:r>
              <w:rPr>
                <w:sz w:val="16"/>
              </w:rPr>
              <w:t>2</w:t>
            </w:r>
          </w:p>
        </w:tc>
        <w:tc>
          <w:tcPr>
            <w:tcW w:w="1843" w:type="dxa"/>
          </w:tcPr>
          <w:p w14:paraId="608AFD84" w14:textId="77777777" w:rsidR="007D14FE" w:rsidRDefault="008616B2">
            <w:r>
              <w:rPr>
                <w:sz w:val="16"/>
              </w:rPr>
              <w:t>Tanggung Jawab</w:t>
            </w:r>
          </w:p>
        </w:tc>
        <w:tc>
          <w:tcPr>
            <w:tcW w:w="2292" w:type="dxa"/>
          </w:tcPr>
          <w:p w14:paraId="4F2CAD7C" w14:textId="77777777" w:rsidR="007D14FE" w:rsidRDefault="008616B2">
            <w:r>
              <w:rPr>
                <w:sz w:val="16"/>
              </w:rPr>
              <w:t xml:space="preserve">Menyelesaikan tugas dan amanah yang </w:t>
            </w:r>
            <w:r>
              <w:rPr>
                <w:sz w:val="16"/>
              </w:rPr>
              <w:t>diberikan</w:t>
            </w:r>
          </w:p>
        </w:tc>
        <w:tc>
          <w:tcPr>
            <w:tcW w:w="1567" w:type="dxa"/>
          </w:tcPr>
          <w:p w14:paraId="0008438B" w14:textId="77777777" w:rsidR="007D14FE" w:rsidRDefault="008616B2">
            <w:r>
              <w:rPr>
                <w:sz w:val="16"/>
              </w:rPr>
              <w:t>15</w:t>
            </w:r>
          </w:p>
        </w:tc>
        <w:tc>
          <w:tcPr>
            <w:tcW w:w="1567" w:type="dxa"/>
          </w:tcPr>
          <w:p w14:paraId="5813E8A3" w14:textId="77777777" w:rsidR="007D14FE" w:rsidRDefault="007D14FE"/>
        </w:tc>
        <w:tc>
          <w:tcPr>
            <w:tcW w:w="1567" w:type="dxa"/>
          </w:tcPr>
          <w:p w14:paraId="0ED09773" w14:textId="77777777" w:rsidR="007D14FE" w:rsidRDefault="007D14FE"/>
        </w:tc>
      </w:tr>
      <w:tr w:rsidR="007D14FE" w14:paraId="7A8EE8E6" w14:textId="77777777" w:rsidTr="008616B2">
        <w:trPr>
          <w:jc w:val="center"/>
        </w:trPr>
        <w:tc>
          <w:tcPr>
            <w:tcW w:w="566" w:type="dxa"/>
          </w:tcPr>
          <w:p w14:paraId="337DB116" w14:textId="77777777" w:rsidR="007D14FE" w:rsidRDefault="008616B2">
            <w:r>
              <w:rPr>
                <w:sz w:val="16"/>
              </w:rPr>
              <w:t>3</w:t>
            </w:r>
          </w:p>
        </w:tc>
        <w:tc>
          <w:tcPr>
            <w:tcW w:w="1843" w:type="dxa"/>
          </w:tcPr>
          <w:p w14:paraId="77FF55C2" w14:textId="77777777" w:rsidR="007D14FE" w:rsidRDefault="008616B2">
            <w:r>
              <w:rPr>
                <w:sz w:val="16"/>
              </w:rPr>
              <w:t>Sikap dan Etika</w:t>
            </w:r>
          </w:p>
        </w:tc>
        <w:tc>
          <w:tcPr>
            <w:tcW w:w="2292" w:type="dxa"/>
          </w:tcPr>
          <w:p w14:paraId="1989D93B" w14:textId="77777777" w:rsidR="007D14FE" w:rsidRDefault="008616B2">
            <w:r>
              <w:rPr>
                <w:sz w:val="16"/>
              </w:rPr>
              <w:t>Sopan santun, integritas, menjaga nama baik kampus</w:t>
            </w:r>
          </w:p>
        </w:tc>
        <w:tc>
          <w:tcPr>
            <w:tcW w:w="1567" w:type="dxa"/>
          </w:tcPr>
          <w:p w14:paraId="585F79AF" w14:textId="77777777" w:rsidR="007D14FE" w:rsidRDefault="008616B2">
            <w:r>
              <w:rPr>
                <w:sz w:val="16"/>
              </w:rPr>
              <w:t>15</w:t>
            </w:r>
          </w:p>
        </w:tc>
        <w:tc>
          <w:tcPr>
            <w:tcW w:w="1567" w:type="dxa"/>
          </w:tcPr>
          <w:p w14:paraId="61CC12D4" w14:textId="77777777" w:rsidR="007D14FE" w:rsidRDefault="007D14FE"/>
        </w:tc>
        <w:tc>
          <w:tcPr>
            <w:tcW w:w="1567" w:type="dxa"/>
          </w:tcPr>
          <w:p w14:paraId="6CFB2A33" w14:textId="77777777" w:rsidR="007D14FE" w:rsidRDefault="007D14FE"/>
        </w:tc>
      </w:tr>
      <w:tr w:rsidR="007D14FE" w14:paraId="1A89A96D" w14:textId="77777777" w:rsidTr="008616B2">
        <w:trPr>
          <w:jc w:val="center"/>
        </w:trPr>
        <w:tc>
          <w:tcPr>
            <w:tcW w:w="566" w:type="dxa"/>
          </w:tcPr>
          <w:p w14:paraId="5789C1DB" w14:textId="77777777" w:rsidR="007D14FE" w:rsidRDefault="008616B2">
            <w:r>
              <w:rPr>
                <w:sz w:val="16"/>
              </w:rPr>
              <w:t>4</w:t>
            </w:r>
          </w:p>
        </w:tc>
        <w:tc>
          <w:tcPr>
            <w:tcW w:w="1843" w:type="dxa"/>
          </w:tcPr>
          <w:p w14:paraId="5ADEC39A" w14:textId="77777777" w:rsidR="007D14FE" w:rsidRDefault="008616B2">
            <w:r>
              <w:rPr>
                <w:sz w:val="16"/>
              </w:rPr>
              <w:t>Kerja Sama</w:t>
            </w:r>
          </w:p>
        </w:tc>
        <w:tc>
          <w:tcPr>
            <w:tcW w:w="2292" w:type="dxa"/>
          </w:tcPr>
          <w:p w14:paraId="2F02CB01" w14:textId="77777777" w:rsidR="007D14FE" w:rsidRDefault="008616B2">
            <w:r>
              <w:rPr>
                <w:sz w:val="16"/>
              </w:rPr>
              <w:t>Komunikasi, kekompakan, dan kontribusi dalam kelompok</w:t>
            </w:r>
          </w:p>
        </w:tc>
        <w:tc>
          <w:tcPr>
            <w:tcW w:w="1567" w:type="dxa"/>
          </w:tcPr>
          <w:p w14:paraId="1932B9F6" w14:textId="77777777" w:rsidR="007D14FE" w:rsidRDefault="008616B2">
            <w:r>
              <w:rPr>
                <w:sz w:val="16"/>
              </w:rPr>
              <w:t>10</w:t>
            </w:r>
          </w:p>
        </w:tc>
        <w:tc>
          <w:tcPr>
            <w:tcW w:w="1567" w:type="dxa"/>
          </w:tcPr>
          <w:p w14:paraId="4A14C89D" w14:textId="77777777" w:rsidR="007D14FE" w:rsidRDefault="007D14FE"/>
        </w:tc>
        <w:tc>
          <w:tcPr>
            <w:tcW w:w="1567" w:type="dxa"/>
          </w:tcPr>
          <w:p w14:paraId="1A611C5C" w14:textId="77777777" w:rsidR="007D14FE" w:rsidRDefault="007D14FE"/>
        </w:tc>
      </w:tr>
      <w:tr w:rsidR="007D14FE" w14:paraId="35577063" w14:textId="77777777" w:rsidTr="008616B2">
        <w:trPr>
          <w:jc w:val="center"/>
        </w:trPr>
        <w:tc>
          <w:tcPr>
            <w:tcW w:w="566" w:type="dxa"/>
          </w:tcPr>
          <w:p w14:paraId="2E357053" w14:textId="77777777" w:rsidR="007D14FE" w:rsidRDefault="008616B2">
            <w:r>
              <w:rPr>
                <w:sz w:val="16"/>
              </w:rPr>
              <w:t>5</w:t>
            </w:r>
          </w:p>
        </w:tc>
        <w:tc>
          <w:tcPr>
            <w:tcW w:w="1843" w:type="dxa"/>
          </w:tcPr>
          <w:p w14:paraId="5322DCB2" w14:textId="77777777" w:rsidR="007D14FE" w:rsidRDefault="008616B2">
            <w:r>
              <w:rPr>
                <w:sz w:val="16"/>
              </w:rPr>
              <w:t>Pelaksanaan Program Kerja</w:t>
            </w:r>
          </w:p>
        </w:tc>
        <w:tc>
          <w:tcPr>
            <w:tcW w:w="2292" w:type="dxa"/>
          </w:tcPr>
          <w:p w14:paraId="7B796982" w14:textId="77777777" w:rsidR="007D14FE" w:rsidRDefault="008616B2">
            <w:r>
              <w:rPr>
                <w:sz w:val="16"/>
              </w:rPr>
              <w:t>Keterlibatan dan kualitas pelaksanaan program</w:t>
            </w:r>
          </w:p>
        </w:tc>
        <w:tc>
          <w:tcPr>
            <w:tcW w:w="1567" w:type="dxa"/>
          </w:tcPr>
          <w:p w14:paraId="7BD1A00D" w14:textId="77777777" w:rsidR="007D14FE" w:rsidRDefault="008616B2">
            <w:r>
              <w:rPr>
                <w:sz w:val="16"/>
              </w:rPr>
              <w:t>20</w:t>
            </w:r>
          </w:p>
        </w:tc>
        <w:tc>
          <w:tcPr>
            <w:tcW w:w="1567" w:type="dxa"/>
          </w:tcPr>
          <w:p w14:paraId="33F60E6E" w14:textId="77777777" w:rsidR="007D14FE" w:rsidRDefault="007D14FE"/>
        </w:tc>
        <w:tc>
          <w:tcPr>
            <w:tcW w:w="1567" w:type="dxa"/>
          </w:tcPr>
          <w:p w14:paraId="0194679C" w14:textId="77777777" w:rsidR="007D14FE" w:rsidRDefault="007D14FE"/>
        </w:tc>
      </w:tr>
      <w:tr w:rsidR="007D14FE" w14:paraId="0CEEAD5E" w14:textId="77777777" w:rsidTr="008616B2">
        <w:trPr>
          <w:jc w:val="center"/>
        </w:trPr>
        <w:tc>
          <w:tcPr>
            <w:tcW w:w="566" w:type="dxa"/>
          </w:tcPr>
          <w:p w14:paraId="767F5FF4" w14:textId="77777777" w:rsidR="007D14FE" w:rsidRDefault="008616B2">
            <w:r>
              <w:rPr>
                <w:sz w:val="16"/>
              </w:rPr>
              <w:t>6</w:t>
            </w:r>
          </w:p>
        </w:tc>
        <w:tc>
          <w:tcPr>
            <w:tcW w:w="1843" w:type="dxa"/>
          </w:tcPr>
          <w:p w14:paraId="0F90FEC1" w14:textId="77777777" w:rsidR="007D14FE" w:rsidRDefault="008616B2">
            <w:r>
              <w:rPr>
                <w:sz w:val="16"/>
              </w:rPr>
              <w:t>Kemampuan Beradaptasi</w:t>
            </w:r>
          </w:p>
        </w:tc>
        <w:tc>
          <w:tcPr>
            <w:tcW w:w="2292" w:type="dxa"/>
          </w:tcPr>
          <w:p w14:paraId="4889EB95" w14:textId="77777777" w:rsidR="007D14FE" w:rsidRDefault="008616B2">
            <w:r>
              <w:rPr>
                <w:sz w:val="16"/>
              </w:rPr>
              <w:t>Kemampuan berinteraksi dengan masyarakat dan lingkungan</w:t>
            </w:r>
          </w:p>
        </w:tc>
        <w:tc>
          <w:tcPr>
            <w:tcW w:w="1567" w:type="dxa"/>
          </w:tcPr>
          <w:p w14:paraId="6E1F992E" w14:textId="77777777" w:rsidR="007D14FE" w:rsidRDefault="008616B2">
            <w:r>
              <w:rPr>
                <w:sz w:val="16"/>
              </w:rPr>
              <w:t>10</w:t>
            </w:r>
          </w:p>
        </w:tc>
        <w:tc>
          <w:tcPr>
            <w:tcW w:w="1567" w:type="dxa"/>
          </w:tcPr>
          <w:p w14:paraId="4D4462AF" w14:textId="77777777" w:rsidR="007D14FE" w:rsidRDefault="007D14FE"/>
        </w:tc>
        <w:tc>
          <w:tcPr>
            <w:tcW w:w="1567" w:type="dxa"/>
          </w:tcPr>
          <w:p w14:paraId="538ABFD8" w14:textId="77777777" w:rsidR="007D14FE" w:rsidRDefault="007D14FE"/>
        </w:tc>
      </w:tr>
      <w:tr w:rsidR="007D14FE" w14:paraId="03B2165C" w14:textId="77777777" w:rsidTr="008616B2">
        <w:trPr>
          <w:jc w:val="center"/>
        </w:trPr>
        <w:tc>
          <w:tcPr>
            <w:tcW w:w="566" w:type="dxa"/>
          </w:tcPr>
          <w:p w14:paraId="3B7DB834" w14:textId="77777777" w:rsidR="007D14FE" w:rsidRDefault="008616B2">
            <w:r>
              <w:rPr>
                <w:sz w:val="16"/>
              </w:rPr>
              <w:t>7</w:t>
            </w:r>
          </w:p>
        </w:tc>
        <w:tc>
          <w:tcPr>
            <w:tcW w:w="1843" w:type="dxa"/>
          </w:tcPr>
          <w:p w14:paraId="6110808D" w14:textId="77777777" w:rsidR="007D14FE" w:rsidRDefault="008616B2">
            <w:r>
              <w:rPr>
                <w:sz w:val="16"/>
              </w:rPr>
              <w:t>Kreativitas dan Inisiatif</w:t>
            </w:r>
          </w:p>
        </w:tc>
        <w:tc>
          <w:tcPr>
            <w:tcW w:w="2292" w:type="dxa"/>
          </w:tcPr>
          <w:p w14:paraId="51207D02" w14:textId="77777777" w:rsidR="007D14FE" w:rsidRDefault="008616B2">
            <w:r>
              <w:rPr>
                <w:sz w:val="16"/>
              </w:rPr>
              <w:t>Gagasan, inovasi, dan kemandirian dalam kegiatan</w:t>
            </w:r>
          </w:p>
        </w:tc>
        <w:tc>
          <w:tcPr>
            <w:tcW w:w="1567" w:type="dxa"/>
          </w:tcPr>
          <w:p w14:paraId="6668A31F" w14:textId="77777777" w:rsidR="007D14FE" w:rsidRDefault="008616B2">
            <w:r>
              <w:rPr>
                <w:sz w:val="16"/>
              </w:rPr>
              <w:t>10</w:t>
            </w:r>
          </w:p>
        </w:tc>
        <w:tc>
          <w:tcPr>
            <w:tcW w:w="1567" w:type="dxa"/>
          </w:tcPr>
          <w:p w14:paraId="5746BD98" w14:textId="77777777" w:rsidR="007D14FE" w:rsidRDefault="007D14FE"/>
        </w:tc>
        <w:tc>
          <w:tcPr>
            <w:tcW w:w="1567" w:type="dxa"/>
          </w:tcPr>
          <w:p w14:paraId="4FE4482F" w14:textId="77777777" w:rsidR="007D14FE" w:rsidRDefault="007D14FE"/>
        </w:tc>
      </w:tr>
      <w:tr w:rsidR="007D14FE" w14:paraId="7A3E8EE9" w14:textId="77777777" w:rsidTr="008616B2">
        <w:trPr>
          <w:jc w:val="center"/>
        </w:trPr>
        <w:tc>
          <w:tcPr>
            <w:tcW w:w="566" w:type="dxa"/>
          </w:tcPr>
          <w:p w14:paraId="62106E62" w14:textId="77777777" w:rsidR="007D14FE" w:rsidRDefault="008616B2">
            <w:r>
              <w:rPr>
                <w:sz w:val="16"/>
              </w:rPr>
              <w:t>8</w:t>
            </w:r>
          </w:p>
        </w:tc>
        <w:tc>
          <w:tcPr>
            <w:tcW w:w="1843" w:type="dxa"/>
          </w:tcPr>
          <w:p w14:paraId="2B6790D3" w14:textId="77777777" w:rsidR="007D14FE" w:rsidRDefault="008616B2">
            <w:r>
              <w:rPr>
                <w:sz w:val="16"/>
              </w:rPr>
              <w:t>Administrasi dan Dokumentasi</w:t>
            </w:r>
          </w:p>
        </w:tc>
        <w:tc>
          <w:tcPr>
            <w:tcW w:w="2292" w:type="dxa"/>
          </w:tcPr>
          <w:p w14:paraId="3F2BC5B8" w14:textId="77777777" w:rsidR="007D14FE" w:rsidRDefault="008616B2">
            <w:r>
              <w:rPr>
                <w:sz w:val="16"/>
              </w:rPr>
              <w:t>Jurnal, laporan, dokumentasi, dan kelengkapan administrasi</w:t>
            </w:r>
          </w:p>
        </w:tc>
        <w:tc>
          <w:tcPr>
            <w:tcW w:w="1567" w:type="dxa"/>
          </w:tcPr>
          <w:p w14:paraId="0D4D003C" w14:textId="77777777" w:rsidR="007D14FE" w:rsidRDefault="008616B2">
            <w:r>
              <w:rPr>
                <w:sz w:val="16"/>
              </w:rPr>
              <w:t>5</w:t>
            </w:r>
          </w:p>
        </w:tc>
        <w:tc>
          <w:tcPr>
            <w:tcW w:w="1567" w:type="dxa"/>
          </w:tcPr>
          <w:p w14:paraId="5E0EAFD9" w14:textId="77777777" w:rsidR="007D14FE" w:rsidRDefault="007D14FE"/>
        </w:tc>
        <w:tc>
          <w:tcPr>
            <w:tcW w:w="1567" w:type="dxa"/>
          </w:tcPr>
          <w:p w14:paraId="747CFE8E" w14:textId="77777777" w:rsidR="007D14FE" w:rsidRDefault="007D14FE"/>
        </w:tc>
      </w:tr>
      <w:tr w:rsidR="007D14FE" w14:paraId="009753E1" w14:textId="77777777" w:rsidTr="008616B2">
        <w:trPr>
          <w:jc w:val="center"/>
        </w:trPr>
        <w:tc>
          <w:tcPr>
            <w:tcW w:w="566" w:type="dxa"/>
          </w:tcPr>
          <w:p w14:paraId="4CFD6E44" w14:textId="77777777" w:rsidR="007D14FE" w:rsidRDefault="007D14FE"/>
        </w:tc>
        <w:tc>
          <w:tcPr>
            <w:tcW w:w="1843" w:type="dxa"/>
          </w:tcPr>
          <w:p w14:paraId="317BF6A7" w14:textId="77777777" w:rsidR="007D14FE" w:rsidRDefault="008616B2">
            <w:r>
              <w:rPr>
                <w:b/>
                <w:sz w:val="16"/>
              </w:rPr>
              <w:t>TOTAL</w:t>
            </w:r>
          </w:p>
        </w:tc>
        <w:tc>
          <w:tcPr>
            <w:tcW w:w="2292" w:type="dxa"/>
          </w:tcPr>
          <w:p w14:paraId="7BB2373C" w14:textId="77777777" w:rsidR="007D14FE" w:rsidRDefault="007D14FE"/>
        </w:tc>
        <w:tc>
          <w:tcPr>
            <w:tcW w:w="1567" w:type="dxa"/>
          </w:tcPr>
          <w:p w14:paraId="7EFDFF71" w14:textId="77777777" w:rsidR="007D14FE" w:rsidRDefault="008616B2">
            <w:r>
              <w:rPr>
                <w:b/>
                <w:sz w:val="16"/>
              </w:rPr>
              <w:t>100</w:t>
            </w:r>
          </w:p>
        </w:tc>
        <w:tc>
          <w:tcPr>
            <w:tcW w:w="1567" w:type="dxa"/>
          </w:tcPr>
          <w:p w14:paraId="713D7B9F" w14:textId="77777777" w:rsidR="007D14FE" w:rsidRDefault="007D14FE"/>
        </w:tc>
        <w:tc>
          <w:tcPr>
            <w:tcW w:w="1567" w:type="dxa"/>
          </w:tcPr>
          <w:p w14:paraId="5EBC806A" w14:textId="77777777" w:rsidR="007D14FE" w:rsidRDefault="007D14FE"/>
        </w:tc>
      </w:tr>
    </w:tbl>
    <w:p w14:paraId="48798B65" w14:textId="77777777" w:rsidR="007D14FE" w:rsidRDefault="007D14FE"/>
    <w:p w14:paraId="79E5856B" w14:textId="77777777" w:rsidR="007D14FE" w:rsidRDefault="008616B2">
      <w:r>
        <w:rPr>
          <w:b/>
        </w:rPr>
        <w:t>B. PENILAIAN PROGRAM KERJA INDIVIDU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2"/>
        <w:gridCol w:w="2742"/>
        <w:gridCol w:w="1567"/>
        <w:gridCol w:w="1567"/>
        <w:gridCol w:w="1567"/>
        <w:gridCol w:w="1567"/>
      </w:tblGrid>
      <w:tr w:rsidR="007D14FE" w14:paraId="49656352" w14:textId="77777777" w:rsidTr="008616B2">
        <w:tc>
          <w:tcPr>
            <w:tcW w:w="392" w:type="dxa"/>
            <w:shd w:val="clear" w:color="auto" w:fill="D9EAF7"/>
          </w:tcPr>
          <w:p w14:paraId="753C5C78" w14:textId="77777777" w:rsidR="007D14FE" w:rsidRDefault="008616B2">
            <w:r>
              <w:rPr>
                <w:b/>
                <w:sz w:val="16"/>
              </w:rPr>
              <w:t>No.</w:t>
            </w:r>
          </w:p>
        </w:tc>
        <w:tc>
          <w:tcPr>
            <w:tcW w:w="2742" w:type="dxa"/>
            <w:shd w:val="clear" w:color="auto" w:fill="D9EAF7"/>
          </w:tcPr>
          <w:p w14:paraId="27B45883" w14:textId="77777777" w:rsidR="007D14FE" w:rsidRDefault="008616B2">
            <w:r>
              <w:rPr>
                <w:b/>
                <w:sz w:val="16"/>
              </w:rPr>
              <w:t>Program/Kegiatan</w:t>
            </w:r>
          </w:p>
        </w:tc>
        <w:tc>
          <w:tcPr>
            <w:tcW w:w="1567" w:type="dxa"/>
            <w:shd w:val="clear" w:color="auto" w:fill="D9EAF7"/>
          </w:tcPr>
          <w:p w14:paraId="4CB4693D" w14:textId="77777777" w:rsidR="007D14FE" w:rsidRDefault="008616B2">
            <w:r>
              <w:rPr>
                <w:b/>
                <w:sz w:val="16"/>
              </w:rPr>
              <w:t>Peran Mahasiswa</w:t>
            </w:r>
          </w:p>
        </w:tc>
        <w:tc>
          <w:tcPr>
            <w:tcW w:w="1567" w:type="dxa"/>
            <w:shd w:val="clear" w:color="auto" w:fill="D9EAF7"/>
          </w:tcPr>
          <w:p w14:paraId="40362639" w14:textId="77777777" w:rsidR="007D14FE" w:rsidRDefault="008616B2">
            <w:r>
              <w:rPr>
                <w:b/>
                <w:sz w:val="16"/>
              </w:rPr>
              <w:t>Hasil/Output</w:t>
            </w:r>
          </w:p>
        </w:tc>
        <w:tc>
          <w:tcPr>
            <w:tcW w:w="1567" w:type="dxa"/>
            <w:shd w:val="clear" w:color="auto" w:fill="D9EAF7"/>
          </w:tcPr>
          <w:p w14:paraId="7865231C" w14:textId="77777777" w:rsidR="007D14FE" w:rsidRDefault="008616B2">
            <w:r>
              <w:rPr>
                <w:b/>
                <w:sz w:val="16"/>
              </w:rPr>
              <w:t>Nilai</w:t>
            </w:r>
          </w:p>
        </w:tc>
        <w:tc>
          <w:tcPr>
            <w:tcW w:w="1567" w:type="dxa"/>
            <w:shd w:val="clear" w:color="auto" w:fill="D9EAF7"/>
          </w:tcPr>
          <w:p w14:paraId="5B00D12C" w14:textId="77777777" w:rsidR="007D14FE" w:rsidRDefault="008616B2">
            <w:r>
              <w:rPr>
                <w:b/>
                <w:sz w:val="16"/>
              </w:rPr>
              <w:t>Catatan</w:t>
            </w:r>
          </w:p>
        </w:tc>
      </w:tr>
      <w:tr w:rsidR="007D14FE" w14:paraId="73B658D7" w14:textId="77777777" w:rsidTr="008616B2">
        <w:tc>
          <w:tcPr>
            <w:tcW w:w="392" w:type="dxa"/>
          </w:tcPr>
          <w:p w14:paraId="51A00E90" w14:textId="77777777" w:rsidR="007D14FE" w:rsidRDefault="008616B2">
            <w:r>
              <w:rPr>
                <w:sz w:val="16"/>
              </w:rPr>
              <w:t>1</w:t>
            </w:r>
          </w:p>
        </w:tc>
        <w:tc>
          <w:tcPr>
            <w:tcW w:w="2742" w:type="dxa"/>
          </w:tcPr>
          <w:p w14:paraId="045B98FC" w14:textId="77777777" w:rsidR="007D14FE" w:rsidRDefault="007D14FE"/>
        </w:tc>
        <w:tc>
          <w:tcPr>
            <w:tcW w:w="1567" w:type="dxa"/>
          </w:tcPr>
          <w:p w14:paraId="4908B9E3" w14:textId="77777777" w:rsidR="007D14FE" w:rsidRDefault="007D14FE"/>
        </w:tc>
        <w:tc>
          <w:tcPr>
            <w:tcW w:w="1567" w:type="dxa"/>
          </w:tcPr>
          <w:p w14:paraId="6ED01819" w14:textId="77777777" w:rsidR="007D14FE" w:rsidRDefault="007D14FE"/>
        </w:tc>
        <w:tc>
          <w:tcPr>
            <w:tcW w:w="1567" w:type="dxa"/>
          </w:tcPr>
          <w:p w14:paraId="403960BB" w14:textId="77777777" w:rsidR="007D14FE" w:rsidRDefault="007D14FE"/>
        </w:tc>
        <w:tc>
          <w:tcPr>
            <w:tcW w:w="1567" w:type="dxa"/>
          </w:tcPr>
          <w:p w14:paraId="7440C444" w14:textId="77777777" w:rsidR="007D14FE" w:rsidRDefault="007D14FE"/>
        </w:tc>
      </w:tr>
      <w:tr w:rsidR="007D14FE" w14:paraId="350478ED" w14:textId="77777777" w:rsidTr="008616B2">
        <w:tc>
          <w:tcPr>
            <w:tcW w:w="392" w:type="dxa"/>
          </w:tcPr>
          <w:p w14:paraId="357B1EED" w14:textId="77777777" w:rsidR="007D14FE" w:rsidRDefault="008616B2">
            <w:r>
              <w:rPr>
                <w:sz w:val="16"/>
              </w:rPr>
              <w:t>2</w:t>
            </w:r>
          </w:p>
        </w:tc>
        <w:tc>
          <w:tcPr>
            <w:tcW w:w="2742" w:type="dxa"/>
          </w:tcPr>
          <w:p w14:paraId="4F5E3673" w14:textId="77777777" w:rsidR="007D14FE" w:rsidRDefault="007D14FE"/>
        </w:tc>
        <w:tc>
          <w:tcPr>
            <w:tcW w:w="1567" w:type="dxa"/>
          </w:tcPr>
          <w:p w14:paraId="6C5BB723" w14:textId="77777777" w:rsidR="007D14FE" w:rsidRDefault="007D14FE"/>
        </w:tc>
        <w:tc>
          <w:tcPr>
            <w:tcW w:w="1567" w:type="dxa"/>
          </w:tcPr>
          <w:p w14:paraId="158D9FFF" w14:textId="77777777" w:rsidR="007D14FE" w:rsidRDefault="007D14FE"/>
        </w:tc>
        <w:tc>
          <w:tcPr>
            <w:tcW w:w="1567" w:type="dxa"/>
          </w:tcPr>
          <w:p w14:paraId="753FAADD" w14:textId="77777777" w:rsidR="007D14FE" w:rsidRDefault="007D14FE"/>
        </w:tc>
        <w:tc>
          <w:tcPr>
            <w:tcW w:w="1567" w:type="dxa"/>
          </w:tcPr>
          <w:p w14:paraId="268AC717" w14:textId="77777777" w:rsidR="007D14FE" w:rsidRDefault="007D14FE"/>
        </w:tc>
      </w:tr>
      <w:tr w:rsidR="007D14FE" w14:paraId="4441DD51" w14:textId="77777777" w:rsidTr="008616B2">
        <w:tc>
          <w:tcPr>
            <w:tcW w:w="392" w:type="dxa"/>
          </w:tcPr>
          <w:p w14:paraId="079FDF16" w14:textId="77777777" w:rsidR="007D14FE" w:rsidRDefault="008616B2">
            <w:r>
              <w:rPr>
                <w:sz w:val="16"/>
              </w:rPr>
              <w:t>3</w:t>
            </w:r>
          </w:p>
        </w:tc>
        <w:tc>
          <w:tcPr>
            <w:tcW w:w="2742" w:type="dxa"/>
          </w:tcPr>
          <w:p w14:paraId="1B3E114E" w14:textId="77777777" w:rsidR="007D14FE" w:rsidRDefault="007D14FE"/>
        </w:tc>
        <w:tc>
          <w:tcPr>
            <w:tcW w:w="1567" w:type="dxa"/>
          </w:tcPr>
          <w:p w14:paraId="372AADA9" w14:textId="77777777" w:rsidR="007D14FE" w:rsidRDefault="007D14FE"/>
        </w:tc>
        <w:tc>
          <w:tcPr>
            <w:tcW w:w="1567" w:type="dxa"/>
          </w:tcPr>
          <w:p w14:paraId="7B54FB71" w14:textId="77777777" w:rsidR="007D14FE" w:rsidRDefault="007D14FE"/>
        </w:tc>
        <w:tc>
          <w:tcPr>
            <w:tcW w:w="1567" w:type="dxa"/>
          </w:tcPr>
          <w:p w14:paraId="063F1018" w14:textId="77777777" w:rsidR="007D14FE" w:rsidRDefault="007D14FE"/>
        </w:tc>
        <w:tc>
          <w:tcPr>
            <w:tcW w:w="1567" w:type="dxa"/>
          </w:tcPr>
          <w:p w14:paraId="3C592DE1" w14:textId="77777777" w:rsidR="007D14FE" w:rsidRDefault="007D14FE"/>
        </w:tc>
      </w:tr>
      <w:tr w:rsidR="007D14FE" w14:paraId="62E58828" w14:textId="77777777" w:rsidTr="008616B2">
        <w:tc>
          <w:tcPr>
            <w:tcW w:w="392" w:type="dxa"/>
          </w:tcPr>
          <w:p w14:paraId="2DD43854" w14:textId="77777777" w:rsidR="007D14FE" w:rsidRDefault="008616B2">
            <w:r>
              <w:rPr>
                <w:sz w:val="16"/>
              </w:rPr>
              <w:t>4</w:t>
            </w:r>
          </w:p>
        </w:tc>
        <w:tc>
          <w:tcPr>
            <w:tcW w:w="2742" w:type="dxa"/>
          </w:tcPr>
          <w:p w14:paraId="4181C86E" w14:textId="77777777" w:rsidR="007D14FE" w:rsidRDefault="007D14FE"/>
        </w:tc>
        <w:tc>
          <w:tcPr>
            <w:tcW w:w="1567" w:type="dxa"/>
          </w:tcPr>
          <w:p w14:paraId="2AF2FC9A" w14:textId="77777777" w:rsidR="007D14FE" w:rsidRDefault="007D14FE"/>
        </w:tc>
        <w:tc>
          <w:tcPr>
            <w:tcW w:w="1567" w:type="dxa"/>
          </w:tcPr>
          <w:p w14:paraId="46D17537" w14:textId="77777777" w:rsidR="007D14FE" w:rsidRDefault="007D14FE"/>
        </w:tc>
        <w:tc>
          <w:tcPr>
            <w:tcW w:w="1567" w:type="dxa"/>
          </w:tcPr>
          <w:p w14:paraId="6C8A8D94" w14:textId="77777777" w:rsidR="007D14FE" w:rsidRDefault="007D14FE"/>
        </w:tc>
        <w:tc>
          <w:tcPr>
            <w:tcW w:w="1567" w:type="dxa"/>
          </w:tcPr>
          <w:p w14:paraId="1A66555D" w14:textId="77777777" w:rsidR="007D14FE" w:rsidRDefault="007D14FE"/>
        </w:tc>
      </w:tr>
      <w:tr w:rsidR="007D14FE" w14:paraId="6643DF67" w14:textId="77777777" w:rsidTr="008616B2">
        <w:tc>
          <w:tcPr>
            <w:tcW w:w="392" w:type="dxa"/>
          </w:tcPr>
          <w:p w14:paraId="1AA5494A" w14:textId="77777777" w:rsidR="007D14FE" w:rsidRDefault="008616B2">
            <w:r>
              <w:rPr>
                <w:sz w:val="16"/>
              </w:rPr>
              <w:t>5</w:t>
            </w:r>
          </w:p>
        </w:tc>
        <w:tc>
          <w:tcPr>
            <w:tcW w:w="2742" w:type="dxa"/>
          </w:tcPr>
          <w:p w14:paraId="51F95ECB" w14:textId="77777777" w:rsidR="007D14FE" w:rsidRDefault="007D14FE"/>
        </w:tc>
        <w:tc>
          <w:tcPr>
            <w:tcW w:w="1567" w:type="dxa"/>
          </w:tcPr>
          <w:p w14:paraId="66B67373" w14:textId="77777777" w:rsidR="007D14FE" w:rsidRDefault="007D14FE"/>
        </w:tc>
        <w:tc>
          <w:tcPr>
            <w:tcW w:w="1567" w:type="dxa"/>
          </w:tcPr>
          <w:p w14:paraId="0077FD97" w14:textId="77777777" w:rsidR="007D14FE" w:rsidRDefault="007D14FE"/>
        </w:tc>
        <w:tc>
          <w:tcPr>
            <w:tcW w:w="1567" w:type="dxa"/>
          </w:tcPr>
          <w:p w14:paraId="1648322B" w14:textId="77777777" w:rsidR="007D14FE" w:rsidRDefault="007D14FE"/>
        </w:tc>
        <w:tc>
          <w:tcPr>
            <w:tcW w:w="1567" w:type="dxa"/>
          </w:tcPr>
          <w:p w14:paraId="6AB96AD2" w14:textId="77777777" w:rsidR="007D14FE" w:rsidRDefault="007D14FE"/>
        </w:tc>
      </w:tr>
    </w:tbl>
    <w:p w14:paraId="54DE6428" w14:textId="77777777" w:rsidR="007D14FE" w:rsidRDefault="007D14FE"/>
    <w:p w14:paraId="72B54864" w14:textId="77777777" w:rsidR="007D14FE" w:rsidRDefault="008616B2">
      <w:r>
        <w:rPr>
          <w:b/>
        </w:rPr>
        <w:lastRenderedPageBreak/>
        <w:t>C. KATEGORI NILAI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7D14FE" w14:paraId="7D726542" w14:textId="77777777">
        <w:tc>
          <w:tcPr>
            <w:tcW w:w="3135" w:type="dxa"/>
            <w:shd w:val="clear" w:color="auto" w:fill="D9EAF7"/>
          </w:tcPr>
          <w:p w14:paraId="2FA719D1" w14:textId="77777777" w:rsidR="007D14FE" w:rsidRDefault="008616B2">
            <w:r>
              <w:rPr>
                <w:b/>
                <w:sz w:val="18"/>
              </w:rPr>
              <w:t>Rentang Nilai</w:t>
            </w:r>
          </w:p>
        </w:tc>
        <w:tc>
          <w:tcPr>
            <w:tcW w:w="3135" w:type="dxa"/>
            <w:shd w:val="clear" w:color="auto" w:fill="D9EAF7"/>
          </w:tcPr>
          <w:p w14:paraId="38963993" w14:textId="77777777" w:rsidR="007D14FE" w:rsidRDefault="008616B2">
            <w:r>
              <w:rPr>
                <w:b/>
                <w:sz w:val="18"/>
              </w:rPr>
              <w:t>Kategori</w:t>
            </w:r>
          </w:p>
        </w:tc>
        <w:tc>
          <w:tcPr>
            <w:tcW w:w="3135" w:type="dxa"/>
            <w:shd w:val="clear" w:color="auto" w:fill="D9EAF7"/>
          </w:tcPr>
          <w:p w14:paraId="762B7D4A" w14:textId="77777777" w:rsidR="007D14FE" w:rsidRDefault="008616B2">
            <w:r>
              <w:rPr>
                <w:b/>
                <w:sz w:val="18"/>
              </w:rPr>
              <w:t>Keterangan</w:t>
            </w:r>
          </w:p>
        </w:tc>
      </w:tr>
      <w:tr w:rsidR="007D14FE" w14:paraId="66BD46A6" w14:textId="77777777">
        <w:tc>
          <w:tcPr>
            <w:tcW w:w="3135" w:type="dxa"/>
          </w:tcPr>
          <w:p w14:paraId="28A38C0A" w14:textId="77777777" w:rsidR="007D14FE" w:rsidRDefault="008616B2">
            <w:r>
              <w:rPr>
                <w:sz w:val="18"/>
              </w:rPr>
              <w:t>85–100</w:t>
            </w:r>
          </w:p>
        </w:tc>
        <w:tc>
          <w:tcPr>
            <w:tcW w:w="3135" w:type="dxa"/>
          </w:tcPr>
          <w:p w14:paraId="2540273D" w14:textId="77777777" w:rsidR="007D14FE" w:rsidRDefault="008616B2">
            <w:r>
              <w:rPr>
                <w:sz w:val="18"/>
              </w:rPr>
              <w:t>Sangat Baik</w:t>
            </w:r>
          </w:p>
        </w:tc>
        <w:tc>
          <w:tcPr>
            <w:tcW w:w="3135" w:type="dxa"/>
          </w:tcPr>
          <w:p w14:paraId="292E0D34" w14:textId="77777777" w:rsidR="007D14FE" w:rsidRDefault="007D14FE"/>
        </w:tc>
      </w:tr>
      <w:tr w:rsidR="007D14FE" w14:paraId="5500F3B7" w14:textId="77777777">
        <w:tc>
          <w:tcPr>
            <w:tcW w:w="3135" w:type="dxa"/>
          </w:tcPr>
          <w:p w14:paraId="064C4871" w14:textId="77777777" w:rsidR="007D14FE" w:rsidRDefault="008616B2">
            <w:r>
              <w:rPr>
                <w:sz w:val="18"/>
              </w:rPr>
              <w:t>75–84</w:t>
            </w:r>
          </w:p>
        </w:tc>
        <w:tc>
          <w:tcPr>
            <w:tcW w:w="3135" w:type="dxa"/>
          </w:tcPr>
          <w:p w14:paraId="3783CD60" w14:textId="77777777" w:rsidR="007D14FE" w:rsidRDefault="008616B2">
            <w:r>
              <w:rPr>
                <w:sz w:val="18"/>
              </w:rPr>
              <w:t>Baik</w:t>
            </w:r>
          </w:p>
        </w:tc>
        <w:tc>
          <w:tcPr>
            <w:tcW w:w="3135" w:type="dxa"/>
          </w:tcPr>
          <w:p w14:paraId="566AA9CD" w14:textId="77777777" w:rsidR="007D14FE" w:rsidRDefault="007D14FE"/>
        </w:tc>
      </w:tr>
      <w:tr w:rsidR="007D14FE" w14:paraId="3D77054D" w14:textId="77777777">
        <w:tc>
          <w:tcPr>
            <w:tcW w:w="3135" w:type="dxa"/>
          </w:tcPr>
          <w:p w14:paraId="20928FF2" w14:textId="77777777" w:rsidR="007D14FE" w:rsidRDefault="008616B2">
            <w:r>
              <w:rPr>
                <w:sz w:val="18"/>
              </w:rPr>
              <w:t>65–74</w:t>
            </w:r>
          </w:p>
        </w:tc>
        <w:tc>
          <w:tcPr>
            <w:tcW w:w="3135" w:type="dxa"/>
          </w:tcPr>
          <w:p w14:paraId="31A8EFF0" w14:textId="77777777" w:rsidR="007D14FE" w:rsidRDefault="008616B2">
            <w:r>
              <w:rPr>
                <w:sz w:val="18"/>
              </w:rPr>
              <w:t>Cukup</w:t>
            </w:r>
          </w:p>
        </w:tc>
        <w:tc>
          <w:tcPr>
            <w:tcW w:w="3135" w:type="dxa"/>
          </w:tcPr>
          <w:p w14:paraId="3909866E" w14:textId="77777777" w:rsidR="007D14FE" w:rsidRDefault="007D14FE"/>
        </w:tc>
      </w:tr>
      <w:tr w:rsidR="007D14FE" w14:paraId="4DB6B771" w14:textId="77777777">
        <w:tc>
          <w:tcPr>
            <w:tcW w:w="3135" w:type="dxa"/>
          </w:tcPr>
          <w:p w14:paraId="1A131E90" w14:textId="77777777" w:rsidR="007D14FE" w:rsidRDefault="008616B2">
            <w:r>
              <w:rPr>
                <w:sz w:val="18"/>
              </w:rPr>
              <w:t>≤64</w:t>
            </w:r>
          </w:p>
        </w:tc>
        <w:tc>
          <w:tcPr>
            <w:tcW w:w="3135" w:type="dxa"/>
          </w:tcPr>
          <w:p w14:paraId="6A8827A4" w14:textId="77777777" w:rsidR="007D14FE" w:rsidRDefault="008616B2">
            <w:r>
              <w:rPr>
                <w:sz w:val="18"/>
              </w:rPr>
              <w:t>Perlu Perbaikan</w:t>
            </w:r>
          </w:p>
        </w:tc>
        <w:tc>
          <w:tcPr>
            <w:tcW w:w="3135" w:type="dxa"/>
          </w:tcPr>
          <w:p w14:paraId="0465BAAA" w14:textId="77777777" w:rsidR="007D14FE" w:rsidRDefault="007D14FE"/>
        </w:tc>
      </w:tr>
    </w:tbl>
    <w:p w14:paraId="75A83FEA" w14:textId="77777777" w:rsidR="007D14FE" w:rsidRDefault="007D14FE"/>
    <w:p w14:paraId="52A8FA5A" w14:textId="77777777" w:rsidR="007D14FE" w:rsidRDefault="008616B2">
      <w:r>
        <w:rPr>
          <w:b/>
        </w:rPr>
        <w:t>D. REKAP NILAI AKHIR</w:t>
      </w:r>
    </w:p>
    <w:p w14:paraId="379942C3" w14:textId="7EB2DED4" w:rsidR="007D14FE" w:rsidRDefault="008616B2">
      <w:r>
        <w:t xml:space="preserve">Nilai </w:t>
      </w:r>
      <w:proofErr w:type="spellStart"/>
      <w:r>
        <w:t>dari</w:t>
      </w:r>
      <w:proofErr w:type="spellEnd"/>
      <w:r>
        <w:t xml:space="preserve"> DPL</w:t>
      </w:r>
      <w:r>
        <w:tab/>
      </w:r>
      <w:r>
        <w:t>: ........................................................................................</w:t>
      </w:r>
    </w:p>
    <w:p w14:paraId="6B16B53E" w14:textId="4B89C0B6" w:rsidR="007D14FE" w:rsidRDefault="008616B2">
      <w:r>
        <w:t>Nilai Akhir</w:t>
      </w:r>
      <w:r>
        <w:tab/>
      </w:r>
      <w:r>
        <w:t>: ......................................................................................</w:t>
      </w:r>
      <w:r>
        <w:t>..</w:t>
      </w:r>
    </w:p>
    <w:p w14:paraId="6133F8B1" w14:textId="2F1B6D9E" w:rsidR="007D14FE" w:rsidRDefault="008616B2">
      <w:proofErr w:type="spellStart"/>
      <w:r>
        <w:t>Kategori</w:t>
      </w:r>
      <w:proofErr w:type="spellEnd"/>
      <w:r>
        <w:tab/>
      </w:r>
      <w:r>
        <w:t>: ........................................................................................</w:t>
      </w:r>
    </w:p>
    <w:p w14:paraId="21D8912B" w14:textId="77777777" w:rsidR="007D14FE" w:rsidRDefault="007D14FE"/>
    <w:p w14:paraId="0C45E38F" w14:textId="77777777" w:rsidR="007D14FE" w:rsidRDefault="008616B2">
      <w:r>
        <w:rPr>
          <w:b/>
        </w:rPr>
        <w:t>E. CATATAN DAN REKOMENDASI</w:t>
      </w:r>
    </w:p>
    <w:p w14:paraId="70379C9E" w14:textId="77777777" w:rsidR="007D14FE" w:rsidRDefault="008616B2">
      <w:r>
        <w:t>Kelebihan mahasiswa:</w:t>
      </w:r>
    </w:p>
    <w:p w14:paraId="20805808" w14:textId="77777777" w:rsidR="007D14FE" w:rsidRDefault="008616B2">
      <w:r>
        <w:t>................................................................................................................</w:t>
      </w:r>
    </w:p>
    <w:p w14:paraId="76BDDD7B" w14:textId="77777777" w:rsidR="007D14FE" w:rsidRDefault="008616B2">
      <w:r>
        <w:t>Hal yang perlu ditingkatkan:</w:t>
      </w:r>
    </w:p>
    <w:p w14:paraId="6CE6A8D3" w14:textId="77777777" w:rsidR="007D14FE" w:rsidRDefault="008616B2">
      <w:r>
        <w:t>................................................................................................................</w:t>
      </w:r>
    </w:p>
    <w:p w14:paraId="67E78B47" w14:textId="77777777" w:rsidR="007D14FE" w:rsidRDefault="008616B2">
      <w:r>
        <w:t>R</w:t>
      </w:r>
      <w:r>
        <w:t>ekomendasi DPL:</w:t>
      </w:r>
    </w:p>
    <w:p w14:paraId="38D720E6" w14:textId="77777777" w:rsidR="007D14FE" w:rsidRDefault="008616B2">
      <w:r>
        <w:t>................................................................................................................</w:t>
      </w:r>
    </w:p>
    <w:p w14:paraId="3015E5EE" w14:textId="77777777" w:rsidR="007D14FE" w:rsidRDefault="007D14FE"/>
    <w:p w14:paraId="5322B526" w14:textId="77777777" w:rsidR="007D14FE" w:rsidRDefault="008616B2">
      <w:r>
        <w:rPr>
          <w:b/>
        </w:rPr>
        <w:t>F. PENGESAHAN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28"/>
        <w:gridCol w:w="3827"/>
      </w:tblGrid>
      <w:tr w:rsidR="008616B2" w14:paraId="717D7EB1" w14:textId="77777777" w:rsidTr="008616B2">
        <w:tc>
          <w:tcPr>
            <w:tcW w:w="4928" w:type="dxa"/>
          </w:tcPr>
          <w:p w14:paraId="758C5CE6" w14:textId="3DD17D47" w:rsidR="008616B2" w:rsidRDefault="008616B2">
            <w:proofErr w:type="spellStart"/>
            <w:r>
              <w:rPr>
                <w:sz w:val="20"/>
              </w:rPr>
              <w:t>Dosen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 xml:space="preserve"> I</w:t>
            </w:r>
          </w:p>
        </w:tc>
        <w:tc>
          <w:tcPr>
            <w:tcW w:w="3827" w:type="dxa"/>
          </w:tcPr>
          <w:p w14:paraId="175D4DC7" w14:textId="23BF1FB4" w:rsidR="008616B2" w:rsidRDefault="008616B2">
            <w:proofErr w:type="spellStart"/>
            <w:r>
              <w:rPr>
                <w:sz w:val="20"/>
              </w:rPr>
              <w:t>Dosen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 xml:space="preserve"> I</w:t>
            </w:r>
            <w:r>
              <w:rPr>
                <w:sz w:val="20"/>
              </w:rPr>
              <w:t>I</w:t>
            </w:r>
          </w:p>
        </w:tc>
      </w:tr>
      <w:tr w:rsidR="008616B2" w14:paraId="609282EC" w14:textId="77777777" w:rsidTr="008616B2">
        <w:tc>
          <w:tcPr>
            <w:tcW w:w="4928" w:type="dxa"/>
          </w:tcPr>
          <w:p w14:paraId="76723D5D" w14:textId="77777777" w:rsidR="008616B2" w:rsidRDefault="008616B2"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(....................................)</w:t>
            </w:r>
          </w:p>
        </w:tc>
        <w:tc>
          <w:tcPr>
            <w:tcW w:w="3827" w:type="dxa"/>
          </w:tcPr>
          <w:p w14:paraId="4DC02D31" w14:textId="77777777" w:rsidR="008616B2" w:rsidRDefault="008616B2"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(....................................)</w:t>
            </w:r>
          </w:p>
        </w:tc>
      </w:tr>
    </w:tbl>
    <w:p w14:paraId="6FB57491" w14:textId="77777777" w:rsidR="007D14FE" w:rsidRDefault="007D14FE"/>
    <w:p w14:paraId="1F45E0E7" w14:textId="076490CB" w:rsidR="007D14FE" w:rsidRDefault="007D14FE">
      <w:pPr>
        <w:jc w:val="center"/>
      </w:pPr>
    </w:p>
    <w:sectPr w:rsidR="007D14FE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D14FE"/>
    <w:rsid w:val="008616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E9353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2013-12-23T23:15:00Z</dcterms:created>
  <dcterms:modified xsi:type="dcterms:W3CDTF">2026-09-08T05:14:00Z</dcterms:modified>
  <cp:category/>
</cp:coreProperties>
</file>