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7D7C" w14:textId="77777777" w:rsidR="004B1FA6" w:rsidRP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 w:val="28"/>
          <w:szCs w:val="28"/>
        </w:rPr>
        <w:t>SEKOLAH TINGGI AGAMA ISLAM (STAI) PADUKA ANAMBAS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>LEMBAGA PENELITIAN DAN PENGABDIAN KEPADA MASYARAKAT (LPPM)</w:t>
      </w:r>
    </w:p>
    <w:p w14:paraId="51D8D8EC" w14:textId="77777777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743A3148" w14:textId="6592F549" w:rsidR="004B1FA6" w:rsidRP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>LAPORAN KELOMPOK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>KULIAH KERJA NYATA (KKN)</w:t>
      </w:r>
    </w:p>
    <w:p w14:paraId="77817B55" w14:textId="77777777" w:rsidR="004B1FA6" w:rsidRP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>TAHUN AKADEMIK 20.... / 20....</w:t>
      </w:r>
    </w:p>
    <w:p w14:paraId="280E7A9E" w14:textId="53B9A5BA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179FFF" wp14:editId="3E3BF77E">
            <wp:simplePos x="0" y="0"/>
            <wp:positionH relativeFrom="column">
              <wp:posOffset>2050415</wp:posOffset>
            </wp:positionH>
            <wp:positionV relativeFrom="paragraph">
              <wp:posOffset>211455</wp:posOffset>
            </wp:positionV>
            <wp:extent cx="1651000" cy="1589197"/>
            <wp:effectExtent l="0" t="0" r="635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58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0CCD9" w14:textId="77777777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1E53BC77" w14:textId="77777777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676F2215" w14:textId="77777777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721B2BA1" w14:textId="77777777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5AED4279" w14:textId="77777777" w:rsidR="004B1FA6" w:rsidRDefault="004B1FA6" w:rsidP="004B1FA6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</w:rPr>
      </w:pPr>
    </w:p>
    <w:p w14:paraId="5B7D7B99" w14:textId="77777777" w:rsidR="004B1FA6" w:rsidRDefault="004B1FA6" w:rsidP="004B1FA6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</w:rPr>
      </w:pPr>
    </w:p>
    <w:p w14:paraId="511EFAE5" w14:textId="3AC1B849" w:rsidR="004B1FA6" w:rsidRPr="004B1FA6" w:rsidRDefault="004B1FA6" w:rsidP="004B1FA6">
      <w:pPr>
        <w:spacing w:before="100" w:beforeAutospacing="1" w:after="100" w:afterAutospacing="1" w:line="240" w:lineRule="auto"/>
        <w:ind w:left="2160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 xml:space="preserve">DESA </w:t>
      </w:r>
      <w:r>
        <w:rPr>
          <w:rFonts w:eastAsia="Times New Roman" w:cs="Times New Roman"/>
          <w:b/>
          <w:bCs/>
          <w:szCs w:val="24"/>
        </w:rPr>
        <w:tab/>
      </w:r>
      <w:r>
        <w:rPr>
          <w:rFonts w:eastAsia="Times New Roman" w:cs="Times New Roman"/>
          <w:b/>
          <w:bCs/>
          <w:szCs w:val="24"/>
        </w:rPr>
        <w:tab/>
      </w:r>
      <w:r>
        <w:rPr>
          <w:rFonts w:eastAsia="Times New Roman" w:cs="Times New Roman"/>
          <w:b/>
          <w:bCs/>
          <w:szCs w:val="24"/>
        </w:rPr>
        <w:tab/>
      </w:r>
      <w:r w:rsidRPr="004B1FA6">
        <w:rPr>
          <w:rFonts w:eastAsia="Times New Roman" w:cs="Times New Roman"/>
          <w:b/>
          <w:bCs/>
          <w:szCs w:val="24"/>
        </w:rPr>
        <w:t xml:space="preserve">: </w:t>
      </w:r>
      <w:r w:rsidRPr="004B1FA6">
        <w:rPr>
          <w:rFonts w:eastAsia="Times New Roman" w:cs="Times New Roman"/>
          <w:szCs w:val="24"/>
        </w:rPr>
        <w:t xml:space="preserve"> 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 xml:space="preserve">KECAMATAN </w:t>
      </w:r>
      <w:r>
        <w:rPr>
          <w:rFonts w:eastAsia="Times New Roman" w:cs="Times New Roman"/>
          <w:b/>
          <w:bCs/>
          <w:szCs w:val="24"/>
        </w:rPr>
        <w:tab/>
      </w:r>
      <w:r w:rsidRPr="004B1FA6">
        <w:rPr>
          <w:rFonts w:eastAsia="Times New Roman" w:cs="Times New Roman"/>
          <w:b/>
          <w:bCs/>
          <w:szCs w:val="24"/>
        </w:rPr>
        <w:t xml:space="preserve">: 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 xml:space="preserve">KABUPATEN </w:t>
      </w:r>
      <w:r>
        <w:rPr>
          <w:rFonts w:eastAsia="Times New Roman" w:cs="Times New Roman"/>
          <w:b/>
          <w:bCs/>
          <w:szCs w:val="24"/>
        </w:rPr>
        <w:tab/>
      </w:r>
      <w:r w:rsidRPr="004B1FA6">
        <w:rPr>
          <w:rFonts w:eastAsia="Times New Roman" w:cs="Times New Roman"/>
          <w:b/>
          <w:bCs/>
          <w:szCs w:val="24"/>
        </w:rPr>
        <w:t xml:space="preserve">: </w:t>
      </w:r>
    </w:p>
    <w:p w14:paraId="68480521" w14:textId="77777777" w:rsid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13F7F0BE" w14:textId="34C79912" w:rsidR="004B1FA6" w:rsidRP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Cs w:val="24"/>
        </w:rPr>
        <w:t>DISUSUN OLEH:</w:t>
      </w:r>
      <w:r w:rsidRPr="004B1FA6">
        <w:rPr>
          <w:rFonts w:eastAsia="Times New Roman" w:cs="Times New Roman"/>
          <w:szCs w:val="24"/>
        </w:rPr>
        <w:br/>
      </w:r>
      <w:r w:rsidRPr="004B1FA6">
        <w:rPr>
          <w:rFonts w:eastAsia="Times New Roman" w:cs="Times New Roman"/>
          <w:b/>
          <w:bCs/>
          <w:szCs w:val="24"/>
        </w:rPr>
        <w:t>KELOMPOK ..........</w:t>
      </w:r>
    </w:p>
    <w:p w14:paraId="29DB5DC6" w14:textId="07104DC0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szCs w:val="24"/>
        </w:rPr>
        <w:t>Azim</w:t>
      </w:r>
    </w:p>
    <w:p w14:paraId="17837633" w14:textId="76AC39DB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Axel</w:t>
      </w:r>
    </w:p>
    <w:p w14:paraId="0996617C" w14:textId="698CE1D4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Arman</w:t>
      </w:r>
    </w:p>
    <w:p w14:paraId="677C1E2F" w14:textId="15F6BA0F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khalis</w:t>
      </w:r>
    </w:p>
    <w:p w14:paraId="714B0A87" w14:textId="08DDE27E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junaidi</w:t>
      </w:r>
    </w:p>
    <w:p w14:paraId="371FD05B" w14:textId="0AC418ED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sella</w:t>
      </w:r>
    </w:p>
    <w:p w14:paraId="22434C48" w14:textId="078E1B1D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jamail</w:t>
      </w:r>
    </w:p>
    <w:p w14:paraId="44F76E5B" w14:textId="7DE5D696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hendri</w:t>
      </w:r>
    </w:p>
    <w:p w14:paraId="7866FE3C" w14:textId="0A5F2597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sumarni</w:t>
      </w:r>
    </w:p>
    <w:p w14:paraId="225B2339" w14:textId="6F433150" w:rsidR="004B1FA6" w:rsidRDefault="004B1FA6" w:rsidP="004B1FA6">
      <w:pPr>
        <w:pStyle w:val="ListParagraph"/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arni budi</w:t>
      </w:r>
    </w:p>
    <w:p w14:paraId="7FC7BDF9" w14:textId="77777777" w:rsidR="004B1FA6" w:rsidRPr="004B1FA6" w:rsidRDefault="004B1FA6" w:rsidP="004B1FA6">
      <w:pPr>
        <w:pStyle w:val="ListParagraph"/>
        <w:spacing w:before="100" w:beforeAutospacing="1" w:after="100" w:afterAutospacing="1" w:line="240" w:lineRule="auto"/>
        <w:ind w:left="2694"/>
        <w:rPr>
          <w:rFonts w:eastAsia="Times New Roman" w:cs="Times New Roman"/>
          <w:szCs w:val="24"/>
        </w:rPr>
      </w:pPr>
    </w:p>
    <w:p w14:paraId="281779B2" w14:textId="77777777" w:rsidR="004B1FA6" w:rsidRPr="004B1FA6" w:rsidRDefault="004B1FA6" w:rsidP="004B1FA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</w:rPr>
      </w:pPr>
      <w:r w:rsidRPr="004B1FA6">
        <w:rPr>
          <w:rFonts w:eastAsia="Times New Roman" w:cs="Times New Roman"/>
          <w:b/>
          <w:bCs/>
          <w:sz w:val="28"/>
          <w:szCs w:val="28"/>
        </w:rPr>
        <w:t>SEKOLAH TINGGI AGAMA ISLAM (STAI) PADUKA ANAMBAS</w:t>
      </w:r>
      <w:r w:rsidRPr="004B1FA6">
        <w:rPr>
          <w:rFonts w:eastAsia="Times New Roman" w:cs="Times New Roman"/>
          <w:sz w:val="28"/>
          <w:szCs w:val="28"/>
        </w:rPr>
        <w:br/>
      </w:r>
      <w:r w:rsidRPr="004B1FA6">
        <w:rPr>
          <w:rFonts w:eastAsia="Times New Roman" w:cs="Times New Roman"/>
          <w:b/>
          <w:bCs/>
          <w:sz w:val="28"/>
          <w:szCs w:val="28"/>
        </w:rPr>
        <w:t>TAHUN 20...</w:t>
      </w:r>
    </w:p>
    <w:p w14:paraId="24865219" w14:textId="77777777" w:rsidR="003B3E94" w:rsidRDefault="003B3E94">
      <w:pPr>
        <w:jc w:val="center"/>
        <w:rPr>
          <w:b/>
          <w:sz w:val="28"/>
        </w:rPr>
      </w:pPr>
    </w:p>
    <w:p w14:paraId="6B327BA4" w14:textId="77777777" w:rsidR="003B3E94" w:rsidRDefault="003B3E94">
      <w:pPr>
        <w:jc w:val="center"/>
        <w:rPr>
          <w:b/>
          <w:sz w:val="28"/>
        </w:rPr>
      </w:pPr>
    </w:p>
    <w:p w14:paraId="0F5DF3E7" w14:textId="77777777" w:rsidR="003B3E94" w:rsidRDefault="003B3E94" w:rsidP="003B3E94">
      <w:pPr>
        <w:jc w:val="center"/>
      </w:pPr>
      <w:r>
        <w:rPr>
          <w:b/>
        </w:rPr>
        <w:lastRenderedPageBreak/>
        <w:t>LEMBAR PENGESAHAN</w:t>
      </w:r>
    </w:p>
    <w:p w14:paraId="22629E64" w14:textId="77777777" w:rsidR="003B3E94" w:rsidRDefault="003B3E94" w:rsidP="003B3E94">
      <w:pPr>
        <w:jc w:val="center"/>
      </w:pPr>
      <w:r>
        <w:rPr>
          <w:b/>
        </w:rPr>
        <w:t>LAPORAN KELOMPOK KKN</w:t>
      </w:r>
    </w:p>
    <w:p w14:paraId="3C632205" w14:textId="77777777" w:rsidR="003B3E94" w:rsidRDefault="003B3E94" w:rsidP="003B3E94">
      <w:r>
        <w:br/>
        <w:t>Laporan Kelompok KKN ini telah diperiksa dan disetujui untuk digunakan sebagai salah satu dokumen pelaksanaan Kuliah Kerja Nyata STAI Paduka Anambas.</w:t>
      </w:r>
    </w:p>
    <w:p w14:paraId="60A18307" w14:textId="77777777" w:rsidR="004B1FA6" w:rsidRDefault="004B1FA6" w:rsidP="003B3E94">
      <w:pPr>
        <w:ind w:left="5760"/>
      </w:pPr>
    </w:p>
    <w:p w14:paraId="421CDC6E" w14:textId="603EB48E" w:rsidR="003B3E94" w:rsidRDefault="003B3E94" w:rsidP="003B3E94">
      <w:pPr>
        <w:ind w:left="5760"/>
      </w:pPr>
      <w:r>
        <w:t>Anambas, ......................... 20....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6"/>
        <w:gridCol w:w="4284"/>
      </w:tblGrid>
      <w:tr w:rsidR="004B1FA6" w14:paraId="3BD5A310" w14:textId="77777777" w:rsidTr="004B1FA6">
        <w:trPr>
          <w:jc w:val="center"/>
        </w:trPr>
        <w:tc>
          <w:tcPr>
            <w:tcW w:w="4286" w:type="dxa"/>
            <w:vAlign w:val="center"/>
          </w:tcPr>
          <w:p w14:paraId="5F9C49D9" w14:textId="75B30E79" w:rsidR="004B1FA6" w:rsidRDefault="004B1FA6" w:rsidP="004B1FA6">
            <w:pPr>
              <w:jc w:val="center"/>
            </w:pPr>
            <w:r>
              <w:t>Kepala Desa/Lurah</w:t>
            </w:r>
          </w:p>
        </w:tc>
        <w:tc>
          <w:tcPr>
            <w:tcW w:w="4284" w:type="dxa"/>
            <w:vAlign w:val="center"/>
          </w:tcPr>
          <w:p w14:paraId="09C9ED7E" w14:textId="713F24AD" w:rsidR="004B1FA6" w:rsidRDefault="004B1FA6" w:rsidP="004B1FA6">
            <w:pPr>
              <w:jc w:val="center"/>
            </w:pPr>
            <w:r>
              <w:t>Ketua Kelompok</w:t>
            </w:r>
          </w:p>
        </w:tc>
      </w:tr>
      <w:tr w:rsidR="004B1FA6" w14:paraId="261BECAF" w14:textId="77777777" w:rsidTr="004B1FA6">
        <w:trPr>
          <w:trHeight w:val="1677"/>
          <w:jc w:val="center"/>
        </w:trPr>
        <w:tc>
          <w:tcPr>
            <w:tcW w:w="4286" w:type="dxa"/>
            <w:vAlign w:val="center"/>
          </w:tcPr>
          <w:p w14:paraId="1E6EF045" w14:textId="0D5D5123" w:rsidR="004B1FA6" w:rsidRDefault="004B1FA6" w:rsidP="004B1FA6">
            <w:pPr>
              <w:jc w:val="center"/>
            </w:pPr>
          </w:p>
          <w:p w14:paraId="3FF7638D" w14:textId="77777777" w:rsidR="004B1FA6" w:rsidRDefault="004B1FA6" w:rsidP="004B1FA6">
            <w:pPr>
              <w:jc w:val="center"/>
            </w:pPr>
          </w:p>
          <w:p w14:paraId="355A9D98" w14:textId="62288B42" w:rsidR="004B1FA6" w:rsidRDefault="004B1FA6" w:rsidP="004B1FA6">
            <w:pPr>
              <w:jc w:val="center"/>
            </w:pPr>
            <w:r>
              <w:t>(................................)</w:t>
            </w:r>
          </w:p>
        </w:tc>
        <w:tc>
          <w:tcPr>
            <w:tcW w:w="4284" w:type="dxa"/>
            <w:vAlign w:val="center"/>
          </w:tcPr>
          <w:p w14:paraId="6B7FC81E" w14:textId="77777777" w:rsidR="004B1FA6" w:rsidRDefault="004B1FA6" w:rsidP="004B1FA6">
            <w:pPr>
              <w:jc w:val="center"/>
            </w:pPr>
          </w:p>
          <w:p w14:paraId="6775C0A1" w14:textId="77777777" w:rsidR="004B1FA6" w:rsidRDefault="004B1FA6" w:rsidP="004B1FA6">
            <w:pPr>
              <w:jc w:val="center"/>
            </w:pPr>
          </w:p>
          <w:p w14:paraId="705CB19F" w14:textId="255921E3" w:rsidR="004B1FA6" w:rsidRDefault="004B1FA6" w:rsidP="004B1FA6">
            <w:pPr>
              <w:jc w:val="center"/>
            </w:pPr>
            <w:r>
              <w:t>(................................)</w:t>
            </w:r>
          </w:p>
        </w:tc>
      </w:tr>
      <w:tr w:rsidR="004B1FA6" w14:paraId="2F7092D1" w14:textId="77777777" w:rsidTr="004B1FA6">
        <w:trPr>
          <w:jc w:val="center"/>
        </w:trPr>
        <w:tc>
          <w:tcPr>
            <w:tcW w:w="4286" w:type="dxa"/>
            <w:vAlign w:val="center"/>
          </w:tcPr>
          <w:p w14:paraId="2148E333" w14:textId="04CD7E9A" w:rsidR="004B1FA6" w:rsidRDefault="004B1FA6" w:rsidP="004B1FA6">
            <w:pPr>
              <w:jc w:val="center"/>
            </w:pPr>
            <w:r>
              <w:t>Dosen Pembimbing Lapangan I</w:t>
            </w:r>
          </w:p>
        </w:tc>
        <w:tc>
          <w:tcPr>
            <w:tcW w:w="4284" w:type="dxa"/>
            <w:vAlign w:val="center"/>
          </w:tcPr>
          <w:p w14:paraId="0440D0F5" w14:textId="5A7E7A17" w:rsidR="004B1FA6" w:rsidRDefault="004B1FA6" w:rsidP="004B1FA6">
            <w:pPr>
              <w:jc w:val="center"/>
            </w:pPr>
            <w:r>
              <w:t>Dosen Pembimbing Lapangan I</w:t>
            </w:r>
          </w:p>
        </w:tc>
      </w:tr>
      <w:tr w:rsidR="004B1FA6" w14:paraId="3FC9C49A" w14:textId="77777777" w:rsidTr="004B1FA6">
        <w:trPr>
          <w:trHeight w:val="1045"/>
          <w:jc w:val="center"/>
        </w:trPr>
        <w:tc>
          <w:tcPr>
            <w:tcW w:w="4286" w:type="dxa"/>
            <w:vAlign w:val="center"/>
          </w:tcPr>
          <w:p w14:paraId="502D0FF0" w14:textId="6BC945D3" w:rsidR="004B1FA6" w:rsidRDefault="004B1FA6" w:rsidP="004B1FA6">
            <w:pPr>
              <w:jc w:val="center"/>
            </w:pPr>
          </w:p>
          <w:p w14:paraId="23888F1D" w14:textId="77777777" w:rsidR="004B1FA6" w:rsidRDefault="004B1FA6" w:rsidP="004B1FA6">
            <w:pPr>
              <w:jc w:val="center"/>
            </w:pPr>
          </w:p>
          <w:p w14:paraId="15F8935D" w14:textId="787BC42D" w:rsidR="004B1FA6" w:rsidRDefault="004B1FA6" w:rsidP="004B1FA6">
            <w:pPr>
              <w:jc w:val="center"/>
            </w:pPr>
            <w:r>
              <w:t>(................................)</w:t>
            </w:r>
          </w:p>
        </w:tc>
        <w:tc>
          <w:tcPr>
            <w:tcW w:w="4284" w:type="dxa"/>
            <w:vAlign w:val="center"/>
          </w:tcPr>
          <w:p w14:paraId="68D381C6" w14:textId="77777777" w:rsidR="004B1FA6" w:rsidRDefault="004B1FA6" w:rsidP="004B1FA6">
            <w:pPr>
              <w:jc w:val="center"/>
            </w:pPr>
          </w:p>
          <w:p w14:paraId="7E571DD6" w14:textId="77777777" w:rsidR="004B1FA6" w:rsidRDefault="004B1FA6" w:rsidP="004B1FA6">
            <w:pPr>
              <w:jc w:val="center"/>
            </w:pPr>
          </w:p>
          <w:p w14:paraId="7C3A077C" w14:textId="15266E03" w:rsidR="004B1FA6" w:rsidRDefault="004B1FA6" w:rsidP="004B1FA6">
            <w:pPr>
              <w:jc w:val="center"/>
            </w:pPr>
            <w:r>
              <w:t>(................................)</w:t>
            </w:r>
          </w:p>
        </w:tc>
      </w:tr>
      <w:tr w:rsidR="004B1FA6" w14:paraId="5533BEC8" w14:textId="77777777" w:rsidTr="004B1FA6">
        <w:trPr>
          <w:jc w:val="center"/>
        </w:trPr>
        <w:tc>
          <w:tcPr>
            <w:tcW w:w="8570" w:type="dxa"/>
            <w:gridSpan w:val="2"/>
            <w:vAlign w:val="center"/>
          </w:tcPr>
          <w:p w14:paraId="0CC0562F" w14:textId="7E84793F" w:rsidR="004B1FA6" w:rsidRDefault="004B1FA6" w:rsidP="004B1FA6">
            <w:pPr>
              <w:spacing w:after="0"/>
              <w:jc w:val="center"/>
            </w:pPr>
            <w:r>
              <w:t>Mengetahui,</w:t>
            </w:r>
          </w:p>
          <w:p w14:paraId="3B2C6ABC" w14:textId="32078A16" w:rsidR="004B1FA6" w:rsidRDefault="004B1FA6" w:rsidP="004B1FA6">
            <w:pPr>
              <w:jc w:val="center"/>
            </w:pPr>
            <w:r>
              <w:t>Ketua LPPM STAI Paduka Anambas</w:t>
            </w:r>
          </w:p>
          <w:p w14:paraId="0D45706A" w14:textId="77777777" w:rsidR="004B1FA6" w:rsidRDefault="004B1FA6" w:rsidP="004B1FA6">
            <w:pPr>
              <w:jc w:val="center"/>
            </w:pPr>
          </w:p>
          <w:p w14:paraId="71A86910" w14:textId="77777777" w:rsidR="004B1FA6" w:rsidRDefault="004B1FA6" w:rsidP="004B1FA6">
            <w:pPr>
              <w:jc w:val="center"/>
            </w:pPr>
          </w:p>
          <w:p w14:paraId="3B4806A5" w14:textId="64D37223" w:rsidR="004B1FA6" w:rsidRDefault="004B1FA6" w:rsidP="004B1FA6">
            <w:pPr>
              <w:jc w:val="center"/>
            </w:pPr>
            <w:r>
              <w:t>(................................)</w:t>
            </w:r>
          </w:p>
        </w:tc>
      </w:tr>
    </w:tbl>
    <w:p w14:paraId="0DDD60A0" w14:textId="77777777" w:rsidR="003B3E94" w:rsidRDefault="003B3E94" w:rsidP="003B3E94"/>
    <w:p w14:paraId="40A52C68" w14:textId="1BA571C4" w:rsidR="003B3E94" w:rsidRDefault="003B3E94">
      <w:pPr>
        <w:jc w:val="center"/>
        <w:rPr>
          <w:b/>
          <w:sz w:val="28"/>
        </w:rPr>
      </w:pPr>
    </w:p>
    <w:p w14:paraId="350A39D4" w14:textId="64595ABF" w:rsidR="003B3E94" w:rsidRDefault="003B3E94">
      <w:pPr>
        <w:jc w:val="center"/>
        <w:rPr>
          <w:b/>
          <w:sz w:val="28"/>
        </w:rPr>
      </w:pPr>
    </w:p>
    <w:p w14:paraId="52FB3E55" w14:textId="0B9320C5" w:rsidR="003B3E94" w:rsidRDefault="003B3E94">
      <w:pPr>
        <w:jc w:val="center"/>
        <w:rPr>
          <w:b/>
          <w:sz w:val="28"/>
        </w:rPr>
      </w:pPr>
    </w:p>
    <w:p w14:paraId="265CC989" w14:textId="50AC4770" w:rsidR="003B3E94" w:rsidRDefault="003B3E94">
      <w:pPr>
        <w:jc w:val="center"/>
        <w:rPr>
          <w:b/>
          <w:sz w:val="28"/>
        </w:rPr>
      </w:pPr>
    </w:p>
    <w:p w14:paraId="7C3D7624" w14:textId="5CEA36D7" w:rsidR="003B3E94" w:rsidRDefault="003B3E94">
      <w:pPr>
        <w:jc w:val="center"/>
        <w:rPr>
          <w:b/>
          <w:sz w:val="28"/>
        </w:rPr>
      </w:pPr>
    </w:p>
    <w:p w14:paraId="2046C860" w14:textId="5681BE6D" w:rsidR="003B3E94" w:rsidRDefault="003B3E94">
      <w:pPr>
        <w:jc w:val="center"/>
        <w:rPr>
          <w:b/>
          <w:sz w:val="28"/>
        </w:rPr>
      </w:pPr>
    </w:p>
    <w:p w14:paraId="4A73343D" w14:textId="40A7DD6E" w:rsidR="003B3E94" w:rsidRDefault="003B3E94">
      <w:pPr>
        <w:jc w:val="center"/>
        <w:rPr>
          <w:b/>
          <w:sz w:val="28"/>
        </w:rPr>
      </w:pPr>
    </w:p>
    <w:p w14:paraId="7000F003" w14:textId="77777777" w:rsidR="005110C1" w:rsidRDefault="007D35BC">
      <w:pPr>
        <w:jc w:val="center"/>
      </w:pPr>
      <w:r>
        <w:rPr>
          <w:b/>
          <w:sz w:val="30"/>
        </w:rPr>
        <w:lastRenderedPageBreak/>
        <w:t>LAPORAN KELOMPOK KULIAH KERJA NYATA (KKN)</w:t>
      </w:r>
    </w:p>
    <w:p w14:paraId="6F04A5FD" w14:textId="77777777" w:rsidR="005110C1" w:rsidRDefault="007D35BC">
      <w:pPr>
        <w:jc w:val="center"/>
      </w:pPr>
      <w:r>
        <w:rPr>
          <w:b/>
        </w:rPr>
        <w:t>TAHUN AKADEMIK 20.... / 20....</w:t>
      </w:r>
    </w:p>
    <w:p w14:paraId="2060C157" w14:textId="77777777" w:rsidR="005110C1" w:rsidRDefault="005110C1"/>
    <w:p w14:paraId="3AE5E5C5" w14:textId="77777777" w:rsidR="005110C1" w:rsidRDefault="007D35BC">
      <w:r>
        <w:rPr>
          <w:b/>
        </w:rPr>
        <w:t>A. IDENTITAS KELOMPOK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5110C1" w14:paraId="4CDAC5A4" w14:textId="77777777">
        <w:trPr>
          <w:tblHeader/>
          <w:jc w:val="center"/>
        </w:trPr>
        <w:tc>
          <w:tcPr>
            <w:tcW w:w="4702" w:type="dxa"/>
            <w:shd w:val="clear" w:color="auto" w:fill="D9EAF7"/>
            <w:vAlign w:val="center"/>
          </w:tcPr>
          <w:p w14:paraId="20AC9521" w14:textId="77777777" w:rsidR="005110C1" w:rsidRDefault="007D35BC">
            <w:pPr>
              <w:jc w:val="center"/>
            </w:pPr>
            <w:r>
              <w:rPr>
                <w:b/>
              </w:rPr>
              <w:t>Uraian</w:t>
            </w:r>
          </w:p>
        </w:tc>
        <w:tc>
          <w:tcPr>
            <w:tcW w:w="4702" w:type="dxa"/>
            <w:shd w:val="clear" w:color="auto" w:fill="D9EAF7"/>
            <w:vAlign w:val="center"/>
          </w:tcPr>
          <w:p w14:paraId="17E1CF4F" w14:textId="77777777" w:rsidR="005110C1" w:rsidRDefault="007D35BC">
            <w:pPr>
              <w:jc w:val="center"/>
            </w:pPr>
            <w:r>
              <w:rPr>
                <w:b/>
              </w:rPr>
              <w:t>Keterangan</w:t>
            </w:r>
          </w:p>
        </w:tc>
      </w:tr>
      <w:tr w:rsidR="005110C1" w14:paraId="37047C8B" w14:textId="77777777">
        <w:trPr>
          <w:jc w:val="center"/>
        </w:trPr>
        <w:tc>
          <w:tcPr>
            <w:tcW w:w="4702" w:type="dxa"/>
          </w:tcPr>
          <w:p w14:paraId="7FDD0A67" w14:textId="77777777" w:rsidR="005110C1" w:rsidRDefault="007D35BC">
            <w:r>
              <w:t>Nomor Kelompok</w:t>
            </w:r>
          </w:p>
        </w:tc>
        <w:tc>
          <w:tcPr>
            <w:tcW w:w="4702" w:type="dxa"/>
          </w:tcPr>
          <w:p w14:paraId="5DE50BD9" w14:textId="77777777" w:rsidR="005110C1" w:rsidRDefault="007D35BC">
            <w:r>
              <w:t xml:space="preserve"> </w:t>
            </w:r>
          </w:p>
        </w:tc>
      </w:tr>
      <w:tr w:rsidR="005110C1" w14:paraId="6606837F" w14:textId="77777777">
        <w:trPr>
          <w:jc w:val="center"/>
        </w:trPr>
        <w:tc>
          <w:tcPr>
            <w:tcW w:w="4702" w:type="dxa"/>
          </w:tcPr>
          <w:p w14:paraId="422AABE0" w14:textId="77777777" w:rsidR="005110C1" w:rsidRDefault="007D35BC">
            <w:r>
              <w:t>Nama Kelompok</w:t>
            </w:r>
          </w:p>
        </w:tc>
        <w:tc>
          <w:tcPr>
            <w:tcW w:w="4702" w:type="dxa"/>
          </w:tcPr>
          <w:p w14:paraId="7A107FDF" w14:textId="77777777" w:rsidR="005110C1" w:rsidRDefault="007D35BC">
            <w:r>
              <w:t xml:space="preserve"> </w:t>
            </w:r>
          </w:p>
        </w:tc>
      </w:tr>
      <w:tr w:rsidR="005110C1" w14:paraId="671D2DAD" w14:textId="77777777">
        <w:trPr>
          <w:jc w:val="center"/>
        </w:trPr>
        <w:tc>
          <w:tcPr>
            <w:tcW w:w="4702" w:type="dxa"/>
          </w:tcPr>
          <w:p w14:paraId="22EF9826" w14:textId="77777777" w:rsidR="005110C1" w:rsidRDefault="007D35BC">
            <w:r>
              <w:t>Desa/Kelurahan</w:t>
            </w:r>
          </w:p>
        </w:tc>
        <w:tc>
          <w:tcPr>
            <w:tcW w:w="4702" w:type="dxa"/>
          </w:tcPr>
          <w:p w14:paraId="5CACAAB1" w14:textId="77777777" w:rsidR="005110C1" w:rsidRDefault="007D35BC">
            <w:r>
              <w:t xml:space="preserve"> </w:t>
            </w:r>
          </w:p>
        </w:tc>
      </w:tr>
      <w:tr w:rsidR="005110C1" w14:paraId="6BFF4587" w14:textId="77777777">
        <w:trPr>
          <w:jc w:val="center"/>
        </w:trPr>
        <w:tc>
          <w:tcPr>
            <w:tcW w:w="4702" w:type="dxa"/>
          </w:tcPr>
          <w:p w14:paraId="656E3CD5" w14:textId="77777777" w:rsidR="005110C1" w:rsidRDefault="007D35BC">
            <w:r>
              <w:t>Kecamatan</w:t>
            </w:r>
          </w:p>
        </w:tc>
        <w:tc>
          <w:tcPr>
            <w:tcW w:w="4702" w:type="dxa"/>
          </w:tcPr>
          <w:p w14:paraId="5120A24D" w14:textId="77777777" w:rsidR="005110C1" w:rsidRDefault="007D35BC">
            <w:r>
              <w:t xml:space="preserve"> </w:t>
            </w:r>
          </w:p>
        </w:tc>
      </w:tr>
      <w:tr w:rsidR="005110C1" w14:paraId="609B156B" w14:textId="77777777">
        <w:trPr>
          <w:jc w:val="center"/>
        </w:trPr>
        <w:tc>
          <w:tcPr>
            <w:tcW w:w="4702" w:type="dxa"/>
          </w:tcPr>
          <w:p w14:paraId="3B1B38EA" w14:textId="77777777" w:rsidR="005110C1" w:rsidRDefault="007D35BC">
            <w:r>
              <w:t>Kabupaten/Kota</w:t>
            </w:r>
          </w:p>
        </w:tc>
        <w:tc>
          <w:tcPr>
            <w:tcW w:w="4702" w:type="dxa"/>
          </w:tcPr>
          <w:p w14:paraId="1E634000" w14:textId="77777777" w:rsidR="005110C1" w:rsidRDefault="007D35BC">
            <w:r>
              <w:t xml:space="preserve"> </w:t>
            </w:r>
          </w:p>
        </w:tc>
      </w:tr>
      <w:tr w:rsidR="005110C1" w14:paraId="030338D7" w14:textId="77777777">
        <w:trPr>
          <w:jc w:val="center"/>
        </w:trPr>
        <w:tc>
          <w:tcPr>
            <w:tcW w:w="4702" w:type="dxa"/>
          </w:tcPr>
          <w:p w14:paraId="38918669" w14:textId="77777777" w:rsidR="005110C1" w:rsidRDefault="007D35BC">
            <w:r>
              <w:t>Dosen Pembimbing Lapangan (DPL)</w:t>
            </w:r>
          </w:p>
        </w:tc>
        <w:tc>
          <w:tcPr>
            <w:tcW w:w="4702" w:type="dxa"/>
          </w:tcPr>
          <w:p w14:paraId="41DE2A22" w14:textId="77777777" w:rsidR="005110C1" w:rsidRDefault="007D35BC">
            <w:r>
              <w:t xml:space="preserve"> </w:t>
            </w:r>
          </w:p>
        </w:tc>
      </w:tr>
      <w:tr w:rsidR="005110C1" w14:paraId="02E20C23" w14:textId="77777777">
        <w:trPr>
          <w:jc w:val="center"/>
        </w:trPr>
        <w:tc>
          <w:tcPr>
            <w:tcW w:w="4702" w:type="dxa"/>
          </w:tcPr>
          <w:p w14:paraId="2DA84575" w14:textId="77777777" w:rsidR="005110C1" w:rsidRDefault="007D35BC">
            <w:r>
              <w:t>Ketua Kelompok</w:t>
            </w:r>
          </w:p>
        </w:tc>
        <w:tc>
          <w:tcPr>
            <w:tcW w:w="4702" w:type="dxa"/>
          </w:tcPr>
          <w:p w14:paraId="2B7D5992" w14:textId="77777777" w:rsidR="005110C1" w:rsidRDefault="007D35BC">
            <w:r>
              <w:t xml:space="preserve"> </w:t>
            </w:r>
          </w:p>
        </w:tc>
      </w:tr>
      <w:tr w:rsidR="005110C1" w14:paraId="7E8ABFDB" w14:textId="77777777">
        <w:trPr>
          <w:jc w:val="center"/>
        </w:trPr>
        <w:tc>
          <w:tcPr>
            <w:tcW w:w="4702" w:type="dxa"/>
          </w:tcPr>
          <w:p w14:paraId="34F842E1" w14:textId="77777777" w:rsidR="005110C1" w:rsidRDefault="007D35BC">
            <w:r>
              <w:t>Periode Pelaksanaan</w:t>
            </w:r>
          </w:p>
        </w:tc>
        <w:tc>
          <w:tcPr>
            <w:tcW w:w="4702" w:type="dxa"/>
          </w:tcPr>
          <w:p w14:paraId="332A7301" w14:textId="77777777" w:rsidR="005110C1" w:rsidRDefault="007D35BC">
            <w:r>
              <w:t xml:space="preserve"> </w:t>
            </w:r>
          </w:p>
        </w:tc>
      </w:tr>
    </w:tbl>
    <w:p w14:paraId="2BEF343D" w14:textId="77777777" w:rsidR="005110C1" w:rsidRDefault="005110C1"/>
    <w:p w14:paraId="12B3CF6C" w14:textId="77777777" w:rsidR="005110C1" w:rsidRDefault="007D35BC">
      <w:r>
        <w:rPr>
          <w:b/>
        </w:rPr>
        <w:t>B. DAFTAR ANGGOTA KELOMPOK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70"/>
        <w:gridCol w:w="2529"/>
        <w:gridCol w:w="1683"/>
        <w:gridCol w:w="2247"/>
        <w:gridCol w:w="2258"/>
      </w:tblGrid>
      <w:tr w:rsidR="005110C1" w14:paraId="54E9F3F0" w14:textId="77777777">
        <w:trPr>
          <w:tblHeader/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17290BBF" w14:textId="77777777" w:rsidR="005110C1" w:rsidRDefault="007D35BC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2551" w:type="dxa"/>
            <w:shd w:val="clear" w:color="auto" w:fill="D9EAF7"/>
            <w:vAlign w:val="center"/>
          </w:tcPr>
          <w:p w14:paraId="1CB469FE" w14:textId="77777777" w:rsidR="005110C1" w:rsidRDefault="007D35BC">
            <w:pPr>
              <w:jc w:val="center"/>
            </w:pPr>
            <w:r>
              <w:rPr>
                <w:b/>
              </w:rPr>
              <w:t>Nama Mahasiswa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5052F350" w14:textId="77777777" w:rsidR="005110C1" w:rsidRDefault="007D35BC">
            <w:pPr>
              <w:jc w:val="center"/>
            </w:pPr>
            <w:r>
              <w:rPr>
                <w:b/>
              </w:rPr>
              <w:t>NIM</w:t>
            </w:r>
          </w:p>
        </w:tc>
        <w:tc>
          <w:tcPr>
            <w:tcW w:w="2268" w:type="dxa"/>
            <w:shd w:val="clear" w:color="auto" w:fill="D9EAF7"/>
            <w:vAlign w:val="center"/>
          </w:tcPr>
          <w:p w14:paraId="194D2D31" w14:textId="77777777" w:rsidR="005110C1" w:rsidRDefault="007D35BC">
            <w:pPr>
              <w:jc w:val="center"/>
            </w:pPr>
            <w:r>
              <w:rPr>
                <w:b/>
              </w:rPr>
              <w:t>Program Studi</w:t>
            </w:r>
          </w:p>
        </w:tc>
        <w:tc>
          <w:tcPr>
            <w:tcW w:w="2268" w:type="dxa"/>
            <w:shd w:val="clear" w:color="auto" w:fill="D9EAF7"/>
            <w:vAlign w:val="center"/>
          </w:tcPr>
          <w:p w14:paraId="40CB5E35" w14:textId="77777777" w:rsidR="005110C1" w:rsidRDefault="007D35BC">
            <w:pPr>
              <w:jc w:val="center"/>
            </w:pPr>
            <w:r>
              <w:rPr>
                <w:b/>
              </w:rPr>
              <w:t>Jabatan/Tugas</w:t>
            </w:r>
          </w:p>
        </w:tc>
      </w:tr>
      <w:tr w:rsidR="005110C1" w14:paraId="0DA86D65" w14:textId="77777777">
        <w:trPr>
          <w:jc w:val="center"/>
        </w:trPr>
        <w:tc>
          <w:tcPr>
            <w:tcW w:w="567" w:type="dxa"/>
          </w:tcPr>
          <w:p w14:paraId="2E40327A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6FDD488F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173598C7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7E32C376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7C817668" w14:textId="77777777" w:rsidR="005110C1" w:rsidRDefault="007D35BC">
            <w:r>
              <w:t xml:space="preserve"> </w:t>
            </w:r>
          </w:p>
        </w:tc>
      </w:tr>
      <w:tr w:rsidR="005110C1" w14:paraId="58F9BB0F" w14:textId="77777777">
        <w:trPr>
          <w:jc w:val="center"/>
        </w:trPr>
        <w:tc>
          <w:tcPr>
            <w:tcW w:w="567" w:type="dxa"/>
          </w:tcPr>
          <w:p w14:paraId="117967AD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798B2339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69D33791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6707AB3C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2C411CC7" w14:textId="77777777" w:rsidR="005110C1" w:rsidRDefault="007D35BC">
            <w:r>
              <w:t xml:space="preserve"> </w:t>
            </w:r>
          </w:p>
        </w:tc>
      </w:tr>
      <w:tr w:rsidR="005110C1" w14:paraId="239E501B" w14:textId="77777777">
        <w:trPr>
          <w:jc w:val="center"/>
        </w:trPr>
        <w:tc>
          <w:tcPr>
            <w:tcW w:w="567" w:type="dxa"/>
          </w:tcPr>
          <w:p w14:paraId="7F8A1433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6F35DBFD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004575AC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03BFE53C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73C9E68B" w14:textId="77777777" w:rsidR="005110C1" w:rsidRDefault="007D35BC">
            <w:r>
              <w:t xml:space="preserve"> </w:t>
            </w:r>
          </w:p>
        </w:tc>
      </w:tr>
      <w:tr w:rsidR="005110C1" w14:paraId="4C40388E" w14:textId="77777777">
        <w:trPr>
          <w:jc w:val="center"/>
        </w:trPr>
        <w:tc>
          <w:tcPr>
            <w:tcW w:w="567" w:type="dxa"/>
          </w:tcPr>
          <w:p w14:paraId="0B73D4D5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75B8AB9E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489CCE19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429B7F1B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62680978" w14:textId="77777777" w:rsidR="005110C1" w:rsidRDefault="007D35BC">
            <w:r>
              <w:t xml:space="preserve"> </w:t>
            </w:r>
          </w:p>
        </w:tc>
      </w:tr>
      <w:tr w:rsidR="005110C1" w14:paraId="29D08B2E" w14:textId="77777777">
        <w:trPr>
          <w:jc w:val="center"/>
        </w:trPr>
        <w:tc>
          <w:tcPr>
            <w:tcW w:w="567" w:type="dxa"/>
          </w:tcPr>
          <w:p w14:paraId="56C67202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16108913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13676949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013EBEA9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5F250227" w14:textId="77777777" w:rsidR="005110C1" w:rsidRDefault="007D35BC">
            <w:r>
              <w:t xml:space="preserve"> </w:t>
            </w:r>
          </w:p>
        </w:tc>
      </w:tr>
      <w:tr w:rsidR="005110C1" w14:paraId="14CF7162" w14:textId="77777777">
        <w:trPr>
          <w:jc w:val="center"/>
        </w:trPr>
        <w:tc>
          <w:tcPr>
            <w:tcW w:w="567" w:type="dxa"/>
          </w:tcPr>
          <w:p w14:paraId="40783010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5DD8B32C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5D5E8543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0E2B32DC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2A4ADB65" w14:textId="77777777" w:rsidR="005110C1" w:rsidRDefault="007D35BC">
            <w:r>
              <w:t xml:space="preserve"> </w:t>
            </w:r>
          </w:p>
        </w:tc>
      </w:tr>
      <w:tr w:rsidR="005110C1" w14:paraId="67D4329F" w14:textId="77777777">
        <w:trPr>
          <w:jc w:val="center"/>
        </w:trPr>
        <w:tc>
          <w:tcPr>
            <w:tcW w:w="567" w:type="dxa"/>
          </w:tcPr>
          <w:p w14:paraId="753D7F36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534626D0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454BDE7E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0AA354F4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36FECB90" w14:textId="77777777" w:rsidR="005110C1" w:rsidRDefault="007D35BC">
            <w:r>
              <w:t xml:space="preserve"> </w:t>
            </w:r>
          </w:p>
        </w:tc>
      </w:tr>
      <w:tr w:rsidR="005110C1" w14:paraId="5668EC54" w14:textId="77777777">
        <w:trPr>
          <w:jc w:val="center"/>
        </w:trPr>
        <w:tc>
          <w:tcPr>
            <w:tcW w:w="567" w:type="dxa"/>
          </w:tcPr>
          <w:p w14:paraId="52A6D966" w14:textId="77777777" w:rsidR="005110C1" w:rsidRDefault="007D35BC">
            <w:r>
              <w:t xml:space="preserve"> </w:t>
            </w:r>
          </w:p>
        </w:tc>
        <w:tc>
          <w:tcPr>
            <w:tcW w:w="2551" w:type="dxa"/>
          </w:tcPr>
          <w:p w14:paraId="65EEFD83" w14:textId="77777777" w:rsidR="005110C1" w:rsidRDefault="007D35BC">
            <w:r>
              <w:t xml:space="preserve"> </w:t>
            </w:r>
          </w:p>
        </w:tc>
        <w:tc>
          <w:tcPr>
            <w:tcW w:w="1701" w:type="dxa"/>
          </w:tcPr>
          <w:p w14:paraId="1C80742B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06F5467A" w14:textId="77777777" w:rsidR="005110C1" w:rsidRDefault="007D35BC">
            <w:r>
              <w:t xml:space="preserve"> </w:t>
            </w:r>
          </w:p>
        </w:tc>
        <w:tc>
          <w:tcPr>
            <w:tcW w:w="2268" w:type="dxa"/>
          </w:tcPr>
          <w:p w14:paraId="0A9D7A49" w14:textId="77777777" w:rsidR="005110C1" w:rsidRDefault="007D35BC">
            <w:r>
              <w:t xml:space="preserve"> </w:t>
            </w:r>
          </w:p>
        </w:tc>
      </w:tr>
    </w:tbl>
    <w:p w14:paraId="123F39FF" w14:textId="77777777" w:rsidR="005110C1" w:rsidRDefault="005110C1"/>
    <w:p w14:paraId="1EA09932" w14:textId="77777777" w:rsidR="005110C1" w:rsidRDefault="007D35BC">
      <w:r>
        <w:rPr>
          <w:b/>
        </w:rPr>
        <w:t>C. PENDAHULUAN</w:t>
      </w:r>
    </w:p>
    <w:p w14:paraId="1221D76D" w14:textId="77777777" w:rsidR="005110C1" w:rsidRDefault="007D35BC">
      <w:r>
        <w:rPr>
          <w:b/>
        </w:rPr>
        <w:t>1. Latar Belakang</w:t>
      </w:r>
    </w:p>
    <w:p w14:paraId="37523648" w14:textId="77777777" w:rsidR="005110C1" w:rsidRDefault="007D35BC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</w:t>
      </w:r>
      <w:r>
        <w:t>..........</w:t>
      </w:r>
      <w:r>
        <w:br/>
      </w:r>
    </w:p>
    <w:p w14:paraId="67F93F25" w14:textId="77777777" w:rsidR="005110C1" w:rsidRDefault="007D35BC">
      <w:r>
        <w:rPr>
          <w:b/>
        </w:rPr>
        <w:t>2. Dasar Pelaksanaan</w:t>
      </w:r>
    </w:p>
    <w:p w14:paraId="5FF86A39" w14:textId="77777777" w:rsidR="005110C1" w:rsidRDefault="007D35BC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</w:t>
      </w:r>
      <w:r>
        <w:t>..</w:t>
      </w:r>
      <w:r>
        <w:br/>
      </w:r>
    </w:p>
    <w:p w14:paraId="580FE93E" w14:textId="77777777" w:rsidR="005110C1" w:rsidRDefault="007D35BC">
      <w:r>
        <w:rPr>
          <w:b/>
        </w:rPr>
        <w:t>3. Tujuan KKN</w:t>
      </w:r>
    </w:p>
    <w:p w14:paraId="7573D5DF" w14:textId="77777777" w:rsidR="005110C1" w:rsidRDefault="007D35BC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  <w:r>
        <w:br/>
      </w:r>
    </w:p>
    <w:p w14:paraId="77E0D0DB" w14:textId="77777777" w:rsidR="005110C1" w:rsidRDefault="007D35BC">
      <w:r>
        <w:rPr>
          <w:b/>
        </w:rPr>
        <w:lastRenderedPageBreak/>
        <w:t xml:space="preserve">4. Manfaat </w:t>
      </w:r>
      <w:r>
        <w:rPr>
          <w:b/>
        </w:rPr>
        <w:t>KKN</w:t>
      </w:r>
    </w:p>
    <w:p w14:paraId="06B963B6" w14:textId="77777777" w:rsidR="005110C1" w:rsidRDefault="007D35BC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  <w:r>
        <w:br/>
      </w:r>
    </w:p>
    <w:p w14:paraId="1133043A" w14:textId="77777777" w:rsidR="005110C1" w:rsidRDefault="007D35BC">
      <w:r>
        <w:rPr>
          <w:b/>
        </w:rPr>
        <w:t>D. GAMBARAN UMUM LOKASI K</w:t>
      </w:r>
      <w:r>
        <w:rPr>
          <w:b/>
        </w:rPr>
        <w:t>KN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104"/>
        <w:gridCol w:w="6183"/>
      </w:tblGrid>
      <w:tr w:rsidR="005110C1" w14:paraId="4584C3C5" w14:textId="77777777" w:rsidTr="006D6DBD">
        <w:trPr>
          <w:tblHeader/>
          <w:jc w:val="center"/>
        </w:trPr>
        <w:tc>
          <w:tcPr>
            <w:tcW w:w="3119" w:type="dxa"/>
            <w:shd w:val="clear" w:color="auto" w:fill="D9EAF7"/>
            <w:vAlign w:val="center"/>
          </w:tcPr>
          <w:p w14:paraId="6D35E701" w14:textId="77777777" w:rsidR="005110C1" w:rsidRDefault="007D35BC">
            <w:pPr>
              <w:jc w:val="center"/>
            </w:pPr>
            <w:r>
              <w:rPr>
                <w:b/>
              </w:rPr>
              <w:t>Aspek</w:t>
            </w:r>
          </w:p>
        </w:tc>
        <w:tc>
          <w:tcPr>
            <w:tcW w:w="6285" w:type="dxa"/>
            <w:shd w:val="clear" w:color="auto" w:fill="D9EAF7"/>
            <w:vAlign w:val="center"/>
          </w:tcPr>
          <w:p w14:paraId="47EC0B92" w14:textId="77777777" w:rsidR="005110C1" w:rsidRDefault="007D35BC">
            <w:pPr>
              <w:jc w:val="center"/>
            </w:pPr>
            <w:r>
              <w:rPr>
                <w:b/>
              </w:rPr>
              <w:t>Uraian</w:t>
            </w:r>
          </w:p>
        </w:tc>
      </w:tr>
      <w:tr w:rsidR="005110C1" w14:paraId="56C8FFC2" w14:textId="77777777" w:rsidTr="006D6DBD">
        <w:trPr>
          <w:jc w:val="center"/>
        </w:trPr>
        <w:tc>
          <w:tcPr>
            <w:tcW w:w="3119" w:type="dxa"/>
          </w:tcPr>
          <w:p w14:paraId="11572D58" w14:textId="77777777" w:rsidR="005110C1" w:rsidRDefault="007D35BC">
            <w:r>
              <w:t>Letak dan Kondisi Wilayah</w:t>
            </w:r>
          </w:p>
        </w:tc>
        <w:tc>
          <w:tcPr>
            <w:tcW w:w="6285" w:type="dxa"/>
          </w:tcPr>
          <w:p w14:paraId="5873351A" w14:textId="77777777" w:rsidR="005110C1" w:rsidRDefault="007D35BC">
            <w:r>
              <w:t xml:space="preserve"> </w:t>
            </w:r>
          </w:p>
        </w:tc>
      </w:tr>
      <w:tr w:rsidR="005110C1" w14:paraId="216813C2" w14:textId="77777777" w:rsidTr="006D6DBD">
        <w:trPr>
          <w:jc w:val="center"/>
        </w:trPr>
        <w:tc>
          <w:tcPr>
            <w:tcW w:w="3119" w:type="dxa"/>
          </w:tcPr>
          <w:p w14:paraId="7808A318" w14:textId="77777777" w:rsidR="005110C1" w:rsidRDefault="007D35BC">
            <w:r>
              <w:t>Demografi Penduduk</w:t>
            </w:r>
          </w:p>
        </w:tc>
        <w:tc>
          <w:tcPr>
            <w:tcW w:w="6285" w:type="dxa"/>
          </w:tcPr>
          <w:p w14:paraId="7E65C5F4" w14:textId="77777777" w:rsidR="005110C1" w:rsidRDefault="007D35BC">
            <w:r>
              <w:t xml:space="preserve"> </w:t>
            </w:r>
          </w:p>
        </w:tc>
      </w:tr>
      <w:tr w:rsidR="005110C1" w14:paraId="5EEA2897" w14:textId="77777777" w:rsidTr="006D6DBD">
        <w:trPr>
          <w:jc w:val="center"/>
        </w:trPr>
        <w:tc>
          <w:tcPr>
            <w:tcW w:w="3119" w:type="dxa"/>
          </w:tcPr>
          <w:p w14:paraId="30CAC588" w14:textId="77777777" w:rsidR="005110C1" w:rsidRDefault="007D35BC">
            <w:r>
              <w:t>Pendidikan</w:t>
            </w:r>
          </w:p>
        </w:tc>
        <w:tc>
          <w:tcPr>
            <w:tcW w:w="6285" w:type="dxa"/>
          </w:tcPr>
          <w:p w14:paraId="6E08B3E4" w14:textId="77777777" w:rsidR="005110C1" w:rsidRDefault="007D35BC">
            <w:r>
              <w:t xml:space="preserve"> </w:t>
            </w:r>
          </w:p>
        </w:tc>
      </w:tr>
      <w:tr w:rsidR="005110C1" w14:paraId="1325661A" w14:textId="77777777" w:rsidTr="006D6DBD">
        <w:trPr>
          <w:jc w:val="center"/>
        </w:trPr>
        <w:tc>
          <w:tcPr>
            <w:tcW w:w="3119" w:type="dxa"/>
          </w:tcPr>
          <w:p w14:paraId="5823FEF2" w14:textId="77777777" w:rsidR="005110C1" w:rsidRDefault="007D35BC">
            <w:r>
              <w:t>Keagamaan</w:t>
            </w:r>
          </w:p>
        </w:tc>
        <w:tc>
          <w:tcPr>
            <w:tcW w:w="6285" w:type="dxa"/>
          </w:tcPr>
          <w:p w14:paraId="77F87ECD" w14:textId="77777777" w:rsidR="005110C1" w:rsidRDefault="007D35BC">
            <w:r>
              <w:t xml:space="preserve"> </w:t>
            </w:r>
          </w:p>
        </w:tc>
      </w:tr>
      <w:tr w:rsidR="005110C1" w14:paraId="39F6845D" w14:textId="77777777" w:rsidTr="006D6DBD">
        <w:trPr>
          <w:jc w:val="center"/>
        </w:trPr>
        <w:tc>
          <w:tcPr>
            <w:tcW w:w="3119" w:type="dxa"/>
          </w:tcPr>
          <w:p w14:paraId="1CCAAF04" w14:textId="77777777" w:rsidR="005110C1" w:rsidRDefault="007D35BC">
            <w:r>
              <w:t>Ekonomi/UMKM</w:t>
            </w:r>
          </w:p>
        </w:tc>
        <w:tc>
          <w:tcPr>
            <w:tcW w:w="6285" w:type="dxa"/>
          </w:tcPr>
          <w:p w14:paraId="26A8EF71" w14:textId="77777777" w:rsidR="005110C1" w:rsidRDefault="007D35BC">
            <w:r>
              <w:t xml:space="preserve"> </w:t>
            </w:r>
          </w:p>
        </w:tc>
      </w:tr>
      <w:tr w:rsidR="005110C1" w14:paraId="431A0762" w14:textId="77777777" w:rsidTr="006D6DBD">
        <w:trPr>
          <w:jc w:val="center"/>
        </w:trPr>
        <w:tc>
          <w:tcPr>
            <w:tcW w:w="3119" w:type="dxa"/>
          </w:tcPr>
          <w:p w14:paraId="4140B41C" w14:textId="77777777" w:rsidR="005110C1" w:rsidRDefault="007D35BC">
            <w:r>
              <w:t>Pertanian/Perkebunan</w:t>
            </w:r>
          </w:p>
        </w:tc>
        <w:tc>
          <w:tcPr>
            <w:tcW w:w="6285" w:type="dxa"/>
          </w:tcPr>
          <w:p w14:paraId="6A4A6538" w14:textId="77777777" w:rsidR="005110C1" w:rsidRDefault="007D35BC">
            <w:r>
              <w:t xml:space="preserve"> </w:t>
            </w:r>
          </w:p>
        </w:tc>
      </w:tr>
      <w:tr w:rsidR="005110C1" w14:paraId="6991D102" w14:textId="77777777" w:rsidTr="006D6DBD">
        <w:trPr>
          <w:jc w:val="center"/>
        </w:trPr>
        <w:tc>
          <w:tcPr>
            <w:tcW w:w="3119" w:type="dxa"/>
          </w:tcPr>
          <w:p w14:paraId="589A25F9" w14:textId="77777777" w:rsidR="005110C1" w:rsidRDefault="007D35BC">
            <w:r>
              <w:t>Perikanan</w:t>
            </w:r>
          </w:p>
        </w:tc>
        <w:tc>
          <w:tcPr>
            <w:tcW w:w="6285" w:type="dxa"/>
          </w:tcPr>
          <w:p w14:paraId="2CAFA676" w14:textId="77777777" w:rsidR="005110C1" w:rsidRDefault="007D35BC">
            <w:r>
              <w:t xml:space="preserve"> </w:t>
            </w:r>
          </w:p>
        </w:tc>
      </w:tr>
      <w:tr w:rsidR="005110C1" w14:paraId="4E4B05B9" w14:textId="77777777" w:rsidTr="006D6DBD">
        <w:trPr>
          <w:jc w:val="center"/>
        </w:trPr>
        <w:tc>
          <w:tcPr>
            <w:tcW w:w="3119" w:type="dxa"/>
          </w:tcPr>
          <w:p w14:paraId="1A0C3942" w14:textId="77777777" w:rsidR="005110C1" w:rsidRDefault="007D35BC">
            <w:r>
              <w:t>Sosial dan Budaya</w:t>
            </w:r>
          </w:p>
        </w:tc>
        <w:tc>
          <w:tcPr>
            <w:tcW w:w="6285" w:type="dxa"/>
          </w:tcPr>
          <w:p w14:paraId="61FD524C" w14:textId="77777777" w:rsidR="005110C1" w:rsidRDefault="007D35BC">
            <w:r>
              <w:t xml:space="preserve"> </w:t>
            </w:r>
          </w:p>
        </w:tc>
      </w:tr>
      <w:tr w:rsidR="005110C1" w14:paraId="3764042F" w14:textId="77777777" w:rsidTr="006D6DBD">
        <w:trPr>
          <w:jc w:val="center"/>
        </w:trPr>
        <w:tc>
          <w:tcPr>
            <w:tcW w:w="3119" w:type="dxa"/>
          </w:tcPr>
          <w:p w14:paraId="2F277B6D" w14:textId="77777777" w:rsidR="005110C1" w:rsidRDefault="007D35BC">
            <w:r>
              <w:t>Potensi Desa</w:t>
            </w:r>
          </w:p>
        </w:tc>
        <w:tc>
          <w:tcPr>
            <w:tcW w:w="6285" w:type="dxa"/>
          </w:tcPr>
          <w:p w14:paraId="18B6C9AF" w14:textId="77777777" w:rsidR="005110C1" w:rsidRDefault="007D35BC">
            <w:r>
              <w:t xml:space="preserve"> </w:t>
            </w:r>
          </w:p>
        </w:tc>
      </w:tr>
    </w:tbl>
    <w:p w14:paraId="13014F1A" w14:textId="77777777" w:rsidR="005110C1" w:rsidRDefault="005110C1"/>
    <w:p w14:paraId="34444B9F" w14:textId="77777777" w:rsidR="005110C1" w:rsidRDefault="007D35BC">
      <w:r>
        <w:rPr>
          <w:b/>
        </w:rPr>
        <w:t>E. PELAKSANAAN PROGRAM KERJA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45"/>
        <w:gridCol w:w="1090"/>
        <w:gridCol w:w="2136"/>
        <w:gridCol w:w="1072"/>
        <w:gridCol w:w="1150"/>
        <w:gridCol w:w="1564"/>
        <w:gridCol w:w="1430"/>
      </w:tblGrid>
      <w:tr w:rsidR="005110C1" w14:paraId="04A60CA9" w14:textId="77777777">
        <w:trPr>
          <w:tblHeader/>
          <w:jc w:val="center"/>
        </w:trPr>
        <w:tc>
          <w:tcPr>
            <w:tcW w:w="1344" w:type="dxa"/>
            <w:shd w:val="clear" w:color="auto" w:fill="D9EAF7"/>
            <w:vAlign w:val="center"/>
          </w:tcPr>
          <w:p w14:paraId="3B15EEED" w14:textId="77777777" w:rsidR="005110C1" w:rsidRDefault="007D35BC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537BBD9B" w14:textId="77777777" w:rsidR="005110C1" w:rsidRDefault="007D35BC">
            <w:pPr>
              <w:jc w:val="center"/>
            </w:pPr>
            <w:r>
              <w:rPr>
                <w:b/>
              </w:rPr>
              <w:t>Bidang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4D25D666" w14:textId="77777777" w:rsidR="005110C1" w:rsidRDefault="007D35BC">
            <w:pPr>
              <w:jc w:val="center"/>
            </w:pPr>
            <w:r>
              <w:rPr>
                <w:b/>
              </w:rPr>
              <w:t xml:space="preserve">Nama </w:t>
            </w:r>
            <w:r>
              <w:rPr>
                <w:b/>
              </w:rPr>
              <w:t>Program/Kegiatan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3F9EE0E5" w14:textId="77777777" w:rsidR="005110C1" w:rsidRDefault="007D35BC">
            <w:pPr>
              <w:jc w:val="center"/>
            </w:pPr>
            <w:r>
              <w:rPr>
                <w:b/>
              </w:rPr>
              <w:t>Waktu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4D2682DD" w14:textId="77777777" w:rsidR="005110C1" w:rsidRDefault="007D35BC">
            <w:pPr>
              <w:jc w:val="center"/>
            </w:pPr>
            <w:r>
              <w:rPr>
                <w:b/>
              </w:rPr>
              <w:t>Sasaran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597731AC" w14:textId="77777777" w:rsidR="005110C1" w:rsidRDefault="007D35BC">
            <w:pPr>
              <w:jc w:val="center"/>
            </w:pPr>
            <w:r>
              <w:rPr>
                <w:b/>
              </w:rPr>
              <w:t>Hasil/Output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4CB98813" w14:textId="77777777" w:rsidR="005110C1" w:rsidRDefault="007D35BC">
            <w:pPr>
              <w:jc w:val="center"/>
            </w:pPr>
            <w:r>
              <w:rPr>
                <w:b/>
              </w:rPr>
              <w:t>Keterangan</w:t>
            </w:r>
          </w:p>
        </w:tc>
      </w:tr>
      <w:tr w:rsidR="005110C1" w14:paraId="334D66D6" w14:textId="77777777">
        <w:trPr>
          <w:jc w:val="center"/>
        </w:trPr>
        <w:tc>
          <w:tcPr>
            <w:tcW w:w="1344" w:type="dxa"/>
          </w:tcPr>
          <w:p w14:paraId="7140550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C0A0E9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8DF4B4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9574C5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517866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28B37F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1EEDAD2" w14:textId="77777777" w:rsidR="005110C1" w:rsidRDefault="007D35BC">
            <w:r>
              <w:t xml:space="preserve"> </w:t>
            </w:r>
          </w:p>
        </w:tc>
      </w:tr>
      <w:tr w:rsidR="005110C1" w14:paraId="55A9199E" w14:textId="77777777">
        <w:trPr>
          <w:jc w:val="center"/>
        </w:trPr>
        <w:tc>
          <w:tcPr>
            <w:tcW w:w="1344" w:type="dxa"/>
          </w:tcPr>
          <w:p w14:paraId="3B6EE13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7C364D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E00156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441B19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747996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0D57F5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9838599" w14:textId="77777777" w:rsidR="005110C1" w:rsidRDefault="007D35BC">
            <w:r>
              <w:t xml:space="preserve"> </w:t>
            </w:r>
          </w:p>
        </w:tc>
      </w:tr>
      <w:tr w:rsidR="005110C1" w14:paraId="11589D1D" w14:textId="77777777">
        <w:trPr>
          <w:jc w:val="center"/>
        </w:trPr>
        <w:tc>
          <w:tcPr>
            <w:tcW w:w="1344" w:type="dxa"/>
          </w:tcPr>
          <w:p w14:paraId="5348B6D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79B13E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35818F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5C228C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4A30F7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E962D4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2535109" w14:textId="77777777" w:rsidR="005110C1" w:rsidRDefault="007D35BC">
            <w:r>
              <w:t xml:space="preserve"> </w:t>
            </w:r>
          </w:p>
        </w:tc>
      </w:tr>
      <w:tr w:rsidR="005110C1" w14:paraId="5D172E1E" w14:textId="77777777">
        <w:trPr>
          <w:jc w:val="center"/>
        </w:trPr>
        <w:tc>
          <w:tcPr>
            <w:tcW w:w="1344" w:type="dxa"/>
          </w:tcPr>
          <w:p w14:paraId="0F90290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882633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D25B40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A78A2C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10A4AA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2DF64CE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F2AEEC7" w14:textId="77777777" w:rsidR="005110C1" w:rsidRDefault="007D35BC">
            <w:r>
              <w:t xml:space="preserve"> </w:t>
            </w:r>
          </w:p>
        </w:tc>
      </w:tr>
      <w:tr w:rsidR="005110C1" w14:paraId="7F553861" w14:textId="77777777">
        <w:trPr>
          <w:jc w:val="center"/>
        </w:trPr>
        <w:tc>
          <w:tcPr>
            <w:tcW w:w="1344" w:type="dxa"/>
          </w:tcPr>
          <w:p w14:paraId="5D512F6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E9481F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24A009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C05C5B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47E2EE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7D9593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83F4C0D" w14:textId="77777777" w:rsidR="005110C1" w:rsidRDefault="007D35BC">
            <w:r>
              <w:t xml:space="preserve"> </w:t>
            </w:r>
          </w:p>
        </w:tc>
      </w:tr>
      <w:tr w:rsidR="005110C1" w14:paraId="26CA974A" w14:textId="77777777">
        <w:trPr>
          <w:jc w:val="center"/>
        </w:trPr>
        <w:tc>
          <w:tcPr>
            <w:tcW w:w="1344" w:type="dxa"/>
          </w:tcPr>
          <w:p w14:paraId="0360E12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6A9FE5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28E33E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46A13E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489C5AE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471725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F3D1E92" w14:textId="77777777" w:rsidR="005110C1" w:rsidRDefault="007D35BC">
            <w:r>
              <w:t xml:space="preserve"> </w:t>
            </w:r>
          </w:p>
        </w:tc>
      </w:tr>
      <w:tr w:rsidR="005110C1" w14:paraId="49FDE3CE" w14:textId="77777777">
        <w:trPr>
          <w:jc w:val="center"/>
        </w:trPr>
        <w:tc>
          <w:tcPr>
            <w:tcW w:w="1344" w:type="dxa"/>
          </w:tcPr>
          <w:p w14:paraId="451AB9F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D5D088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51D0E0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6B07E29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BE4AD4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ED87A7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1DE58B6" w14:textId="77777777" w:rsidR="005110C1" w:rsidRDefault="007D35BC">
            <w:r>
              <w:t xml:space="preserve"> </w:t>
            </w:r>
          </w:p>
        </w:tc>
      </w:tr>
      <w:tr w:rsidR="005110C1" w14:paraId="25D3A387" w14:textId="77777777">
        <w:trPr>
          <w:jc w:val="center"/>
        </w:trPr>
        <w:tc>
          <w:tcPr>
            <w:tcW w:w="1344" w:type="dxa"/>
          </w:tcPr>
          <w:p w14:paraId="2C193DB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F60705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1C2868F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EB0E45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334563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9DB4A0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CB3B92C" w14:textId="77777777" w:rsidR="005110C1" w:rsidRDefault="007D35BC">
            <w:r>
              <w:t xml:space="preserve"> </w:t>
            </w:r>
          </w:p>
        </w:tc>
      </w:tr>
      <w:tr w:rsidR="005110C1" w14:paraId="294C3805" w14:textId="77777777">
        <w:trPr>
          <w:jc w:val="center"/>
        </w:trPr>
        <w:tc>
          <w:tcPr>
            <w:tcW w:w="1344" w:type="dxa"/>
          </w:tcPr>
          <w:p w14:paraId="4335440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D7F1C5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06F8CC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27961B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5A6DA7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D17BC0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296411A" w14:textId="77777777" w:rsidR="005110C1" w:rsidRDefault="007D35BC">
            <w:r>
              <w:t xml:space="preserve"> </w:t>
            </w:r>
          </w:p>
        </w:tc>
      </w:tr>
      <w:tr w:rsidR="005110C1" w14:paraId="00B6EA56" w14:textId="77777777">
        <w:trPr>
          <w:jc w:val="center"/>
        </w:trPr>
        <w:tc>
          <w:tcPr>
            <w:tcW w:w="1344" w:type="dxa"/>
          </w:tcPr>
          <w:p w14:paraId="6C0DECC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D41B41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CA76EF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E58B6A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C63CBA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B87CAB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3787F42" w14:textId="77777777" w:rsidR="005110C1" w:rsidRDefault="007D35BC">
            <w:r>
              <w:t xml:space="preserve"> </w:t>
            </w:r>
          </w:p>
        </w:tc>
      </w:tr>
    </w:tbl>
    <w:p w14:paraId="0448932D" w14:textId="77777777" w:rsidR="005110C1" w:rsidRDefault="005110C1"/>
    <w:p w14:paraId="6F42E616" w14:textId="77777777" w:rsidR="005110C1" w:rsidRDefault="007D35BC">
      <w:r>
        <w:rPr>
          <w:b/>
        </w:rPr>
        <w:t>F. RANGKUMAN KEGIATAN KELOMPOK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223"/>
        <w:gridCol w:w="1299"/>
        <w:gridCol w:w="1313"/>
        <w:gridCol w:w="1276"/>
        <w:gridCol w:w="1286"/>
        <w:gridCol w:w="1313"/>
        <w:gridCol w:w="1577"/>
      </w:tblGrid>
      <w:tr w:rsidR="005110C1" w14:paraId="23C3BF57" w14:textId="77777777">
        <w:trPr>
          <w:tblHeader/>
          <w:jc w:val="center"/>
        </w:trPr>
        <w:tc>
          <w:tcPr>
            <w:tcW w:w="1344" w:type="dxa"/>
            <w:shd w:val="clear" w:color="auto" w:fill="D9EAF7"/>
            <w:vAlign w:val="center"/>
          </w:tcPr>
          <w:p w14:paraId="7481BCED" w14:textId="77777777" w:rsidR="005110C1" w:rsidRDefault="007D35BC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3039D672" w14:textId="77777777" w:rsidR="005110C1" w:rsidRDefault="007D35BC">
            <w:pPr>
              <w:jc w:val="center"/>
            </w:pPr>
            <w:r>
              <w:rPr>
                <w:b/>
              </w:rPr>
              <w:t>Tanggal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35E4A11E" w14:textId="77777777" w:rsidR="005110C1" w:rsidRDefault="007D35BC">
            <w:pPr>
              <w:jc w:val="center"/>
            </w:pPr>
            <w:r>
              <w:rPr>
                <w:b/>
              </w:rPr>
              <w:t>Kegiatan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1F05BD3D" w14:textId="77777777" w:rsidR="005110C1" w:rsidRDefault="007D35BC">
            <w:pPr>
              <w:jc w:val="center"/>
            </w:pPr>
            <w:r>
              <w:rPr>
                <w:b/>
              </w:rPr>
              <w:t>Lokasi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3A398F9F" w14:textId="77777777" w:rsidR="005110C1" w:rsidRDefault="007D35BC">
            <w:pPr>
              <w:jc w:val="center"/>
            </w:pPr>
            <w:r>
              <w:rPr>
                <w:b/>
              </w:rPr>
              <w:t>Peserta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4D47A505" w14:textId="77777777" w:rsidR="005110C1" w:rsidRDefault="007D35BC">
            <w:pPr>
              <w:jc w:val="center"/>
            </w:pPr>
            <w:r>
              <w:rPr>
                <w:b/>
              </w:rPr>
              <w:t>Hasil Kegiatan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50929DFC" w14:textId="77777777" w:rsidR="005110C1" w:rsidRDefault="007D35BC">
            <w:pPr>
              <w:jc w:val="center"/>
            </w:pPr>
            <w:r>
              <w:rPr>
                <w:b/>
              </w:rPr>
              <w:t>Dokumentasi</w:t>
            </w:r>
          </w:p>
        </w:tc>
      </w:tr>
      <w:tr w:rsidR="005110C1" w14:paraId="75024540" w14:textId="77777777">
        <w:trPr>
          <w:jc w:val="center"/>
        </w:trPr>
        <w:tc>
          <w:tcPr>
            <w:tcW w:w="1344" w:type="dxa"/>
          </w:tcPr>
          <w:p w14:paraId="27902A9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0BE053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4DA270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019206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EFCBA8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08BAB6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93C2FCA" w14:textId="77777777" w:rsidR="005110C1" w:rsidRDefault="007D35BC">
            <w:r>
              <w:t xml:space="preserve"> </w:t>
            </w:r>
          </w:p>
        </w:tc>
      </w:tr>
      <w:tr w:rsidR="005110C1" w14:paraId="302FB5D4" w14:textId="77777777">
        <w:trPr>
          <w:jc w:val="center"/>
        </w:trPr>
        <w:tc>
          <w:tcPr>
            <w:tcW w:w="1344" w:type="dxa"/>
          </w:tcPr>
          <w:p w14:paraId="7327A58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30620D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D27524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88CCDD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CC11BE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758374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E4C4CEB" w14:textId="77777777" w:rsidR="005110C1" w:rsidRDefault="007D35BC">
            <w:r>
              <w:t xml:space="preserve"> </w:t>
            </w:r>
          </w:p>
        </w:tc>
      </w:tr>
      <w:tr w:rsidR="005110C1" w14:paraId="17F6C7F9" w14:textId="77777777">
        <w:trPr>
          <w:jc w:val="center"/>
        </w:trPr>
        <w:tc>
          <w:tcPr>
            <w:tcW w:w="1344" w:type="dxa"/>
          </w:tcPr>
          <w:p w14:paraId="315F536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10FFBB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D37D4F9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1F2313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357063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C97245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D5A9AEF" w14:textId="77777777" w:rsidR="005110C1" w:rsidRDefault="007D35BC">
            <w:r>
              <w:t xml:space="preserve"> </w:t>
            </w:r>
          </w:p>
        </w:tc>
      </w:tr>
      <w:tr w:rsidR="005110C1" w14:paraId="74D3DFE2" w14:textId="77777777">
        <w:trPr>
          <w:jc w:val="center"/>
        </w:trPr>
        <w:tc>
          <w:tcPr>
            <w:tcW w:w="1344" w:type="dxa"/>
          </w:tcPr>
          <w:p w14:paraId="71626CC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7F30506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1149A0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E652EF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AC7BDD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BCA50C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B897ED7" w14:textId="77777777" w:rsidR="005110C1" w:rsidRDefault="007D35BC">
            <w:r>
              <w:t xml:space="preserve"> </w:t>
            </w:r>
          </w:p>
        </w:tc>
      </w:tr>
      <w:tr w:rsidR="005110C1" w14:paraId="6C1A0476" w14:textId="77777777">
        <w:trPr>
          <w:jc w:val="center"/>
        </w:trPr>
        <w:tc>
          <w:tcPr>
            <w:tcW w:w="1344" w:type="dxa"/>
          </w:tcPr>
          <w:p w14:paraId="7F40E2E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74C9C4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114B8E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306065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92D95E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4DC0959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85F53AE" w14:textId="77777777" w:rsidR="005110C1" w:rsidRDefault="007D35BC">
            <w:r>
              <w:t xml:space="preserve"> </w:t>
            </w:r>
          </w:p>
        </w:tc>
      </w:tr>
      <w:tr w:rsidR="005110C1" w14:paraId="219022F6" w14:textId="77777777">
        <w:trPr>
          <w:jc w:val="center"/>
        </w:trPr>
        <w:tc>
          <w:tcPr>
            <w:tcW w:w="1344" w:type="dxa"/>
          </w:tcPr>
          <w:p w14:paraId="3D2A234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498DAF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7155D6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9ADBF5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99254E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DD01C2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3D3DB47" w14:textId="77777777" w:rsidR="005110C1" w:rsidRDefault="007D35BC">
            <w:r>
              <w:t xml:space="preserve"> </w:t>
            </w:r>
          </w:p>
        </w:tc>
      </w:tr>
      <w:tr w:rsidR="005110C1" w14:paraId="44716A5A" w14:textId="77777777">
        <w:trPr>
          <w:jc w:val="center"/>
        </w:trPr>
        <w:tc>
          <w:tcPr>
            <w:tcW w:w="1344" w:type="dxa"/>
          </w:tcPr>
          <w:p w14:paraId="319A0E0F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E1A355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E7DD11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4BCAD13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EC8385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2263EE5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0479023" w14:textId="77777777" w:rsidR="005110C1" w:rsidRDefault="007D35BC">
            <w:r>
              <w:t xml:space="preserve"> </w:t>
            </w:r>
          </w:p>
        </w:tc>
      </w:tr>
      <w:tr w:rsidR="005110C1" w14:paraId="7DABC0BE" w14:textId="77777777">
        <w:trPr>
          <w:jc w:val="center"/>
        </w:trPr>
        <w:tc>
          <w:tcPr>
            <w:tcW w:w="1344" w:type="dxa"/>
          </w:tcPr>
          <w:p w14:paraId="4E09DE27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B9C67B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A44BB3D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9CFFD7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B3C4E38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391A1D3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4F9C94A" w14:textId="77777777" w:rsidR="005110C1" w:rsidRDefault="007D35BC">
            <w:r>
              <w:t xml:space="preserve"> </w:t>
            </w:r>
          </w:p>
        </w:tc>
      </w:tr>
      <w:tr w:rsidR="005110C1" w14:paraId="155B82DD" w14:textId="77777777">
        <w:trPr>
          <w:jc w:val="center"/>
        </w:trPr>
        <w:tc>
          <w:tcPr>
            <w:tcW w:w="1344" w:type="dxa"/>
          </w:tcPr>
          <w:p w14:paraId="410E475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BD29F81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A3DF0BB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7548F9BE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BA1D6A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AB3817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37B1EDB" w14:textId="77777777" w:rsidR="005110C1" w:rsidRDefault="007D35BC">
            <w:r>
              <w:t xml:space="preserve"> </w:t>
            </w:r>
          </w:p>
        </w:tc>
      </w:tr>
      <w:tr w:rsidR="005110C1" w14:paraId="57C563B3" w14:textId="77777777">
        <w:trPr>
          <w:jc w:val="center"/>
        </w:trPr>
        <w:tc>
          <w:tcPr>
            <w:tcW w:w="1344" w:type="dxa"/>
          </w:tcPr>
          <w:p w14:paraId="72B820D0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1CCFC52C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69CBFB54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5175B74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2C042E7A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3777CD72" w14:textId="77777777" w:rsidR="005110C1" w:rsidRDefault="007D35BC">
            <w:r>
              <w:t xml:space="preserve"> </w:t>
            </w:r>
          </w:p>
        </w:tc>
        <w:tc>
          <w:tcPr>
            <w:tcW w:w="1344" w:type="dxa"/>
          </w:tcPr>
          <w:p w14:paraId="0A116110" w14:textId="77777777" w:rsidR="005110C1" w:rsidRDefault="007D35BC">
            <w:r>
              <w:t xml:space="preserve"> </w:t>
            </w:r>
          </w:p>
        </w:tc>
      </w:tr>
    </w:tbl>
    <w:p w14:paraId="4A8EAF68" w14:textId="77777777" w:rsidR="005110C1" w:rsidRDefault="005110C1"/>
    <w:p w14:paraId="5EEBF967" w14:textId="77777777" w:rsidR="005110C1" w:rsidRDefault="007D35BC">
      <w:r>
        <w:rPr>
          <w:b/>
        </w:rPr>
        <w:lastRenderedPageBreak/>
        <w:t>G. PARTISIPASI MASYARAKAT DAN MITRA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657"/>
        <w:gridCol w:w="3320"/>
        <w:gridCol w:w="1667"/>
        <w:gridCol w:w="1613"/>
        <w:gridCol w:w="2030"/>
      </w:tblGrid>
      <w:tr w:rsidR="005110C1" w14:paraId="20A326DA" w14:textId="77777777" w:rsidTr="003B3E94">
        <w:trPr>
          <w:tblHeader/>
          <w:jc w:val="center"/>
        </w:trPr>
        <w:tc>
          <w:tcPr>
            <w:tcW w:w="675" w:type="dxa"/>
            <w:shd w:val="clear" w:color="auto" w:fill="D9EAF7"/>
            <w:vAlign w:val="center"/>
          </w:tcPr>
          <w:p w14:paraId="1DCBCF58" w14:textId="77777777" w:rsidR="005110C1" w:rsidRDefault="007D35BC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469" w:type="dxa"/>
            <w:shd w:val="clear" w:color="auto" w:fill="D9EAF7"/>
            <w:vAlign w:val="center"/>
          </w:tcPr>
          <w:p w14:paraId="2EDE1E2A" w14:textId="77777777" w:rsidR="005110C1" w:rsidRDefault="007D35BC">
            <w:pPr>
              <w:jc w:val="center"/>
            </w:pPr>
            <w:r>
              <w:rPr>
                <w:b/>
              </w:rPr>
              <w:t xml:space="preserve">Nama </w:t>
            </w:r>
            <w:r>
              <w:rPr>
                <w:b/>
              </w:rPr>
              <w:t>Lembaga/Tokoh/Mitra</w:t>
            </w:r>
          </w:p>
        </w:tc>
        <w:tc>
          <w:tcPr>
            <w:tcW w:w="1741" w:type="dxa"/>
            <w:shd w:val="clear" w:color="auto" w:fill="D9EAF7"/>
            <w:vAlign w:val="center"/>
          </w:tcPr>
          <w:p w14:paraId="1A37F7C5" w14:textId="77777777" w:rsidR="005110C1" w:rsidRDefault="007D35BC">
            <w:pPr>
              <w:jc w:val="center"/>
            </w:pPr>
            <w:r>
              <w:rPr>
                <w:b/>
              </w:rPr>
              <w:t>Bentuk Dukungan</w:t>
            </w:r>
          </w:p>
        </w:tc>
        <w:tc>
          <w:tcPr>
            <w:tcW w:w="1706" w:type="dxa"/>
            <w:shd w:val="clear" w:color="auto" w:fill="D9EAF7"/>
            <w:vAlign w:val="center"/>
          </w:tcPr>
          <w:p w14:paraId="7028F11E" w14:textId="77777777" w:rsidR="005110C1" w:rsidRDefault="007D35BC">
            <w:pPr>
              <w:jc w:val="center"/>
            </w:pPr>
            <w:r>
              <w:rPr>
                <w:b/>
              </w:rPr>
              <w:t>Kegiatan</w:t>
            </w:r>
          </w:p>
        </w:tc>
        <w:tc>
          <w:tcPr>
            <w:tcW w:w="2030" w:type="dxa"/>
            <w:shd w:val="clear" w:color="auto" w:fill="D9EAF7"/>
            <w:vAlign w:val="center"/>
          </w:tcPr>
          <w:p w14:paraId="6DB700B6" w14:textId="77777777" w:rsidR="005110C1" w:rsidRDefault="007D35BC">
            <w:pPr>
              <w:jc w:val="center"/>
            </w:pPr>
            <w:r>
              <w:rPr>
                <w:b/>
              </w:rPr>
              <w:t>Hasil/Keterangan</w:t>
            </w:r>
          </w:p>
        </w:tc>
      </w:tr>
      <w:tr w:rsidR="005110C1" w14:paraId="3FDC884A" w14:textId="77777777" w:rsidTr="003B3E94">
        <w:trPr>
          <w:jc w:val="center"/>
        </w:trPr>
        <w:tc>
          <w:tcPr>
            <w:tcW w:w="675" w:type="dxa"/>
          </w:tcPr>
          <w:p w14:paraId="2E163FDB" w14:textId="77777777" w:rsidR="005110C1" w:rsidRDefault="007D35BC">
            <w:r>
              <w:t xml:space="preserve"> </w:t>
            </w:r>
          </w:p>
        </w:tc>
        <w:tc>
          <w:tcPr>
            <w:tcW w:w="3469" w:type="dxa"/>
          </w:tcPr>
          <w:p w14:paraId="269C730D" w14:textId="77777777" w:rsidR="005110C1" w:rsidRDefault="007D35BC">
            <w:r>
              <w:t xml:space="preserve"> </w:t>
            </w:r>
          </w:p>
        </w:tc>
        <w:tc>
          <w:tcPr>
            <w:tcW w:w="1741" w:type="dxa"/>
          </w:tcPr>
          <w:p w14:paraId="5AF67FEE" w14:textId="77777777" w:rsidR="005110C1" w:rsidRDefault="007D35BC">
            <w:r>
              <w:t xml:space="preserve"> </w:t>
            </w:r>
          </w:p>
        </w:tc>
        <w:tc>
          <w:tcPr>
            <w:tcW w:w="1706" w:type="dxa"/>
          </w:tcPr>
          <w:p w14:paraId="3D96AEDE" w14:textId="77777777" w:rsidR="005110C1" w:rsidRDefault="007D35BC">
            <w:r>
              <w:t xml:space="preserve"> </w:t>
            </w:r>
          </w:p>
        </w:tc>
        <w:tc>
          <w:tcPr>
            <w:tcW w:w="2030" w:type="dxa"/>
          </w:tcPr>
          <w:p w14:paraId="58BF5995" w14:textId="77777777" w:rsidR="005110C1" w:rsidRDefault="007D35BC">
            <w:r>
              <w:t xml:space="preserve"> </w:t>
            </w:r>
          </w:p>
        </w:tc>
      </w:tr>
      <w:tr w:rsidR="005110C1" w14:paraId="4EA50779" w14:textId="77777777" w:rsidTr="003B3E94">
        <w:trPr>
          <w:jc w:val="center"/>
        </w:trPr>
        <w:tc>
          <w:tcPr>
            <w:tcW w:w="675" w:type="dxa"/>
          </w:tcPr>
          <w:p w14:paraId="0A654C96" w14:textId="77777777" w:rsidR="005110C1" w:rsidRDefault="007D35BC">
            <w:r>
              <w:t xml:space="preserve"> </w:t>
            </w:r>
          </w:p>
        </w:tc>
        <w:tc>
          <w:tcPr>
            <w:tcW w:w="3469" w:type="dxa"/>
          </w:tcPr>
          <w:p w14:paraId="6B37D7D4" w14:textId="77777777" w:rsidR="005110C1" w:rsidRDefault="007D35BC">
            <w:r>
              <w:t xml:space="preserve"> </w:t>
            </w:r>
          </w:p>
        </w:tc>
        <w:tc>
          <w:tcPr>
            <w:tcW w:w="1741" w:type="dxa"/>
          </w:tcPr>
          <w:p w14:paraId="585FC8D7" w14:textId="77777777" w:rsidR="005110C1" w:rsidRDefault="007D35BC">
            <w:r>
              <w:t xml:space="preserve"> </w:t>
            </w:r>
          </w:p>
        </w:tc>
        <w:tc>
          <w:tcPr>
            <w:tcW w:w="1706" w:type="dxa"/>
          </w:tcPr>
          <w:p w14:paraId="6DA8BE70" w14:textId="77777777" w:rsidR="005110C1" w:rsidRDefault="007D35BC">
            <w:r>
              <w:t xml:space="preserve"> </w:t>
            </w:r>
          </w:p>
        </w:tc>
        <w:tc>
          <w:tcPr>
            <w:tcW w:w="2030" w:type="dxa"/>
          </w:tcPr>
          <w:p w14:paraId="7D9EC2D3" w14:textId="77777777" w:rsidR="005110C1" w:rsidRDefault="007D35BC">
            <w:r>
              <w:t xml:space="preserve"> </w:t>
            </w:r>
          </w:p>
        </w:tc>
      </w:tr>
      <w:tr w:rsidR="005110C1" w14:paraId="298384B5" w14:textId="77777777" w:rsidTr="003B3E94">
        <w:trPr>
          <w:jc w:val="center"/>
        </w:trPr>
        <w:tc>
          <w:tcPr>
            <w:tcW w:w="675" w:type="dxa"/>
          </w:tcPr>
          <w:p w14:paraId="2C1C794F" w14:textId="77777777" w:rsidR="005110C1" w:rsidRDefault="007D35BC">
            <w:r>
              <w:t xml:space="preserve"> </w:t>
            </w:r>
          </w:p>
        </w:tc>
        <w:tc>
          <w:tcPr>
            <w:tcW w:w="3469" w:type="dxa"/>
          </w:tcPr>
          <w:p w14:paraId="5B66A90F" w14:textId="77777777" w:rsidR="005110C1" w:rsidRDefault="007D35BC">
            <w:r>
              <w:t xml:space="preserve"> </w:t>
            </w:r>
          </w:p>
        </w:tc>
        <w:tc>
          <w:tcPr>
            <w:tcW w:w="1741" w:type="dxa"/>
          </w:tcPr>
          <w:p w14:paraId="0C708ABB" w14:textId="77777777" w:rsidR="005110C1" w:rsidRDefault="007D35BC">
            <w:r>
              <w:t xml:space="preserve"> </w:t>
            </w:r>
          </w:p>
        </w:tc>
        <w:tc>
          <w:tcPr>
            <w:tcW w:w="1706" w:type="dxa"/>
          </w:tcPr>
          <w:p w14:paraId="5486D916" w14:textId="77777777" w:rsidR="005110C1" w:rsidRDefault="007D35BC">
            <w:r>
              <w:t xml:space="preserve"> </w:t>
            </w:r>
          </w:p>
        </w:tc>
        <w:tc>
          <w:tcPr>
            <w:tcW w:w="2030" w:type="dxa"/>
          </w:tcPr>
          <w:p w14:paraId="544300D3" w14:textId="77777777" w:rsidR="005110C1" w:rsidRDefault="007D35BC">
            <w:r>
              <w:t xml:space="preserve"> </w:t>
            </w:r>
          </w:p>
        </w:tc>
      </w:tr>
      <w:tr w:rsidR="005110C1" w14:paraId="6B3C85B9" w14:textId="77777777" w:rsidTr="003B3E94">
        <w:trPr>
          <w:jc w:val="center"/>
        </w:trPr>
        <w:tc>
          <w:tcPr>
            <w:tcW w:w="675" w:type="dxa"/>
          </w:tcPr>
          <w:p w14:paraId="3586D65E" w14:textId="77777777" w:rsidR="005110C1" w:rsidRDefault="007D35BC">
            <w:r>
              <w:t xml:space="preserve"> </w:t>
            </w:r>
          </w:p>
        </w:tc>
        <w:tc>
          <w:tcPr>
            <w:tcW w:w="3469" w:type="dxa"/>
          </w:tcPr>
          <w:p w14:paraId="10DA99FC" w14:textId="77777777" w:rsidR="005110C1" w:rsidRDefault="007D35BC">
            <w:r>
              <w:t xml:space="preserve"> </w:t>
            </w:r>
          </w:p>
        </w:tc>
        <w:tc>
          <w:tcPr>
            <w:tcW w:w="1741" w:type="dxa"/>
          </w:tcPr>
          <w:p w14:paraId="2D52171D" w14:textId="77777777" w:rsidR="005110C1" w:rsidRDefault="007D35BC">
            <w:r>
              <w:t xml:space="preserve"> </w:t>
            </w:r>
          </w:p>
        </w:tc>
        <w:tc>
          <w:tcPr>
            <w:tcW w:w="1706" w:type="dxa"/>
          </w:tcPr>
          <w:p w14:paraId="414D80B6" w14:textId="77777777" w:rsidR="005110C1" w:rsidRDefault="007D35BC">
            <w:r>
              <w:t xml:space="preserve"> </w:t>
            </w:r>
          </w:p>
        </w:tc>
        <w:tc>
          <w:tcPr>
            <w:tcW w:w="2030" w:type="dxa"/>
          </w:tcPr>
          <w:p w14:paraId="554FA367" w14:textId="77777777" w:rsidR="005110C1" w:rsidRDefault="007D35BC">
            <w:r>
              <w:t xml:space="preserve"> </w:t>
            </w:r>
          </w:p>
        </w:tc>
      </w:tr>
      <w:tr w:rsidR="005110C1" w14:paraId="26C9B135" w14:textId="77777777" w:rsidTr="003B3E94">
        <w:trPr>
          <w:jc w:val="center"/>
        </w:trPr>
        <w:tc>
          <w:tcPr>
            <w:tcW w:w="675" w:type="dxa"/>
          </w:tcPr>
          <w:p w14:paraId="0BE30C36" w14:textId="77777777" w:rsidR="005110C1" w:rsidRDefault="007D35BC">
            <w:r>
              <w:t xml:space="preserve"> </w:t>
            </w:r>
          </w:p>
        </w:tc>
        <w:tc>
          <w:tcPr>
            <w:tcW w:w="3469" w:type="dxa"/>
          </w:tcPr>
          <w:p w14:paraId="20582CCA" w14:textId="77777777" w:rsidR="005110C1" w:rsidRDefault="007D35BC">
            <w:r>
              <w:t xml:space="preserve"> </w:t>
            </w:r>
          </w:p>
        </w:tc>
        <w:tc>
          <w:tcPr>
            <w:tcW w:w="1741" w:type="dxa"/>
          </w:tcPr>
          <w:p w14:paraId="71BB0B8F" w14:textId="77777777" w:rsidR="005110C1" w:rsidRDefault="007D35BC">
            <w:r>
              <w:t xml:space="preserve"> </w:t>
            </w:r>
          </w:p>
        </w:tc>
        <w:tc>
          <w:tcPr>
            <w:tcW w:w="1706" w:type="dxa"/>
          </w:tcPr>
          <w:p w14:paraId="2FB76669" w14:textId="77777777" w:rsidR="005110C1" w:rsidRDefault="007D35BC">
            <w:r>
              <w:t xml:space="preserve"> </w:t>
            </w:r>
          </w:p>
        </w:tc>
        <w:tc>
          <w:tcPr>
            <w:tcW w:w="2030" w:type="dxa"/>
          </w:tcPr>
          <w:p w14:paraId="29E08E8E" w14:textId="77777777" w:rsidR="005110C1" w:rsidRDefault="007D35BC">
            <w:r>
              <w:t xml:space="preserve"> </w:t>
            </w:r>
          </w:p>
        </w:tc>
      </w:tr>
      <w:tr w:rsidR="005110C1" w14:paraId="08BB9EF7" w14:textId="77777777" w:rsidTr="003B3E94">
        <w:trPr>
          <w:jc w:val="center"/>
        </w:trPr>
        <w:tc>
          <w:tcPr>
            <w:tcW w:w="675" w:type="dxa"/>
          </w:tcPr>
          <w:p w14:paraId="22A00D01" w14:textId="77777777" w:rsidR="005110C1" w:rsidRDefault="007D35BC">
            <w:r>
              <w:t xml:space="preserve"> </w:t>
            </w:r>
          </w:p>
        </w:tc>
        <w:tc>
          <w:tcPr>
            <w:tcW w:w="3469" w:type="dxa"/>
          </w:tcPr>
          <w:p w14:paraId="711FB587" w14:textId="77777777" w:rsidR="005110C1" w:rsidRDefault="007D35BC">
            <w:r>
              <w:t xml:space="preserve"> </w:t>
            </w:r>
          </w:p>
        </w:tc>
        <w:tc>
          <w:tcPr>
            <w:tcW w:w="1741" w:type="dxa"/>
          </w:tcPr>
          <w:p w14:paraId="6883F7E6" w14:textId="77777777" w:rsidR="005110C1" w:rsidRDefault="007D35BC">
            <w:r>
              <w:t xml:space="preserve"> </w:t>
            </w:r>
          </w:p>
        </w:tc>
        <w:tc>
          <w:tcPr>
            <w:tcW w:w="1706" w:type="dxa"/>
          </w:tcPr>
          <w:p w14:paraId="29CA1623" w14:textId="77777777" w:rsidR="005110C1" w:rsidRDefault="007D35BC">
            <w:r>
              <w:t xml:space="preserve"> </w:t>
            </w:r>
          </w:p>
        </w:tc>
        <w:tc>
          <w:tcPr>
            <w:tcW w:w="2030" w:type="dxa"/>
          </w:tcPr>
          <w:p w14:paraId="48BFFF8D" w14:textId="77777777" w:rsidR="005110C1" w:rsidRDefault="007D35BC">
            <w:r>
              <w:t xml:space="preserve"> </w:t>
            </w:r>
          </w:p>
        </w:tc>
      </w:tr>
    </w:tbl>
    <w:p w14:paraId="20CE1BEF" w14:textId="77777777" w:rsidR="005110C1" w:rsidRDefault="005110C1"/>
    <w:p w14:paraId="1E126E20" w14:textId="77777777" w:rsidR="005110C1" w:rsidRDefault="007D35BC">
      <w:r>
        <w:rPr>
          <w:b/>
        </w:rPr>
        <w:t>H. KENDALA DAN SOLUSI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663"/>
        <w:gridCol w:w="3502"/>
        <w:gridCol w:w="1682"/>
        <w:gridCol w:w="1820"/>
        <w:gridCol w:w="1620"/>
      </w:tblGrid>
      <w:tr w:rsidR="005110C1" w14:paraId="41517210" w14:textId="77777777" w:rsidTr="003B3E94">
        <w:trPr>
          <w:tblHeader/>
          <w:jc w:val="center"/>
        </w:trPr>
        <w:tc>
          <w:tcPr>
            <w:tcW w:w="675" w:type="dxa"/>
            <w:shd w:val="clear" w:color="auto" w:fill="D9EAF7"/>
            <w:vAlign w:val="center"/>
          </w:tcPr>
          <w:p w14:paraId="44179459" w14:textId="77777777" w:rsidR="005110C1" w:rsidRDefault="007D35BC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3620" w:type="dxa"/>
            <w:shd w:val="clear" w:color="auto" w:fill="D9EAF7"/>
            <w:vAlign w:val="center"/>
          </w:tcPr>
          <w:p w14:paraId="57A2E230" w14:textId="77777777" w:rsidR="005110C1" w:rsidRDefault="007D35BC">
            <w:pPr>
              <w:jc w:val="center"/>
            </w:pPr>
            <w:r>
              <w:rPr>
                <w:b/>
              </w:rPr>
              <w:t>Kendala/Permasalahan</w:t>
            </w:r>
          </w:p>
        </w:tc>
        <w:tc>
          <w:tcPr>
            <w:tcW w:w="1760" w:type="dxa"/>
            <w:shd w:val="clear" w:color="auto" w:fill="D9EAF7"/>
            <w:vAlign w:val="center"/>
          </w:tcPr>
          <w:p w14:paraId="1ECC2CB2" w14:textId="77777777" w:rsidR="005110C1" w:rsidRDefault="007D35BC">
            <w:pPr>
              <w:jc w:val="center"/>
            </w:pPr>
            <w:r>
              <w:rPr>
                <w:b/>
              </w:rPr>
              <w:t>Dampak</w:t>
            </w:r>
          </w:p>
        </w:tc>
        <w:tc>
          <w:tcPr>
            <w:tcW w:w="1844" w:type="dxa"/>
            <w:shd w:val="clear" w:color="auto" w:fill="D9EAF7"/>
            <w:vAlign w:val="center"/>
          </w:tcPr>
          <w:p w14:paraId="19DB79AA" w14:textId="77777777" w:rsidR="005110C1" w:rsidRDefault="007D35BC">
            <w:pPr>
              <w:jc w:val="center"/>
            </w:pPr>
            <w:r>
              <w:rPr>
                <w:b/>
              </w:rPr>
              <w:t>Solusi/Tindak Lanjut</w:t>
            </w:r>
          </w:p>
        </w:tc>
        <w:tc>
          <w:tcPr>
            <w:tcW w:w="1722" w:type="dxa"/>
            <w:shd w:val="clear" w:color="auto" w:fill="D9EAF7"/>
            <w:vAlign w:val="center"/>
          </w:tcPr>
          <w:p w14:paraId="13D72FCC" w14:textId="77777777" w:rsidR="005110C1" w:rsidRDefault="007D35BC">
            <w:pPr>
              <w:jc w:val="center"/>
            </w:pPr>
            <w:r>
              <w:rPr>
                <w:b/>
              </w:rPr>
              <w:t>Status</w:t>
            </w:r>
          </w:p>
        </w:tc>
      </w:tr>
      <w:tr w:rsidR="005110C1" w14:paraId="2D88139D" w14:textId="77777777" w:rsidTr="003B3E94">
        <w:trPr>
          <w:jc w:val="center"/>
        </w:trPr>
        <w:tc>
          <w:tcPr>
            <w:tcW w:w="675" w:type="dxa"/>
          </w:tcPr>
          <w:p w14:paraId="6C919831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28887B79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16F5AB8C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69C2E47C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74C465F3" w14:textId="77777777" w:rsidR="005110C1" w:rsidRDefault="007D35BC">
            <w:r>
              <w:t xml:space="preserve"> </w:t>
            </w:r>
          </w:p>
        </w:tc>
      </w:tr>
      <w:tr w:rsidR="005110C1" w14:paraId="14A25CDB" w14:textId="77777777" w:rsidTr="003B3E94">
        <w:trPr>
          <w:jc w:val="center"/>
        </w:trPr>
        <w:tc>
          <w:tcPr>
            <w:tcW w:w="675" w:type="dxa"/>
          </w:tcPr>
          <w:p w14:paraId="58653D15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3EE540AC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7BEECB7D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130185C8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3C75F770" w14:textId="77777777" w:rsidR="005110C1" w:rsidRDefault="007D35BC">
            <w:r>
              <w:t xml:space="preserve"> </w:t>
            </w:r>
          </w:p>
        </w:tc>
      </w:tr>
      <w:tr w:rsidR="005110C1" w14:paraId="615A82EE" w14:textId="77777777" w:rsidTr="003B3E94">
        <w:trPr>
          <w:jc w:val="center"/>
        </w:trPr>
        <w:tc>
          <w:tcPr>
            <w:tcW w:w="675" w:type="dxa"/>
          </w:tcPr>
          <w:p w14:paraId="33D0F6E1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729BEDDA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6300B569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2D3C68AB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018834B4" w14:textId="77777777" w:rsidR="005110C1" w:rsidRDefault="007D35BC">
            <w:r>
              <w:t xml:space="preserve"> </w:t>
            </w:r>
          </w:p>
        </w:tc>
      </w:tr>
      <w:tr w:rsidR="005110C1" w14:paraId="660912B1" w14:textId="77777777" w:rsidTr="003B3E94">
        <w:trPr>
          <w:jc w:val="center"/>
        </w:trPr>
        <w:tc>
          <w:tcPr>
            <w:tcW w:w="675" w:type="dxa"/>
          </w:tcPr>
          <w:p w14:paraId="685DBE60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6F5D4CFA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695F066F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7D86B4A6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33CD4CD3" w14:textId="77777777" w:rsidR="005110C1" w:rsidRDefault="007D35BC">
            <w:r>
              <w:t xml:space="preserve"> </w:t>
            </w:r>
          </w:p>
        </w:tc>
      </w:tr>
      <w:tr w:rsidR="005110C1" w14:paraId="06E064D9" w14:textId="77777777" w:rsidTr="003B3E94">
        <w:trPr>
          <w:jc w:val="center"/>
        </w:trPr>
        <w:tc>
          <w:tcPr>
            <w:tcW w:w="675" w:type="dxa"/>
          </w:tcPr>
          <w:p w14:paraId="051EFA8E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107EBC6E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690F8D31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14A88AB6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20DE2FE7" w14:textId="77777777" w:rsidR="005110C1" w:rsidRDefault="007D35BC">
            <w:r>
              <w:t xml:space="preserve"> </w:t>
            </w:r>
          </w:p>
        </w:tc>
      </w:tr>
      <w:tr w:rsidR="005110C1" w14:paraId="30446709" w14:textId="77777777" w:rsidTr="003B3E94">
        <w:trPr>
          <w:jc w:val="center"/>
        </w:trPr>
        <w:tc>
          <w:tcPr>
            <w:tcW w:w="675" w:type="dxa"/>
          </w:tcPr>
          <w:p w14:paraId="69898796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5C236C84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5606FACA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64CFF45E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18DEA3F3" w14:textId="77777777" w:rsidR="005110C1" w:rsidRDefault="007D35BC">
            <w:r>
              <w:t xml:space="preserve"> </w:t>
            </w:r>
          </w:p>
        </w:tc>
      </w:tr>
      <w:tr w:rsidR="005110C1" w14:paraId="0B6844C9" w14:textId="77777777" w:rsidTr="003B3E94">
        <w:trPr>
          <w:jc w:val="center"/>
        </w:trPr>
        <w:tc>
          <w:tcPr>
            <w:tcW w:w="675" w:type="dxa"/>
          </w:tcPr>
          <w:p w14:paraId="4B31A23B" w14:textId="77777777" w:rsidR="005110C1" w:rsidRDefault="007D35BC">
            <w:r>
              <w:t xml:space="preserve"> </w:t>
            </w:r>
          </w:p>
        </w:tc>
        <w:tc>
          <w:tcPr>
            <w:tcW w:w="3620" w:type="dxa"/>
          </w:tcPr>
          <w:p w14:paraId="4A2982BB" w14:textId="77777777" w:rsidR="005110C1" w:rsidRDefault="007D35BC">
            <w:r>
              <w:t xml:space="preserve"> </w:t>
            </w:r>
          </w:p>
        </w:tc>
        <w:tc>
          <w:tcPr>
            <w:tcW w:w="1760" w:type="dxa"/>
          </w:tcPr>
          <w:p w14:paraId="35891CD8" w14:textId="77777777" w:rsidR="005110C1" w:rsidRDefault="007D35BC">
            <w:r>
              <w:t xml:space="preserve"> </w:t>
            </w:r>
          </w:p>
        </w:tc>
        <w:tc>
          <w:tcPr>
            <w:tcW w:w="1844" w:type="dxa"/>
          </w:tcPr>
          <w:p w14:paraId="68246D4C" w14:textId="77777777" w:rsidR="005110C1" w:rsidRDefault="007D35BC">
            <w:r>
              <w:t xml:space="preserve"> </w:t>
            </w:r>
          </w:p>
        </w:tc>
        <w:tc>
          <w:tcPr>
            <w:tcW w:w="1722" w:type="dxa"/>
          </w:tcPr>
          <w:p w14:paraId="5881ECDA" w14:textId="77777777" w:rsidR="005110C1" w:rsidRDefault="007D35BC">
            <w:r>
              <w:t xml:space="preserve"> </w:t>
            </w:r>
          </w:p>
        </w:tc>
      </w:tr>
    </w:tbl>
    <w:p w14:paraId="3A23817A" w14:textId="77777777" w:rsidR="005110C1" w:rsidRDefault="005110C1"/>
    <w:p w14:paraId="7F2AF078" w14:textId="77777777" w:rsidR="005110C1" w:rsidRDefault="007D35BC">
      <w:r>
        <w:rPr>
          <w:b/>
        </w:rPr>
        <w:t>I. REKAPITULASI KEUANGAN KELOMPOK</w:t>
      </w:r>
    </w:p>
    <w:tbl>
      <w:tblPr>
        <w:tblStyle w:val="TableGrid"/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70"/>
        <w:gridCol w:w="2497"/>
        <w:gridCol w:w="1560"/>
        <w:gridCol w:w="1565"/>
        <w:gridCol w:w="1534"/>
        <w:gridCol w:w="1561"/>
      </w:tblGrid>
      <w:tr w:rsidR="005110C1" w14:paraId="4B80E3A7" w14:textId="77777777" w:rsidTr="006D6DBD">
        <w:trPr>
          <w:tblHeader/>
          <w:jc w:val="center"/>
        </w:trPr>
        <w:tc>
          <w:tcPr>
            <w:tcW w:w="566" w:type="dxa"/>
            <w:shd w:val="clear" w:color="auto" w:fill="D9EAF7"/>
            <w:vAlign w:val="center"/>
          </w:tcPr>
          <w:p w14:paraId="2D5832EA" w14:textId="77777777" w:rsidR="005110C1" w:rsidRDefault="007D35BC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2568" w:type="dxa"/>
            <w:shd w:val="clear" w:color="auto" w:fill="D9EAF7"/>
            <w:vAlign w:val="center"/>
          </w:tcPr>
          <w:p w14:paraId="2BA616A6" w14:textId="77777777" w:rsidR="005110C1" w:rsidRDefault="007D35BC">
            <w:pPr>
              <w:jc w:val="center"/>
            </w:pPr>
            <w:r>
              <w:rPr>
                <w:b/>
              </w:rPr>
              <w:t>Uraian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1DBF9767" w14:textId="77777777" w:rsidR="005110C1" w:rsidRDefault="007D35BC">
            <w:pPr>
              <w:jc w:val="center"/>
            </w:pPr>
            <w:r>
              <w:rPr>
                <w:b/>
              </w:rPr>
              <w:t>Pemasukan (Rp)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5A200DA1" w14:textId="77777777" w:rsidR="005110C1" w:rsidRDefault="007D35BC">
            <w:pPr>
              <w:jc w:val="center"/>
            </w:pPr>
            <w:r>
              <w:rPr>
                <w:b/>
              </w:rPr>
              <w:t>Pengeluaran (Rp)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1AB7B0B5" w14:textId="77777777" w:rsidR="005110C1" w:rsidRDefault="007D35BC">
            <w:pPr>
              <w:jc w:val="center"/>
            </w:pPr>
            <w:r>
              <w:rPr>
                <w:b/>
              </w:rPr>
              <w:t>Saldo (Rp)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1402D3B8" w14:textId="77777777" w:rsidR="005110C1" w:rsidRDefault="007D35BC">
            <w:pPr>
              <w:jc w:val="center"/>
            </w:pPr>
            <w:r>
              <w:rPr>
                <w:b/>
              </w:rPr>
              <w:t>Keterangan</w:t>
            </w:r>
          </w:p>
        </w:tc>
      </w:tr>
      <w:tr w:rsidR="005110C1" w14:paraId="4CD9D00D" w14:textId="77777777" w:rsidTr="006D6DBD">
        <w:trPr>
          <w:jc w:val="center"/>
        </w:trPr>
        <w:tc>
          <w:tcPr>
            <w:tcW w:w="566" w:type="dxa"/>
          </w:tcPr>
          <w:p w14:paraId="2AAA6525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65F7105C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523B840B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5045860B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16342AFE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6A620153" w14:textId="77777777" w:rsidR="005110C1" w:rsidRDefault="007D35BC">
            <w:r>
              <w:t xml:space="preserve"> </w:t>
            </w:r>
          </w:p>
        </w:tc>
      </w:tr>
      <w:tr w:rsidR="005110C1" w14:paraId="1B27D5FF" w14:textId="77777777" w:rsidTr="006D6DBD">
        <w:trPr>
          <w:jc w:val="center"/>
        </w:trPr>
        <w:tc>
          <w:tcPr>
            <w:tcW w:w="566" w:type="dxa"/>
          </w:tcPr>
          <w:p w14:paraId="5B0F6913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793EDC62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7B999DAC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4F42DC46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53094EF5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2726EB91" w14:textId="77777777" w:rsidR="005110C1" w:rsidRDefault="007D35BC">
            <w:r>
              <w:t xml:space="preserve"> </w:t>
            </w:r>
          </w:p>
        </w:tc>
      </w:tr>
      <w:tr w:rsidR="005110C1" w14:paraId="483CBF9B" w14:textId="77777777" w:rsidTr="006D6DBD">
        <w:trPr>
          <w:jc w:val="center"/>
        </w:trPr>
        <w:tc>
          <w:tcPr>
            <w:tcW w:w="566" w:type="dxa"/>
          </w:tcPr>
          <w:p w14:paraId="62495394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32183A98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668CAD49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3DE0C214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72825D11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0E395349" w14:textId="77777777" w:rsidR="005110C1" w:rsidRDefault="007D35BC">
            <w:r>
              <w:t xml:space="preserve"> </w:t>
            </w:r>
          </w:p>
        </w:tc>
      </w:tr>
      <w:tr w:rsidR="005110C1" w14:paraId="4EC2D903" w14:textId="77777777" w:rsidTr="006D6DBD">
        <w:trPr>
          <w:jc w:val="center"/>
        </w:trPr>
        <w:tc>
          <w:tcPr>
            <w:tcW w:w="566" w:type="dxa"/>
          </w:tcPr>
          <w:p w14:paraId="5D8F7DF7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64E052B5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0CD1CBC3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6782C1CB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1E516D4D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34DAF3AC" w14:textId="77777777" w:rsidR="005110C1" w:rsidRDefault="007D35BC">
            <w:r>
              <w:t xml:space="preserve"> </w:t>
            </w:r>
          </w:p>
        </w:tc>
      </w:tr>
      <w:tr w:rsidR="005110C1" w14:paraId="5133092C" w14:textId="77777777" w:rsidTr="006D6DBD">
        <w:trPr>
          <w:jc w:val="center"/>
        </w:trPr>
        <w:tc>
          <w:tcPr>
            <w:tcW w:w="566" w:type="dxa"/>
          </w:tcPr>
          <w:p w14:paraId="240C2587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010872EE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3C2DC17E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4264DEFC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32CB312E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382A7E10" w14:textId="77777777" w:rsidR="005110C1" w:rsidRDefault="007D35BC">
            <w:r>
              <w:t xml:space="preserve"> </w:t>
            </w:r>
          </w:p>
        </w:tc>
      </w:tr>
      <w:tr w:rsidR="005110C1" w14:paraId="1F8B3CB2" w14:textId="77777777" w:rsidTr="006D6DBD">
        <w:trPr>
          <w:jc w:val="center"/>
        </w:trPr>
        <w:tc>
          <w:tcPr>
            <w:tcW w:w="566" w:type="dxa"/>
          </w:tcPr>
          <w:p w14:paraId="2DF3C343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7B96B8DA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603E8964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5A29A774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0B09FD16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193EF6B5" w14:textId="77777777" w:rsidR="005110C1" w:rsidRDefault="007D35BC">
            <w:r>
              <w:t xml:space="preserve"> </w:t>
            </w:r>
          </w:p>
        </w:tc>
      </w:tr>
      <w:tr w:rsidR="005110C1" w14:paraId="54DD3DDA" w14:textId="77777777" w:rsidTr="006D6DBD">
        <w:trPr>
          <w:jc w:val="center"/>
        </w:trPr>
        <w:tc>
          <w:tcPr>
            <w:tcW w:w="566" w:type="dxa"/>
          </w:tcPr>
          <w:p w14:paraId="3BA44252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27910C79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029838C8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24C6F453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7F97D94F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7F78B5A3" w14:textId="77777777" w:rsidR="005110C1" w:rsidRDefault="007D35BC">
            <w:r>
              <w:t xml:space="preserve"> </w:t>
            </w:r>
          </w:p>
        </w:tc>
      </w:tr>
      <w:tr w:rsidR="005110C1" w14:paraId="4B99E77F" w14:textId="77777777" w:rsidTr="006D6DBD">
        <w:trPr>
          <w:jc w:val="center"/>
        </w:trPr>
        <w:tc>
          <w:tcPr>
            <w:tcW w:w="566" w:type="dxa"/>
          </w:tcPr>
          <w:p w14:paraId="469AB5FA" w14:textId="77777777" w:rsidR="005110C1" w:rsidRDefault="007D35BC">
            <w:r>
              <w:t xml:space="preserve"> </w:t>
            </w:r>
          </w:p>
        </w:tc>
        <w:tc>
          <w:tcPr>
            <w:tcW w:w="2568" w:type="dxa"/>
          </w:tcPr>
          <w:p w14:paraId="3844133C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26A2AF5A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4A2DDF45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5CDB3028" w14:textId="77777777" w:rsidR="005110C1" w:rsidRDefault="007D35BC">
            <w:r>
              <w:t xml:space="preserve"> </w:t>
            </w:r>
          </w:p>
        </w:tc>
        <w:tc>
          <w:tcPr>
            <w:tcW w:w="1567" w:type="dxa"/>
          </w:tcPr>
          <w:p w14:paraId="5FD3636B" w14:textId="77777777" w:rsidR="005110C1" w:rsidRDefault="007D35BC">
            <w:r>
              <w:t xml:space="preserve"> </w:t>
            </w:r>
          </w:p>
        </w:tc>
      </w:tr>
    </w:tbl>
    <w:p w14:paraId="6A52D4FE" w14:textId="77777777" w:rsidR="005110C1" w:rsidRDefault="005110C1"/>
    <w:p w14:paraId="06C1F6A8" w14:textId="77777777" w:rsidR="005110C1" w:rsidRDefault="007D35BC">
      <w:r>
        <w:rPr>
          <w:b/>
        </w:rPr>
        <w:t xml:space="preserve">J. HASIL DAN </w:t>
      </w:r>
      <w:r>
        <w:rPr>
          <w:b/>
        </w:rPr>
        <w:t>CAPAIAN</w:t>
      </w:r>
    </w:p>
    <w:p w14:paraId="5A205176" w14:textId="77777777" w:rsidR="005110C1" w:rsidRDefault="007D35BC">
      <w:r>
        <w:rPr>
          <w:b/>
        </w:rPr>
        <w:t>1. Capaian Program Kerja</w:t>
      </w:r>
    </w:p>
    <w:p w14:paraId="24E2122E" w14:textId="77777777" w:rsidR="005110C1" w:rsidRDefault="007D35BC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</w:t>
      </w:r>
      <w:r>
        <w:t>..</w:t>
      </w:r>
      <w:r>
        <w:br/>
      </w:r>
    </w:p>
    <w:p w14:paraId="0FE04149" w14:textId="77777777" w:rsidR="005110C1" w:rsidRDefault="007D35BC">
      <w:r>
        <w:rPr>
          <w:b/>
        </w:rPr>
        <w:t>2. Produk/Output yang Dihasilkan</w:t>
      </w:r>
    </w:p>
    <w:p w14:paraId="29354771" w14:textId="77777777" w:rsidR="005110C1" w:rsidRDefault="007D35BC">
      <w:r>
        <w:lastRenderedPageBreak/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</w:t>
      </w:r>
      <w:r>
        <w:t>......</w:t>
      </w:r>
      <w:r>
        <w:br/>
      </w:r>
    </w:p>
    <w:p w14:paraId="7C027D2F" w14:textId="77777777" w:rsidR="005110C1" w:rsidRDefault="007D35BC">
      <w:r>
        <w:rPr>
          <w:b/>
        </w:rPr>
        <w:t>3. Dampak bagi Masyarakat</w:t>
      </w:r>
    </w:p>
    <w:p w14:paraId="06896AB1" w14:textId="77777777" w:rsidR="005110C1" w:rsidRDefault="007D35BC">
      <w:r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</w:t>
      </w:r>
      <w:r>
        <w:t>...</w:t>
      </w:r>
      <w:r>
        <w:br/>
      </w:r>
    </w:p>
    <w:p w14:paraId="60CEAA17" w14:textId="77777777" w:rsidR="005110C1" w:rsidRDefault="007D35BC">
      <w:r>
        <w:rPr>
          <w:b/>
        </w:rPr>
        <w:t>4. Keberlanjutan Program</w:t>
      </w:r>
    </w:p>
    <w:p w14:paraId="7360317C" w14:textId="77777777" w:rsidR="005110C1" w:rsidRDefault="007D35BC">
      <w:r>
        <w:t>................................................................................................................</w:t>
      </w:r>
      <w:r>
        <w:br/>
      </w:r>
      <w:r>
        <w:t>................................................................................................................</w:t>
      </w:r>
      <w:r>
        <w:br/>
      </w:r>
    </w:p>
    <w:p w14:paraId="4C5748EC" w14:textId="77777777" w:rsidR="005110C1" w:rsidRDefault="007D35BC">
      <w:r>
        <w:rPr>
          <w:b/>
        </w:rPr>
        <w:t>K. EVALUASI DAN REKOMENDASI</w:t>
      </w:r>
    </w:p>
    <w:p w14:paraId="4B956EB5" w14:textId="77777777" w:rsidR="005110C1" w:rsidRDefault="007D35BC">
      <w:r>
        <w:t>Evaluasi pelaksanaan KKN:</w:t>
      </w:r>
      <w:r>
        <w:br/>
        <w:t>........................................................................................</w:t>
      </w:r>
      <w:r>
        <w:t>........................</w:t>
      </w:r>
      <w:r>
        <w:br/>
        <w:t>................................................................................................................</w:t>
      </w:r>
      <w:r>
        <w:br/>
      </w:r>
    </w:p>
    <w:p w14:paraId="3EC501F3" w14:textId="77777777" w:rsidR="005110C1" w:rsidRDefault="007D35BC">
      <w:r>
        <w:t>Rekomendasi untuk masyarakat/desa:</w:t>
      </w:r>
      <w:r>
        <w:br/>
        <w:t>..................................................................................</w:t>
      </w:r>
      <w:r>
        <w:t>..............................</w:t>
      </w:r>
      <w:r>
        <w:br/>
        <w:t>................................................................................................................</w:t>
      </w:r>
      <w:r>
        <w:br/>
      </w:r>
    </w:p>
    <w:p w14:paraId="26E8AC35" w14:textId="77777777" w:rsidR="005110C1" w:rsidRDefault="007D35BC">
      <w:r>
        <w:t>Rekomendasi untuk pelaksanaan KKN berikutnya:</w:t>
      </w:r>
      <w:r>
        <w:br/>
        <w:t>.................................................................</w:t>
      </w:r>
      <w:r>
        <w:t>...............................................</w:t>
      </w:r>
      <w:r>
        <w:br/>
        <w:t>................................................................................................................</w:t>
      </w:r>
      <w:r>
        <w:br/>
      </w:r>
    </w:p>
    <w:p w14:paraId="47233A6E" w14:textId="77777777" w:rsidR="005110C1" w:rsidRDefault="007D35BC">
      <w:r>
        <w:rPr>
          <w:b/>
        </w:rPr>
        <w:t>L. PENUTUP</w:t>
      </w:r>
    </w:p>
    <w:p w14:paraId="2D856B40" w14:textId="77777777" w:rsidR="005110C1" w:rsidRDefault="007D35BC">
      <w:r>
        <w:t>...................................................................................</w:t>
      </w:r>
      <w:r>
        <w:t>.............................</w:t>
      </w:r>
      <w:r>
        <w:br/>
        <w:t>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</w:t>
      </w:r>
      <w:r>
        <w:br/>
      </w:r>
    </w:p>
    <w:p w14:paraId="72702F31" w14:textId="77777777" w:rsidR="005110C1" w:rsidRDefault="007D35BC">
      <w:r>
        <w:rPr>
          <w:b/>
        </w:rPr>
        <w:t>M. LAMPIRAN</w:t>
      </w:r>
    </w:p>
    <w:p w14:paraId="3366140F" w14:textId="4052F120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Formulir </w:t>
      </w:r>
      <w:r>
        <w:t xml:space="preserve">Pendaftaran Setiap Mahasiswa/I </w:t>
      </w:r>
      <w:r>
        <w:t xml:space="preserve">KKN </w:t>
      </w:r>
    </w:p>
    <w:p w14:paraId="6E1C52CC" w14:textId="1CDDBC36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>B</w:t>
      </w:r>
      <w:r>
        <w:t xml:space="preserve">iodata </w:t>
      </w:r>
      <w:r>
        <w:t xml:space="preserve">Mahasiswa </w:t>
      </w:r>
    </w:p>
    <w:p w14:paraId="78AD856E" w14:textId="30EAEDB5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Surat Tugas </w:t>
      </w:r>
    </w:p>
    <w:p w14:paraId="33E4C167" w14:textId="666C2167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Surat Pengantar Ke Desa </w:t>
      </w:r>
    </w:p>
    <w:p w14:paraId="69DC4A62" w14:textId="48371752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Berita Acara Penerimaan </w:t>
      </w:r>
    </w:p>
    <w:p w14:paraId="431E73C2" w14:textId="5ABC5C4D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Observasi Desa </w:t>
      </w:r>
    </w:p>
    <w:p w14:paraId="024BB15F" w14:textId="1844F53A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Pemetaan Potensi Desa </w:t>
      </w:r>
    </w:p>
    <w:p w14:paraId="31EF6351" w14:textId="6F1A6485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Matriks Program Kerja </w:t>
      </w:r>
    </w:p>
    <w:p w14:paraId="47C1F5EA" w14:textId="1576E217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lastRenderedPageBreak/>
        <w:t xml:space="preserve">Jurnal Harian </w:t>
      </w:r>
    </w:p>
    <w:p w14:paraId="7703E387" w14:textId="6F3944D7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Daftar Hadir </w:t>
      </w:r>
    </w:p>
    <w:p w14:paraId="10670578" w14:textId="3E90E7A9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Penilaian Mahasiswa </w:t>
      </w:r>
    </w:p>
    <w:p w14:paraId="2C9811AA" w14:textId="2DA13A69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 xml:space="preserve">Laporan Akhir </w:t>
      </w:r>
    </w:p>
    <w:p w14:paraId="7F0919BD" w14:textId="46597610" w:rsidR="005110C1" w:rsidRDefault="006D6DBD" w:rsidP="006D6DBD">
      <w:pPr>
        <w:pStyle w:val="ListParagraph"/>
        <w:numPr>
          <w:ilvl w:val="0"/>
          <w:numId w:val="11"/>
        </w:numPr>
        <w:spacing w:after="0"/>
      </w:pPr>
      <w:r>
        <w:t>Berita Acara Penarikan</w:t>
      </w:r>
    </w:p>
    <w:p w14:paraId="3A441805" w14:textId="14EA07BF" w:rsidR="006D6DBD" w:rsidRDefault="006D6DBD" w:rsidP="006D6DBD">
      <w:pPr>
        <w:pStyle w:val="ListParagraph"/>
        <w:numPr>
          <w:ilvl w:val="0"/>
          <w:numId w:val="11"/>
        </w:numPr>
        <w:spacing w:after="0"/>
      </w:pPr>
      <w:r>
        <w:t>Dokumentasi Kegiatan Setiap Kegiatan</w:t>
      </w:r>
    </w:p>
    <w:p w14:paraId="1B2D69E3" w14:textId="5424DE20" w:rsidR="005110C1" w:rsidRDefault="005110C1"/>
    <w:sectPr w:rsidR="005110C1" w:rsidSect="003B3E94">
      <w:footerReference w:type="default" r:id="rId9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E8A1" w14:textId="77777777" w:rsidR="007D35BC" w:rsidRDefault="007D35BC">
      <w:pPr>
        <w:spacing w:after="0" w:line="240" w:lineRule="auto"/>
      </w:pPr>
      <w:r>
        <w:separator/>
      </w:r>
    </w:p>
  </w:endnote>
  <w:endnote w:type="continuationSeparator" w:id="0">
    <w:p w14:paraId="0224ABC3" w14:textId="77777777" w:rsidR="007D35BC" w:rsidRDefault="007D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6E9B" w14:textId="77777777" w:rsidR="005110C1" w:rsidRDefault="007D35BC">
    <w:pPr>
      <w:pStyle w:val="Footer"/>
      <w:jc w:val="center"/>
    </w:pPr>
    <w:r>
      <w:rPr>
        <w:sz w:val="18"/>
      </w:rPr>
      <w:t>Laporan Kelompok KKN – STAI Paduka Anambas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EFCA8" w14:textId="77777777" w:rsidR="007D35BC" w:rsidRDefault="007D35BC">
      <w:pPr>
        <w:spacing w:after="0" w:line="240" w:lineRule="auto"/>
      </w:pPr>
      <w:r>
        <w:separator/>
      </w:r>
    </w:p>
  </w:footnote>
  <w:footnote w:type="continuationSeparator" w:id="0">
    <w:p w14:paraId="254E0CA2" w14:textId="77777777" w:rsidR="007D35BC" w:rsidRDefault="007D3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26226B"/>
    <w:multiLevelType w:val="hybridMultilevel"/>
    <w:tmpl w:val="1486A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5412D"/>
    <w:multiLevelType w:val="multilevel"/>
    <w:tmpl w:val="C51E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615B6"/>
    <w:multiLevelType w:val="hybridMultilevel"/>
    <w:tmpl w:val="2EA84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3E94"/>
    <w:rsid w:val="004B1FA6"/>
    <w:rsid w:val="005110C1"/>
    <w:rsid w:val="006D6DBD"/>
    <w:rsid w:val="007D35B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2EE8ED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4B1FA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text-token-text-primary">
    <w:name w:val="text-token-text-primary"/>
    <w:basedOn w:val="DefaultParagraphFont"/>
    <w:rsid w:val="004B1FA6"/>
  </w:style>
  <w:style w:type="paragraph" w:styleId="NormalWeb">
    <w:name w:val="Normal (Web)"/>
    <w:basedOn w:val="Normal"/>
    <w:uiPriority w:val="99"/>
    <w:semiHidden/>
    <w:unhideWhenUsed/>
    <w:rsid w:val="004B1FA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2026-09-08T05:37:00Z</dcterms:modified>
  <cp:category/>
</cp:coreProperties>
</file>