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52168" w14:textId="77777777" w:rsidR="00EB3809" w:rsidRDefault="00EB3809" w:rsidP="00EB3809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14:paraId="69FA30C2" w14:textId="44F80142" w:rsidR="00EB3809" w:rsidRPr="004B1FA6" w:rsidRDefault="00EB3809" w:rsidP="00EB3809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</w:rPr>
      </w:pPr>
      <w:r w:rsidRPr="004B1FA6">
        <w:rPr>
          <w:rFonts w:eastAsia="Times New Roman" w:cs="Times New Roman"/>
          <w:b/>
          <w:bCs/>
          <w:sz w:val="28"/>
          <w:szCs w:val="28"/>
        </w:rPr>
        <w:t>SEKOLAH TINGGI AGAMA ISLAM (STAI) PADUKA ANAMBAS</w:t>
      </w:r>
      <w:r w:rsidRPr="004B1FA6">
        <w:rPr>
          <w:rFonts w:eastAsia="Times New Roman" w:cs="Times New Roman"/>
          <w:szCs w:val="24"/>
        </w:rPr>
        <w:br/>
      </w:r>
      <w:r w:rsidRPr="004B1FA6">
        <w:rPr>
          <w:rFonts w:eastAsia="Times New Roman" w:cs="Times New Roman"/>
          <w:b/>
          <w:bCs/>
          <w:szCs w:val="24"/>
        </w:rPr>
        <w:t>LEMBAGA PENELITIAN DAN PENGABDIAN KEPADA MASYARAKAT (LPPM)</w:t>
      </w:r>
    </w:p>
    <w:p w14:paraId="3E2D61CA" w14:textId="51EF8A37" w:rsidR="00EB3809" w:rsidRDefault="00EB3809" w:rsidP="00EB3809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Cs w:val="24"/>
        </w:rPr>
      </w:pPr>
    </w:p>
    <w:p w14:paraId="6D964E7F" w14:textId="77777777" w:rsidR="00EB3809" w:rsidRDefault="00EB3809" w:rsidP="00EB3809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Cs w:val="24"/>
        </w:rPr>
      </w:pPr>
    </w:p>
    <w:p w14:paraId="6E0D4EA8" w14:textId="0465804F" w:rsidR="00EB3809" w:rsidRPr="004B1FA6" w:rsidRDefault="00EB3809" w:rsidP="00EB3809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</w:rPr>
      </w:pPr>
      <w:r w:rsidRPr="004B1FA6">
        <w:rPr>
          <w:rFonts w:eastAsia="Times New Roman" w:cs="Times New Roman"/>
          <w:b/>
          <w:bCs/>
          <w:szCs w:val="24"/>
        </w:rPr>
        <w:t xml:space="preserve">LAPORAN </w:t>
      </w:r>
      <w:r>
        <w:rPr>
          <w:rFonts w:eastAsia="Times New Roman" w:cs="Times New Roman"/>
          <w:b/>
          <w:bCs/>
          <w:szCs w:val="24"/>
        </w:rPr>
        <w:t>INDIVIDU</w:t>
      </w:r>
      <w:r w:rsidRPr="004B1FA6">
        <w:rPr>
          <w:rFonts w:eastAsia="Times New Roman" w:cs="Times New Roman"/>
          <w:szCs w:val="24"/>
        </w:rPr>
        <w:br/>
      </w:r>
      <w:r w:rsidRPr="004B1FA6">
        <w:rPr>
          <w:rFonts w:eastAsia="Times New Roman" w:cs="Times New Roman"/>
          <w:b/>
          <w:bCs/>
          <w:szCs w:val="24"/>
        </w:rPr>
        <w:t>KULIAH KERJA NYATA (KKN)</w:t>
      </w:r>
    </w:p>
    <w:p w14:paraId="0F8F7FCA" w14:textId="77777777" w:rsidR="00EB3809" w:rsidRPr="004B1FA6" w:rsidRDefault="00EB3809" w:rsidP="00EB3809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</w:rPr>
      </w:pPr>
      <w:r w:rsidRPr="004B1FA6">
        <w:rPr>
          <w:rFonts w:eastAsia="Times New Roman" w:cs="Times New Roman"/>
          <w:b/>
          <w:bCs/>
          <w:szCs w:val="24"/>
        </w:rPr>
        <w:t>TAHUN AKADEMIK 20.... / 20....</w:t>
      </w:r>
    </w:p>
    <w:p w14:paraId="6B1026BA" w14:textId="77777777" w:rsidR="00EB3809" w:rsidRDefault="00EB3809" w:rsidP="00EB3809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Cs w:val="24"/>
        </w:rPr>
      </w:pPr>
    </w:p>
    <w:p w14:paraId="0F262C7F" w14:textId="3A4E5B45" w:rsidR="00EB3809" w:rsidRDefault="00EB3809" w:rsidP="00EB3809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Cs w:val="24"/>
        </w:rPr>
      </w:pPr>
      <w:r>
        <w:rPr>
          <w:b/>
          <w:noProof/>
          <w:color w:val="0070C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39ED7E0" wp14:editId="7FCC6F48">
            <wp:simplePos x="0" y="0"/>
            <wp:positionH relativeFrom="column">
              <wp:posOffset>2050415</wp:posOffset>
            </wp:positionH>
            <wp:positionV relativeFrom="paragraph">
              <wp:posOffset>211455</wp:posOffset>
            </wp:positionV>
            <wp:extent cx="1651000" cy="1589197"/>
            <wp:effectExtent l="0" t="0" r="6350" b="0"/>
            <wp:wrapNone/>
            <wp:docPr id="15605184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518466" name="Picture 156051846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589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85BBE2" w14:textId="77777777" w:rsidR="00EB3809" w:rsidRDefault="00EB3809" w:rsidP="00EB3809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Cs w:val="24"/>
        </w:rPr>
      </w:pPr>
    </w:p>
    <w:p w14:paraId="1385AC57" w14:textId="77777777" w:rsidR="00EB3809" w:rsidRDefault="00EB3809" w:rsidP="00EB3809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Cs w:val="24"/>
        </w:rPr>
      </w:pPr>
    </w:p>
    <w:p w14:paraId="0A3133EA" w14:textId="77777777" w:rsidR="00EB3809" w:rsidRDefault="00EB3809" w:rsidP="00EB3809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Cs w:val="24"/>
        </w:rPr>
      </w:pPr>
    </w:p>
    <w:p w14:paraId="1CA1553A" w14:textId="77777777" w:rsidR="00EB3809" w:rsidRDefault="00EB3809" w:rsidP="00EB3809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Cs w:val="24"/>
        </w:rPr>
      </w:pPr>
    </w:p>
    <w:p w14:paraId="744F54E7" w14:textId="77777777" w:rsidR="00EB3809" w:rsidRDefault="00EB3809" w:rsidP="00EB3809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Cs w:val="24"/>
        </w:rPr>
      </w:pPr>
    </w:p>
    <w:p w14:paraId="22792306" w14:textId="77777777" w:rsidR="00EB3809" w:rsidRDefault="00EB3809" w:rsidP="00EB3809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Cs w:val="24"/>
        </w:rPr>
      </w:pPr>
    </w:p>
    <w:p w14:paraId="1C414F76" w14:textId="77777777" w:rsidR="00EB3809" w:rsidRPr="004B1FA6" w:rsidRDefault="00EB3809" w:rsidP="00EB3809">
      <w:pPr>
        <w:spacing w:before="100" w:beforeAutospacing="1" w:after="100" w:afterAutospacing="1" w:line="240" w:lineRule="auto"/>
        <w:ind w:left="2160"/>
        <w:rPr>
          <w:rFonts w:eastAsia="Times New Roman" w:cs="Times New Roman"/>
          <w:szCs w:val="24"/>
        </w:rPr>
      </w:pPr>
      <w:r w:rsidRPr="004B1FA6">
        <w:rPr>
          <w:rFonts w:eastAsia="Times New Roman" w:cs="Times New Roman"/>
          <w:b/>
          <w:bCs/>
          <w:szCs w:val="24"/>
        </w:rPr>
        <w:t xml:space="preserve">DESA </w:t>
      </w:r>
      <w:r>
        <w:rPr>
          <w:rFonts w:eastAsia="Times New Roman" w:cs="Times New Roman"/>
          <w:b/>
          <w:bCs/>
          <w:szCs w:val="24"/>
        </w:rPr>
        <w:tab/>
      </w:r>
      <w:r>
        <w:rPr>
          <w:rFonts w:eastAsia="Times New Roman" w:cs="Times New Roman"/>
          <w:b/>
          <w:bCs/>
          <w:szCs w:val="24"/>
        </w:rPr>
        <w:tab/>
      </w:r>
      <w:r>
        <w:rPr>
          <w:rFonts w:eastAsia="Times New Roman" w:cs="Times New Roman"/>
          <w:b/>
          <w:bCs/>
          <w:szCs w:val="24"/>
        </w:rPr>
        <w:tab/>
      </w:r>
      <w:r w:rsidRPr="004B1FA6">
        <w:rPr>
          <w:rFonts w:eastAsia="Times New Roman" w:cs="Times New Roman"/>
          <w:b/>
          <w:bCs/>
          <w:szCs w:val="24"/>
        </w:rPr>
        <w:t xml:space="preserve">: </w:t>
      </w:r>
      <w:r w:rsidRPr="004B1FA6">
        <w:rPr>
          <w:rFonts w:eastAsia="Times New Roman" w:cs="Times New Roman"/>
          <w:szCs w:val="24"/>
        </w:rPr>
        <w:t xml:space="preserve"> </w:t>
      </w:r>
      <w:r w:rsidRPr="004B1FA6">
        <w:rPr>
          <w:rFonts w:eastAsia="Times New Roman" w:cs="Times New Roman"/>
          <w:szCs w:val="24"/>
        </w:rPr>
        <w:br/>
      </w:r>
      <w:r w:rsidRPr="004B1FA6">
        <w:rPr>
          <w:rFonts w:eastAsia="Times New Roman" w:cs="Times New Roman"/>
          <w:b/>
          <w:bCs/>
          <w:szCs w:val="24"/>
        </w:rPr>
        <w:t xml:space="preserve">KECAMATAN </w:t>
      </w:r>
      <w:r>
        <w:rPr>
          <w:rFonts w:eastAsia="Times New Roman" w:cs="Times New Roman"/>
          <w:b/>
          <w:bCs/>
          <w:szCs w:val="24"/>
        </w:rPr>
        <w:tab/>
      </w:r>
      <w:r w:rsidRPr="004B1FA6">
        <w:rPr>
          <w:rFonts w:eastAsia="Times New Roman" w:cs="Times New Roman"/>
          <w:b/>
          <w:bCs/>
          <w:szCs w:val="24"/>
        </w:rPr>
        <w:t xml:space="preserve">: </w:t>
      </w:r>
      <w:r w:rsidRPr="004B1FA6">
        <w:rPr>
          <w:rFonts w:eastAsia="Times New Roman" w:cs="Times New Roman"/>
          <w:szCs w:val="24"/>
        </w:rPr>
        <w:br/>
      </w:r>
      <w:r w:rsidRPr="004B1FA6">
        <w:rPr>
          <w:rFonts w:eastAsia="Times New Roman" w:cs="Times New Roman"/>
          <w:b/>
          <w:bCs/>
          <w:szCs w:val="24"/>
        </w:rPr>
        <w:t xml:space="preserve">KABUPATEN </w:t>
      </w:r>
      <w:r>
        <w:rPr>
          <w:rFonts w:eastAsia="Times New Roman" w:cs="Times New Roman"/>
          <w:b/>
          <w:bCs/>
          <w:szCs w:val="24"/>
        </w:rPr>
        <w:tab/>
      </w:r>
      <w:r w:rsidRPr="004B1FA6">
        <w:rPr>
          <w:rFonts w:eastAsia="Times New Roman" w:cs="Times New Roman"/>
          <w:b/>
          <w:bCs/>
          <w:szCs w:val="24"/>
        </w:rPr>
        <w:t xml:space="preserve">: </w:t>
      </w:r>
    </w:p>
    <w:p w14:paraId="109210C7" w14:textId="77777777" w:rsidR="00EB3809" w:rsidRDefault="00EB3809" w:rsidP="00EB3809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Cs w:val="24"/>
        </w:rPr>
      </w:pPr>
    </w:p>
    <w:p w14:paraId="29A293B3" w14:textId="11342885" w:rsidR="00EB3809" w:rsidRDefault="00EB3809" w:rsidP="00EB3809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</w:rPr>
      </w:pPr>
      <w:r w:rsidRPr="004B1FA6">
        <w:rPr>
          <w:rFonts w:eastAsia="Times New Roman" w:cs="Times New Roman"/>
          <w:b/>
          <w:bCs/>
          <w:szCs w:val="24"/>
        </w:rPr>
        <w:t>DISUSUN OLEH:</w:t>
      </w:r>
      <w:r w:rsidRPr="004B1FA6">
        <w:rPr>
          <w:rFonts w:eastAsia="Times New Roman" w:cs="Times New Roman"/>
          <w:szCs w:val="24"/>
        </w:rPr>
        <w:br/>
      </w:r>
      <w:r w:rsidRPr="00EB3809">
        <w:rPr>
          <w:rFonts w:eastAsia="Times New Roman" w:cs="Times New Roman"/>
          <w:b/>
          <w:bCs/>
          <w:color w:val="FF0000"/>
          <w:szCs w:val="24"/>
        </w:rPr>
        <w:t>ARMAN</w:t>
      </w:r>
    </w:p>
    <w:p w14:paraId="5D090242" w14:textId="65AAA468" w:rsidR="00EB3809" w:rsidRDefault="00EB3809" w:rsidP="00EB3809">
      <w:pPr>
        <w:pStyle w:val="ListParagraph"/>
        <w:spacing w:before="100" w:beforeAutospacing="1" w:after="100" w:afterAutospacing="1" w:line="240" w:lineRule="auto"/>
        <w:ind w:left="2694"/>
        <w:rPr>
          <w:rFonts w:eastAsia="Times New Roman" w:cs="Times New Roman"/>
          <w:szCs w:val="24"/>
        </w:rPr>
      </w:pPr>
    </w:p>
    <w:p w14:paraId="5E7206EA" w14:textId="77777777" w:rsidR="00EB3809" w:rsidRPr="004B1FA6" w:rsidRDefault="00EB3809" w:rsidP="00EB3809">
      <w:pPr>
        <w:pStyle w:val="ListParagraph"/>
        <w:spacing w:before="100" w:beforeAutospacing="1" w:after="100" w:afterAutospacing="1" w:line="240" w:lineRule="auto"/>
        <w:ind w:left="2694"/>
        <w:rPr>
          <w:rFonts w:eastAsia="Times New Roman" w:cs="Times New Roman"/>
          <w:szCs w:val="24"/>
        </w:rPr>
      </w:pPr>
    </w:p>
    <w:p w14:paraId="2D41691D" w14:textId="3DA87BB6" w:rsidR="00EB3809" w:rsidRDefault="00EB3809" w:rsidP="00EB3809">
      <w:pPr>
        <w:jc w:val="center"/>
        <w:rPr>
          <w:b/>
          <w:sz w:val="28"/>
        </w:rPr>
      </w:pPr>
      <w:r w:rsidRPr="004B1FA6">
        <w:rPr>
          <w:rFonts w:eastAsia="Times New Roman" w:cs="Times New Roman"/>
          <w:b/>
          <w:bCs/>
          <w:sz w:val="28"/>
          <w:szCs w:val="28"/>
        </w:rPr>
        <w:t>SEKOLAH TINGGI AGAMA ISLAM (STAI) PADUKA ANAMBAS</w:t>
      </w:r>
      <w:r w:rsidRPr="004B1FA6">
        <w:rPr>
          <w:rFonts w:eastAsia="Times New Roman" w:cs="Times New Roman"/>
          <w:sz w:val="28"/>
          <w:szCs w:val="28"/>
        </w:rPr>
        <w:br/>
      </w:r>
      <w:r w:rsidRPr="004B1FA6">
        <w:rPr>
          <w:rFonts w:eastAsia="Times New Roman" w:cs="Times New Roman"/>
          <w:b/>
          <w:bCs/>
          <w:sz w:val="28"/>
          <w:szCs w:val="28"/>
        </w:rPr>
        <w:t>TAHUN 20...</w:t>
      </w:r>
    </w:p>
    <w:p w14:paraId="26FD372E" w14:textId="77777777" w:rsidR="00EB3809" w:rsidRDefault="00EB3809">
      <w:pPr>
        <w:jc w:val="center"/>
        <w:rPr>
          <w:b/>
          <w:sz w:val="28"/>
        </w:rPr>
      </w:pPr>
    </w:p>
    <w:p w14:paraId="730D7482" w14:textId="77777777" w:rsidR="00EB3809" w:rsidRDefault="00EB3809">
      <w:pPr>
        <w:jc w:val="center"/>
        <w:rPr>
          <w:b/>
          <w:sz w:val="28"/>
        </w:rPr>
      </w:pPr>
    </w:p>
    <w:p w14:paraId="18A7ED67" w14:textId="77777777" w:rsidR="00EB3809" w:rsidRDefault="00EB3809">
      <w:pPr>
        <w:jc w:val="center"/>
        <w:rPr>
          <w:b/>
          <w:sz w:val="28"/>
        </w:rPr>
      </w:pPr>
    </w:p>
    <w:p w14:paraId="43179BA7" w14:textId="77777777" w:rsidR="00EB3809" w:rsidRDefault="00EB3809" w:rsidP="00EB3809">
      <w:pPr>
        <w:jc w:val="center"/>
      </w:pPr>
      <w:r>
        <w:rPr>
          <w:b/>
        </w:rPr>
        <w:lastRenderedPageBreak/>
        <w:t>LEMBAR PENGESAHAN</w:t>
      </w:r>
    </w:p>
    <w:p w14:paraId="7BBB2337" w14:textId="01AED97A" w:rsidR="00EB3809" w:rsidRDefault="00EB3809" w:rsidP="00EB3809">
      <w:pPr>
        <w:jc w:val="center"/>
      </w:pPr>
      <w:r>
        <w:rPr>
          <w:b/>
        </w:rPr>
        <w:t xml:space="preserve">LAPORAN </w:t>
      </w:r>
      <w:r>
        <w:rPr>
          <w:b/>
        </w:rPr>
        <w:t>INDIVIDU</w:t>
      </w:r>
      <w:r>
        <w:rPr>
          <w:b/>
        </w:rPr>
        <w:t xml:space="preserve"> KKN</w:t>
      </w:r>
    </w:p>
    <w:p w14:paraId="5542F51B" w14:textId="5FB4989A" w:rsidR="00EB3809" w:rsidRDefault="00EB3809" w:rsidP="00EB3809">
      <w:r>
        <w:br/>
      </w:r>
      <w:proofErr w:type="spellStart"/>
      <w:r>
        <w:t>Laporan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KKN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diperiksa</w:t>
      </w:r>
      <w:proofErr w:type="spellEnd"/>
      <w:r>
        <w:t xml:space="preserve"> dan </w:t>
      </w:r>
      <w:proofErr w:type="spellStart"/>
      <w:r>
        <w:t>disetujui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Kuliah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STAI Paduka </w:t>
      </w:r>
      <w:proofErr w:type="spellStart"/>
      <w:r>
        <w:t>Anambas</w:t>
      </w:r>
      <w:proofErr w:type="spellEnd"/>
      <w:r>
        <w:t>.</w:t>
      </w:r>
    </w:p>
    <w:p w14:paraId="04C1FE07" w14:textId="77777777" w:rsidR="00EB3809" w:rsidRDefault="00EB3809" w:rsidP="00EB3809">
      <w:pPr>
        <w:ind w:left="5760"/>
      </w:pPr>
    </w:p>
    <w:p w14:paraId="213B17A1" w14:textId="77777777" w:rsidR="00EB3809" w:rsidRDefault="00EB3809" w:rsidP="00EB3809">
      <w:pPr>
        <w:ind w:left="5760"/>
      </w:pPr>
      <w:proofErr w:type="spellStart"/>
      <w:r>
        <w:t>Anambas</w:t>
      </w:r>
      <w:proofErr w:type="spellEnd"/>
      <w:r>
        <w:t>, ......................... 20....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6"/>
        <w:gridCol w:w="4284"/>
      </w:tblGrid>
      <w:tr w:rsidR="00EB3809" w14:paraId="5234E159" w14:textId="77777777" w:rsidTr="001F2E8F">
        <w:trPr>
          <w:jc w:val="center"/>
        </w:trPr>
        <w:tc>
          <w:tcPr>
            <w:tcW w:w="8570" w:type="dxa"/>
            <w:gridSpan w:val="2"/>
            <w:vAlign w:val="center"/>
          </w:tcPr>
          <w:p w14:paraId="0BC15D6A" w14:textId="77777777" w:rsidR="00EB3809" w:rsidRDefault="00EB3809" w:rsidP="00525757">
            <w:pPr>
              <w:jc w:val="center"/>
            </w:pPr>
            <w:proofErr w:type="spellStart"/>
            <w:r>
              <w:t>Mahasiswa</w:t>
            </w:r>
            <w:proofErr w:type="spellEnd"/>
          </w:p>
          <w:p w14:paraId="5CF7CA2A" w14:textId="2DB6788A" w:rsidR="00EB3809" w:rsidRDefault="00EB3809" w:rsidP="00EB3809"/>
          <w:p w14:paraId="4C3B24C4" w14:textId="77777777" w:rsidR="00EB3809" w:rsidRDefault="00EB3809" w:rsidP="00EB3809"/>
          <w:p w14:paraId="51FC2C1B" w14:textId="6ED648DF" w:rsidR="00EB3809" w:rsidRDefault="00EB3809" w:rsidP="00EB3809">
            <w:pPr>
              <w:jc w:val="center"/>
            </w:pPr>
            <w:r>
              <w:t>(................................)</w:t>
            </w:r>
          </w:p>
        </w:tc>
      </w:tr>
      <w:tr w:rsidR="00EB3809" w14:paraId="081294F4" w14:textId="77777777" w:rsidTr="00525757">
        <w:trPr>
          <w:jc w:val="center"/>
        </w:trPr>
        <w:tc>
          <w:tcPr>
            <w:tcW w:w="4286" w:type="dxa"/>
            <w:vAlign w:val="center"/>
          </w:tcPr>
          <w:p w14:paraId="6FF8B304" w14:textId="4A9768AC" w:rsidR="00EB3809" w:rsidRDefault="00EB3809" w:rsidP="00525757">
            <w:pPr>
              <w:jc w:val="center"/>
            </w:pPr>
            <w:proofErr w:type="spellStart"/>
            <w:r>
              <w:t>Dosen</w:t>
            </w:r>
            <w:proofErr w:type="spellEnd"/>
            <w:r>
              <w:t xml:space="preserve"> </w:t>
            </w:r>
            <w:proofErr w:type="spellStart"/>
            <w:r>
              <w:t>Pembimbing</w:t>
            </w:r>
            <w:proofErr w:type="spellEnd"/>
            <w:r>
              <w:t xml:space="preserve"> </w:t>
            </w:r>
            <w:proofErr w:type="spellStart"/>
            <w:r>
              <w:t>Lapangan</w:t>
            </w:r>
            <w:proofErr w:type="spellEnd"/>
            <w:r>
              <w:t xml:space="preserve"> I</w:t>
            </w:r>
          </w:p>
        </w:tc>
        <w:tc>
          <w:tcPr>
            <w:tcW w:w="4284" w:type="dxa"/>
            <w:vAlign w:val="center"/>
          </w:tcPr>
          <w:p w14:paraId="32F8A65A" w14:textId="77777777" w:rsidR="00EB3809" w:rsidRDefault="00EB3809" w:rsidP="00525757">
            <w:pPr>
              <w:jc w:val="center"/>
            </w:pPr>
            <w:proofErr w:type="spellStart"/>
            <w:r>
              <w:t>Dosen</w:t>
            </w:r>
            <w:proofErr w:type="spellEnd"/>
            <w:r>
              <w:t xml:space="preserve"> </w:t>
            </w:r>
            <w:proofErr w:type="spellStart"/>
            <w:r>
              <w:t>Pembimbing</w:t>
            </w:r>
            <w:proofErr w:type="spellEnd"/>
            <w:r>
              <w:t xml:space="preserve"> </w:t>
            </w:r>
            <w:proofErr w:type="spellStart"/>
            <w:r>
              <w:t>Lapangan</w:t>
            </w:r>
            <w:proofErr w:type="spellEnd"/>
            <w:r>
              <w:t xml:space="preserve"> I</w:t>
            </w:r>
          </w:p>
        </w:tc>
      </w:tr>
      <w:tr w:rsidR="00EB3809" w14:paraId="7D018AA3" w14:textId="77777777" w:rsidTr="00525757">
        <w:trPr>
          <w:trHeight w:val="1045"/>
          <w:jc w:val="center"/>
        </w:trPr>
        <w:tc>
          <w:tcPr>
            <w:tcW w:w="4286" w:type="dxa"/>
            <w:vAlign w:val="center"/>
          </w:tcPr>
          <w:p w14:paraId="4BE90857" w14:textId="77777777" w:rsidR="00EB3809" w:rsidRDefault="00EB3809" w:rsidP="00525757">
            <w:pPr>
              <w:jc w:val="center"/>
            </w:pPr>
          </w:p>
          <w:p w14:paraId="45F1D82F" w14:textId="77777777" w:rsidR="00EB3809" w:rsidRDefault="00EB3809" w:rsidP="00525757">
            <w:pPr>
              <w:jc w:val="center"/>
            </w:pPr>
          </w:p>
          <w:p w14:paraId="69FF5019" w14:textId="77777777" w:rsidR="00EB3809" w:rsidRDefault="00EB3809" w:rsidP="00525757">
            <w:pPr>
              <w:jc w:val="center"/>
            </w:pPr>
            <w:r>
              <w:t>(................................)</w:t>
            </w:r>
          </w:p>
        </w:tc>
        <w:tc>
          <w:tcPr>
            <w:tcW w:w="4284" w:type="dxa"/>
            <w:vAlign w:val="center"/>
          </w:tcPr>
          <w:p w14:paraId="02B0C4CC" w14:textId="77777777" w:rsidR="00EB3809" w:rsidRDefault="00EB3809" w:rsidP="00525757">
            <w:pPr>
              <w:jc w:val="center"/>
            </w:pPr>
          </w:p>
          <w:p w14:paraId="527A874C" w14:textId="77777777" w:rsidR="00EB3809" w:rsidRDefault="00EB3809" w:rsidP="00525757">
            <w:pPr>
              <w:jc w:val="center"/>
            </w:pPr>
          </w:p>
          <w:p w14:paraId="41A54980" w14:textId="77777777" w:rsidR="00EB3809" w:rsidRDefault="00EB3809" w:rsidP="00525757">
            <w:pPr>
              <w:jc w:val="center"/>
            </w:pPr>
            <w:r>
              <w:t>(................................)</w:t>
            </w:r>
          </w:p>
        </w:tc>
      </w:tr>
      <w:tr w:rsidR="00EB3809" w14:paraId="245A2EEC" w14:textId="77777777" w:rsidTr="00525757">
        <w:trPr>
          <w:jc w:val="center"/>
        </w:trPr>
        <w:tc>
          <w:tcPr>
            <w:tcW w:w="8570" w:type="dxa"/>
            <w:gridSpan w:val="2"/>
            <w:vAlign w:val="center"/>
          </w:tcPr>
          <w:p w14:paraId="3F3098EF" w14:textId="77777777" w:rsidR="00EB3809" w:rsidRDefault="00EB3809" w:rsidP="00525757">
            <w:pPr>
              <w:spacing w:after="0"/>
              <w:jc w:val="center"/>
            </w:pPr>
            <w:proofErr w:type="spellStart"/>
            <w:r>
              <w:t>Mengetahui</w:t>
            </w:r>
            <w:proofErr w:type="spellEnd"/>
            <w:r>
              <w:t>,</w:t>
            </w:r>
          </w:p>
          <w:p w14:paraId="4667DD45" w14:textId="77777777" w:rsidR="00EB3809" w:rsidRDefault="00EB3809" w:rsidP="00525757">
            <w:pPr>
              <w:jc w:val="center"/>
            </w:pPr>
            <w:proofErr w:type="spellStart"/>
            <w:r>
              <w:t>Ketua</w:t>
            </w:r>
            <w:proofErr w:type="spellEnd"/>
            <w:r>
              <w:t xml:space="preserve"> LPPM STAI Paduka </w:t>
            </w:r>
            <w:proofErr w:type="spellStart"/>
            <w:r>
              <w:t>Anambas</w:t>
            </w:r>
            <w:proofErr w:type="spellEnd"/>
          </w:p>
          <w:p w14:paraId="19A06EBE" w14:textId="77777777" w:rsidR="00EB3809" w:rsidRDefault="00EB3809" w:rsidP="00525757">
            <w:pPr>
              <w:jc w:val="center"/>
            </w:pPr>
          </w:p>
          <w:p w14:paraId="3AC53E39" w14:textId="77777777" w:rsidR="00EB3809" w:rsidRDefault="00EB3809" w:rsidP="00525757">
            <w:pPr>
              <w:jc w:val="center"/>
            </w:pPr>
          </w:p>
          <w:p w14:paraId="3BF0EA52" w14:textId="77777777" w:rsidR="00EB3809" w:rsidRDefault="00EB3809" w:rsidP="00525757">
            <w:pPr>
              <w:jc w:val="center"/>
            </w:pPr>
            <w:r>
              <w:t>(................................)</w:t>
            </w:r>
          </w:p>
        </w:tc>
      </w:tr>
    </w:tbl>
    <w:p w14:paraId="32C6D320" w14:textId="77777777" w:rsidR="00EB3809" w:rsidRDefault="00EB3809" w:rsidP="00EB3809"/>
    <w:p w14:paraId="109E3FBB" w14:textId="77777777" w:rsidR="00EB3809" w:rsidRDefault="00EB3809" w:rsidP="00EB3809">
      <w:pPr>
        <w:jc w:val="center"/>
        <w:rPr>
          <w:b/>
          <w:sz w:val="28"/>
        </w:rPr>
      </w:pPr>
    </w:p>
    <w:p w14:paraId="21FF98E4" w14:textId="77777777" w:rsidR="00EB3809" w:rsidRDefault="00EB3809" w:rsidP="00EB3809">
      <w:pPr>
        <w:jc w:val="center"/>
        <w:rPr>
          <w:b/>
          <w:sz w:val="28"/>
        </w:rPr>
      </w:pPr>
    </w:p>
    <w:p w14:paraId="4C031DD1" w14:textId="77777777" w:rsidR="00EB3809" w:rsidRDefault="00EB3809">
      <w:pPr>
        <w:jc w:val="center"/>
        <w:rPr>
          <w:b/>
          <w:sz w:val="28"/>
        </w:rPr>
      </w:pPr>
    </w:p>
    <w:p w14:paraId="2866BE60" w14:textId="77777777" w:rsidR="00EB3809" w:rsidRDefault="00EB3809">
      <w:pPr>
        <w:jc w:val="center"/>
        <w:rPr>
          <w:b/>
          <w:sz w:val="28"/>
        </w:rPr>
      </w:pPr>
    </w:p>
    <w:p w14:paraId="4FDB66B5" w14:textId="77777777" w:rsidR="00EB3809" w:rsidRDefault="00EB3809">
      <w:pPr>
        <w:jc w:val="center"/>
        <w:rPr>
          <w:b/>
          <w:sz w:val="28"/>
        </w:rPr>
      </w:pPr>
    </w:p>
    <w:p w14:paraId="32FBB82E" w14:textId="77777777" w:rsidR="00EB3809" w:rsidRDefault="00EB3809">
      <w:pPr>
        <w:jc w:val="center"/>
        <w:rPr>
          <w:b/>
          <w:sz w:val="28"/>
        </w:rPr>
      </w:pPr>
    </w:p>
    <w:p w14:paraId="0426061C" w14:textId="77777777" w:rsidR="00EB3809" w:rsidRDefault="00EB3809">
      <w:pPr>
        <w:jc w:val="center"/>
        <w:rPr>
          <w:b/>
          <w:sz w:val="28"/>
        </w:rPr>
      </w:pPr>
    </w:p>
    <w:p w14:paraId="622997B5" w14:textId="63537BBF" w:rsidR="000E419D" w:rsidRDefault="00B610D8">
      <w:pPr>
        <w:jc w:val="center"/>
      </w:pPr>
      <w:r>
        <w:rPr>
          <w:b/>
        </w:rPr>
        <w:lastRenderedPageBreak/>
        <w:t>LAPORAN INDIVIDU KKN</w:t>
      </w:r>
    </w:p>
    <w:p w14:paraId="70ADF1E3" w14:textId="77777777" w:rsidR="000E419D" w:rsidRDefault="00B610D8">
      <w:r>
        <w:rPr>
          <w:b/>
        </w:rPr>
        <w:t>A. IDENTITAS MAHASISWA</w:t>
      </w:r>
    </w:p>
    <w:tbl>
      <w:tblPr>
        <w:tblStyle w:val="TableGrid"/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4647"/>
        <w:gridCol w:w="4640"/>
      </w:tblGrid>
      <w:tr w:rsidR="000E419D" w14:paraId="3A8281B9" w14:textId="77777777">
        <w:trPr>
          <w:jc w:val="center"/>
        </w:trPr>
        <w:tc>
          <w:tcPr>
            <w:tcW w:w="4702" w:type="dxa"/>
            <w:shd w:val="clear" w:color="auto" w:fill="D9EAF7"/>
          </w:tcPr>
          <w:p w14:paraId="5C258A53" w14:textId="77777777" w:rsidR="000E419D" w:rsidRDefault="00B610D8">
            <w:pPr>
              <w:jc w:val="center"/>
            </w:pPr>
            <w:r>
              <w:rPr>
                <w:b/>
              </w:rPr>
              <w:t>Uraian</w:t>
            </w:r>
          </w:p>
        </w:tc>
        <w:tc>
          <w:tcPr>
            <w:tcW w:w="4702" w:type="dxa"/>
            <w:shd w:val="clear" w:color="auto" w:fill="D9EAF7"/>
          </w:tcPr>
          <w:p w14:paraId="27386B8B" w14:textId="77777777" w:rsidR="000E419D" w:rsidRDefault="00B610D8">
            <w:pPr>
              <w:jc w:val="center"/>
            </w:pPr>
            <w:r>
              <w:rPr>
                <w:b/>
              </w:rPr>
              <w:t>Keterangan</w:t>
            </w:r>
          </w:p>
        </w:tc>
      </w:tr>
      <w:tr w:rsidR="000E419D" w14:paraId="7FD29ED9" w14:textId="77777777">
        <w:trPr>
          <w:jc w:val="center"/>
        </w:trPr>
        <w:tc>
          <w:tcPr>
            <w:tcW w:w="4702" w:type="dxa"/>
          </w:tcPr>
          <w:p w14:paraId="3BB761F6" w14:textId="77777777" w:rsidR="000E419D" w:rsidRDefault="00B610D8">
            <w:r>
              <w:t>Nama Lengkap</w:t>
            </w:r>
          </w:p>
        </w:tc>
        <w:tc>
          <w:tcPr>
            <w:tcW w:w="4702" w:type="dxa"/>
          </w:tcPr>
          <w:p w14:paraId="0535E659" w14:textId="77777777" w:rsidR="000E419D" w:rsidRDefault="000E419D"/>
        </w:tc>
      </w:tr>
      <w:tr w:rsidR="000E419D" w14:paraId="65865DB4" w14:textId="77777777">
        <w:trPr>
          <w:jc w:val="center"/>
        </w:trPr>
        <w:tc>
          <w:tcPr>
            <w:tcW w:w="4702" w:type="dxa"/>
          </w:tcPr>
          <w:p w14:paraId="4E24E5B7" w14:textId="77777777" w:rsidR="000E419D" w:rsidRDefault="00B610D8">
            <w:r>
              <w:t>NIM</w:t>
            </w:r>
          </w:p>
        </w:tc>
        <w:tc>
          <w:tcPr>
            <w:tcW w:w="4702" w:type="dxa"/>
          </w:tcPr>
          <w:p w14:paraId="788D731F" w14:textId="77777777" w:rsidR="000E419D" w:rsidRDefault="000E419D"/>
        </w:tc>
      </w:tr>
      <w:tr w:rsidR="000E419D" w14:paraId="23726DEA" w14:textId="77777777">
        <w:trPr>
          <w:jc w:val="center"/>
        </w:trPr>
        <w:tc>
          <w:tcPr>
            <w:tcW w:w="4702" w:type="dxa"/>
          </w:tcPr>
          <w:p w14:paraId="6EC59C87" w14:textId="77777777" w:rsidR="000E419D" w:rsidRDefault="00B610D8">
            <w:r>
              <w:t>Program Studi</w:t>
            </w:r>
          </w:p>
        </w:tc>
        <w:tc>
          <w:tcPr>
            <w:tcW w:w="4702" w:type="dxa"/>
          </w:tcPr>
          <w:p w14:paraId="2E12D497" w14:textId="77777777" w:rsidR="000E419D" w:rsidRDefault="000E419D"/>
        </w:tc>
      </w:tr>
      <w:tr w:rsidR="000E419D" w14:paraId="5C5497BB" w14:textId="77777777">
        <w:trPr>
          <w:jc w:val="center"/>
        </w:trPr>
        <w:tc>
          <w:tcPr>
            <w:tcW w:w="4702" w:type="dxa"/>
          </w:tcPr>
          <w:p w14:paraId="77EF614D" w14:textId="77777777" w:rsidR="000E419D" w:rsidRDefault="00B610D8">
            <w:r>
              <w:t>Semester</w:t>
            </w:r>
          </w:p>
        </w:tc>
        <w:tc>
          <w:tcPr>
            <w:tcW w:w="4702" w:type="dxa"/>
          </w:tcPr>
          <w:p w14:paraId="3574C920" w14:textId="77777777" w:rsidR="000E419D" w:rsidRDefault="000E419D"/>
        </w:tc>
      </w:tr>
      <w:tr w:rsidR="000E419D" w14:paraId="2490353C" w14:textId="77777777">
        <w:trPr>
          <w:jc w:val="center"/>
        </w:trPr>
        <w:tc>
          <w:tcPr>
            <w:tcW w:w="4702" w:type="dxa"/>
          </w:tcPr>
          <w:p w14:paraId="344DC93C" w14:textId="77777777" w:rsidR="000E419D" w:rsidRDefault="00B610D8">
            <w:r>
              <w:t>Kelompok</w:t>
            </w:r>
          </w:p>
        </w:tc>
        <w:tc>
          <w:tcPr>
            <w:tcW w:w="4702" w:type="dxa"/>
          </w:tcPr>
          <w:p w14:paraId="272DD6A5" w14:textId="77777777" w:rsidR="000E419D" w:rsidRDefault="000E419D"/>
        </w:tc>
      </w:tr>
      <w:tr w:rsidR="000E419D" w14:paraId="2C27B741" w14:textId="77777777">
        <w:trPr>
          <w:jc w:val="center"/>
        </w:trPr>
        <w:tc>
          <w:tcPr>
            <w:tcW w:w="4702" w:type="dxa"/>
          </w:tcPr>
          <w:p w14:paraId="4B57089A" w14:textId="77777777" w:rsidR="000E419D" w:rsidRDefault="00B610D8">
            <w:r>
              <w:t>Desa/Kelurahan</w:t>
            </w:r>
          </w:p>
        </w:tc>
        <w:tc>
          <w:tcPr>
            <w:tcW w:w="4702" w:type="dxa"/>
          </w:tcPr>
          <w:p w14:paraId="64F1D28F" w14:textId="77777777" w:rsidR="000E419D" w:rsidRDefault="000E419D"/>
        </w:tc>
      </w:tr>
      <w:tr w:rsidR="000E419D" w14:paraId="2F6389EE" w14:textId="77777777">
        <w:trPr>
          <w:jc w:val="center"/>
        </w:trPr>
        <w:tc>
          <w:tcPr>
            <w:tcW w:w="4702" w:type="dxa"/>
          </w:tcPr>
          <w:p w14:paraId="0AAE0365" w14:textId="77777777" w:rsidR="000E419D" w:rsidRDefault="00B610D8">
            <w:r>
              <w:t>Kecamatan</w:t>
            </w:r>
          </w:p>
        </w:tc>
        <w:tc>
          <w:tcPr>
            <w:tcW w:w="4702" w:type="dxa"/>
          </w:tcPr>
          <w:p w14:paraId="50C4F7CE" w14:textId="77777777" w:rsidR="000E419D" w:rsidRDefault="000E419D"/>
        </w:tc>
      </w:tr>
      <w:tr w:rsidR="000E419D" w14:paraId="3C9DB234" w14:textId="77777777">
        <w:trPr>
          <w:jc w:val="center"/>
        </w:trPr>
        <w:tc>
          <w:tcPr>
            <w:tcW w:w="4702" w:type="dxa"/>
          </w:tcPr>
          <w:p w14:paraId="18AF3F1D" w14:textId="77777777" w:rsidR="000E419D" w:rsidRDefault="00B610D8">
            <w:r>
              <w:t xml:space="preserve">Dosen </w:t>
            </w:r>
            <w:r>
              <w:t>Pembimbing Lapangan (DPL)</w:t>
            </w:r>
          </w:p>
        </w:tc>
        <w:tc>
          <w:tcPr>
            <w:tcW w:w="4702" w:type="dxa"/>
          </w:tcPr>
          <w:p w14:paraId="1614F23C" w14:textId="77777777" w:rsidR="000E419D" w:rsidRDefault="000E419D"/>
        </w:tc>
      </w:tr>
    </w:tbl>
    <w:p w14:paraId="08CA3688" w14:textId="77777777" w:rsidR="000E419D" w:rsidRDefault="000E419D"/>
    <w:p w14:paraId="509AB761" w14:textId="77777777" w:rsidR="000E419D" w:rsidRDefault="00B610D8">
      <w:r>
        <w:rPr>
          <w:b/>
        </w:rPr>
        <w:t>B. PENDAHULUAN</w:t>
      </w:r>
    </w:p>
    <w:p w14:paraId="5A79D203" w14:textId="77777777" w:rsidR="000E419D" w:rsidRDefault="00B610D8">
      <w:r>
        <w:rPr>
          <w:b/>
        </w:rPr>
        <w:t>1. Latar Belakang</w:t>
      </w:r>
    </w:p>
    <w:p w14:paraId="0E7AABC3" w14:textId="77777777" w:rsidR="000E419D" w:rsidRDefault="00B610D8">
      <w:r>
        <w:t>................................................................................................................</w:t>
      </w:r>
      <w:r>
        <w:br/>
        <w:t>................................................................................................................</w:t>
      </w:r>
    </w:p>
    <w:p w14:paraId="131C162F" w14:textId="77777777" w:rsidR="000E419D" w:rsidRDefault="00B610D8">
      <w:r>
        <w:rPr>
          <w:b/>
        </w:rPr>
        <w:t>2. Tujuan Laporan</w:t>
      </w:r>
    </w:p>
    <w:p w14:paraId="378BC159" w14:textId="77777777" w:rsidR="000E419D" w:rsidRDefault="00B610D8">
      <w:r>
        <w:t>............</w:t>
      </w:r>
      <w:r>
        <w:t>....................................................................................................</w:t>
      </w:r>
      <w:r>
        <w:br/>
        <w:t>................................................................................................................</w:t>
      </w:r>
    </w:p>
    <w:p w14:paraId="0785369F" w14:textId="77777777" w:rsidR="000E419D" w:rsidRDefault="00B610D8">
      <w:r>
        <w:rPr>
          <w:b/>
        </w:rPr>
        <w:t>3. Manfaat Kegiatan</w:t>
      </w:r>
    </w:p>
    <w:p w14:paraId="1C8D2996" w14:textId="77777777" w:rsidR="000E419D" w:rsidRDefault="00B610D8">
      <w:r>
        <w:t>......................</w:t>
      </w:r>
      <w:r>
        <w:t>..........................................................................................</w:t>
      </w:r>
      <w:r>
        <w:br/>
        <w:t>................................................................................................................</w:t>
      </w:r>
    </w:p>
    <w:p w14:paraId="6E811F54" w14:textId="77777777" w:rsidR="000E419D" w:rsidRDefault="00B610D8">
      <w:r>
        <w:rPr>
          <w:b/>
        </w:rPr>
        <w:t>C. GAMBARAN LOKASI KKN</w:t>
      </w:r>
    </w:p>
    <w:tbl>
      <w:tblPr>
        <w:tblStyle w:val="TableGrid"/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4653"/>
        <w:gridCol w:w="4634"/>
      </w:tblGrid>
      <w:tr w:rsidR="000E419D" w14:paraId="381EEBC6" w14:textId="77777777">
        <w:trPr>
          <w:jc w:val="center"/>
        </w:trPr>
        <w:tc>
          <w:tcPr>
            <w:tcW w:w="4702" w:type="dxa"/>
            <w:shd w:val="clear" w:color="auto" w:fill="D9EAF7"/>
          </w:tcPr>
          <w:p w14:paraId="6A9BD06D" w14:textId="77777777" w:rsidR="000E419D" w:rsidRDefault="00B610D8">
            <w:pPr>
              <w:jc w:val="center"/>
            </w:pPr>
            <w:r>
              <w:rPr>
                <w:b/>
              </w:rPr>
              <w:t>Aspek</w:t>
            </w:r>
          </w:p>
        </w:tc>
        <w:tc>
          <w:tcPr>
            <w:tcW w:w="4702" w:type="dxa"/>
            <w:shd w:val="clear" w:color="auto" w:fill="D9EAF7"/>
          </w:tcPr>
          <w:p w14:paraId="7697C9A0" w14:textId="77777777" w:rsidR="000E419D" w:rsidRDefault="00B610D8">
            <w:pPr>
              <w:jc w:val="center"/>
            </w:pPr>
            <w:r>
              <w:rPr>
                <w:b/>
              </w:rPr>
              <w:t>Uraian</w:t>
            </w:r>
          </w:p>
        </w:tc>
      </w:tr>
      <w:tr w:rsidR="000E419D" w14:paraId="083CE71B" w14:textId="77777777">
        <w:trPr>
          <w:jc w:val="center"/>
        </w:trPr>
        <w:tc>
          <w:tcPr>
            <w:tcW w:w="4702" w:type="dxa"/>
          </w:tcPr>
          <w:p w14:paraId="1547CD18" w14:textId="77777777" w:rsidR="000E419D" w:rsidRDefault="00B610D8">
            <w:r>
              <w:t>Kondisi Wilayah</w:t>
            </w:r>
          </w:p>
        </w:tc>
        <w:tc>
          <w:tcPr>
            <w:tcW w:w="4702" w:type="dxa"/>
          </w:tcPr>
          <w:p w14:paraId="7E93D41A" w14:textId="77777777" w:rsidR="000E419D" w:rsidRDefault="000E419D"/>
        </w:tc>
      </w:tr>
      <w:tr w:rsidR="000E419D" w14:paraId="6FDD3ED6" w14:textId="77777777">
        <w:trPr>
          <w:jc w:val="center"/>
        </w:trPr>
        <w:tc>
          <w:tcPr>
            <w:tcW w:w="4702" w:type="dxa"/>
          </w:tcPr>
          <w:p w14:paraId="237A9B73" w14:textId="77777777" w:rsidR="000E419D" w:rsidRDefault="00B610D8">
            <w:r>
              <w:t>Kondisi Masyarakat</w:t>
            </w:r>
          </w:p>
        </w:tc>
        <w:tc>
          <w:tcPr>
            <w:tcW w:w="4702" w:type="dxa"/>
          </w:tcPr>
          <w:p w14:paraId="31AA5DCD" w14:textId="77777777" w:rsidR="000E419D" w:rsidRDefault="000E419D"/>
        </w:tc>
      </w:tr>
      <w:tr w:rsidR="000E419D" w14:paraId="128536DB" w14:textId="77777777">
        <w:trPr>
          <w:jc w:val="center"/>
        </w:trPr>
        <w:tc>
          <w:tcPr>
            <w:tcW w:w="4702" w:type="dxa"/>
          </w:tcPr>
          <w:p w14:paraId="15C08EE2" w14:textId="77777777" w:rsidR="000E419D" w:rsidRDefault="00B610D8">
            <w:r>
              <w:t>Potensi Desa</w:t>
            </w:r>
          </w:p>
        </w:tc>
        <w:tc>
          <w:tcPr>
            <w:tcW w:w="4702" w:type="dxa"/>
          </w:tcPr>
          <w:p w14:paraId="17362063" w14:textId="77777777" w:rsidR="000E419D" w:rsidRDefault="000E419D"/>
        </w:tc>
      </w:tr>
      <w:tr w:rsidR="000E419D" w14:paraId="7DA66719" w14:textId="77777777">
        <w:trPr>
          <w:jc w:val="center"/>
        </w:trPr>
        <w:tc>
          <w:tcPr>
            <w:tcW w:w="4702" w:type="dxa"/>
          </w:tcPr>
          <w:p w14:paraId="1B962E93" w14:textId="77777777" w:rsidR="000E419D" w:rsidRDefault="00B610D8">
            <w:r>
              <w:t>Kehidupan Sosial/Keagamaan</w:t>
            </w:r>
          </w:p>
        </w:tc>
        <w:tc>
          <w:tcPr>
            <w:tcW w:w="4702" w:type="dxa"/>
          </w:tcPr>
          <w:p w14:paraId="6B858E06" w14:textId="77777777" w:rsidR="000E419D" w:rsidRDefault="000E419D"/>
        </w:tc>
      </w:tr>
      <w:tr w:rsidR="000E419D" w14:paraId="3E0089C4" w14:textId="77777777">
        <w:trPr>
          <w:jc w:val="center"/>
        </w:trPr>
        <w:tc>
          <w:tcPr>
            <w:tcW w:w="4702" w:type="dxa"/>
          </w:tcPr>
          <w:p w14:paraId="73CE3213" w14:textId="77777777" w:rsidR="000E419D" w:rsidRDefault="00B610D8">
            <w:r>
              <w:t>Kondisi Ekonomi</w:t>
            </w:r>
          </w:p>
        </w:tc>
        <w:tc>
          <w:tcPr>
            <w:tcW w:w="4702" w:type="dxa"/>
          </w:tcPr>
          <w:p w14:paraId="4863F6D1" w14:textId="77777777" w:rsidR="000E419D" w:rsidRDefault="000E419D"/>
        </w:tc>
      </w:tr>
      <w:tr w:rsidR="000E419D" w14:paraId="345D0C6E" w14:textId="77777777">
        <w:trPr>
          <w:jc w:val="center"/>
        </w:trPr>
        <w:tc>
          <w:tcPr>
            <w:tcW w:w="4702" w:type="dxa"/>
          </w:tcPr>
          <w:p w14:paraId="35B1F5E0" w14:textId="77777777" w:rsidR="000E419D" w:rsidRDefault="00B610D8">
            <w:r>
              <w:t>Permasalahan yang Ditemukan</w:t>
            </w:r>
          </w:p>
        </w:tc>
        <w:tc>
          <w:tcPr>
            <w:tcW w:w="4702" w:type="dxa"/>
          </w:tcPr>
          <w:p w14:paraId="07326BC5" w14:textId="77777777" w:rsidR="000E419D" w:rsidRDefault="000E419D"/>
        </w:tc>
      </w:tr>
    </w:tbl>
    <w:p w14:paraId="70B2A3B6" w14:textId="77777777" w:rsidR="000E419D" w:rsidRDefault="000E419D"/>
    <w:p w14:paraId="103F6F76" w14:textId="77777777" w:rsidR="000E419D" w:rsidRDefault="00B610D8">
      <w:r>
        <w:rPr>
          <w:b/>
        </w:rPr>
        <w:t>D. PELAKSANAAN KEGIATAN INDIVIDU</w:t>
      </w:r>
    </w:p>
    <w:tbl>
      <w:tblPr>
        <w:tblStyle w:val="TableGrid"/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571"/>
        <w:gridCol w:w="1522"/>
        <w:gridCol w:w="1881"/>
        <w:gridCol w:w="1325"/>
        <w:gridCol w:w="1328"/>
        <w:gridCol w:w="1327"/>
        <w:gridCol w:w="1333"/>
      </w:tblGrid>
      <w:tr w:rsidR="000E419D" w14:paraId="43019421" w14:textId="77777777" w:rsidTr="00EB3809">
        <w:trPr>
          <w:jc w:val="center"/>
        </w:trPr>
        <w:tc>
          <w:tcPr>
            <w:tcW w:w="571" w:type="dxa"/>
            <w:shd w:val="clear" w:color="auto" w:fill="D9EAF7"/>
          </w:tcPr>
          <w:p w14:paraId="6CA3BC89" w14:textId="77777777" w:rsidR="000E419D" w:rsidRDefault="00B610D8">
            <w:pPr>
              <w:jc w:val="center"/>
            </w:pPr>
            <w:r>
              <w:rPr>
                <w:b/>
              </w:rPr>
              <w:t>No.</w:t>
            </w:r>
          </w:p>
        </w:tc>
        <w:tc>
          <w:tcPr>
            <w:tcW w:w="1522" w:type="dxa"/>
            <w:shd w:val="clear" w:color="auto" w:fill="D9EAF7"/>
          </w:tcPr>
          <w:p w14:paraId="6084B639" w14:textId="77777777" w:rsidR="000E419D" w:rsidRDefault="00B610D8">
            <w:pPr>
              <w:jc w:val="center"/>
            </w:pPr>
            <w:r>
              <w:rPr>
                <w:b/>
              </w:rPr>
              <w:t>Tanggal</w:t>
            </w:r>
          </w:p>
        </w:tc>
        <w:tc>
          <w:tcPr>
            <w:tcW w:w="1881" w:type="dxa"/>
            <w:shd w:val="clear" w:color="auto" w:fill="D9EAF7"/>
          </w:tcPr>
          <w:p w14:paraId="5E4F9C9F" w14:textId="77777777" w:rsidR="000E419D" w:rsidRDefault="00B610D8">
            <w:pPr>
              <w:jc w:val="center"/>
            </w:pPr>
            <w:r>
              <w:rPr>
                <w:b/>
              </w:rPr>
              <w:t>Nama Kegiatan</w:t>
            </w:r>
          </w:p>
        </w:tc>
        <w:tc>
          <w:tcPr>
            <w:tcW w:w="1325" w:type="dxa"/>
            <w:shd w:val="clear" w:color="auto" w:fill="D9EAF7"/>
          </w:tcPr>
          <w:p w14:paraId="2F385987" w14:textId="77777777" w:rsidR="000E419D" w:rsidRDefault="00B610D8">
            <w:pPr>
              <w:jc w:val="center"/>
            </w:pPr>
            <w:r>
              <w:rPr>
                <w:b/>
              </w:rPr>
              <w:t>Tujuan</w:t>
            </w:r>
          </w:p>
        </w:tc>
        <w:tc>
          <w:tcPr>
            <w:tcW w:w="1328" w:type="dxa"/>
            <w:shd w:val="clear" w:color="auto" w:fill="D9EAF7"/>
          </w:tcPr>
          <w:p w14:paraId="1FCF5AC0" w14:textId="77777777" w:rsidR="000E419D" w:rsidRDefault="00B610D8">
            <w:pPr>
              <w:jc w:val="center"/>
            </w:pPr>
            <w:r>
              <w:rPr>
                <w:b/>
              </w:rPr>
              <w:t>Sasaran</w:t>
            </w:r>
          </w:p>
        </w:tc>
        <w:tc>
          <w:tcPr>
            <w:tcW w:w="1327" w:type="dxa"/>
            <w:shd w:val="clear" w:color="auto" w:fill="D9EAF7"/>
          </w:tcPr>
          <w:p w14:paraId="70D92EE5" w14:textId="77777777" w:rsidR="000E419D" w:rsidRDefault="00B610D8">
            <w:pPr>
              <w:jc w:val="center"/>
            </w:pPr>
            <w:r>
              <w:rPr>
                <w:b/>
              </w:rPr>
              <w:t>Tempat</w:t>
            </w:r>
          </w:p>
        </w:tc>
        <w:tc>
          <w:tcPr>
            <w:tcW w:w="1333" w:type="dxa"/>
            <w:shd w:val="clear" w:color="auto" w:fill="D9EAF7"/>
          </w:tcPr>
          <w:p w14:paraId="56E8FB67" w14:textId="77777777" w:rsidR="000E419D" w:rsidRDefault="00B610D8">
            <w:pPr>
              <w:jc w:val="center"/>
            </w:pPr>
            <w:r>
              <w:rPr>
                <w:b/>
              </w:rPr>
              <w:t>Hasil Kegiatan</w:t>
            </w:r>
          </w:p>
        </w:tc>
      </w:tr>
      <w:tr w:rsidR="000E419D" w14:paraId="035F02BA" w14:textId="77777777" w:rsidTr="00EB3809">
        <w:trPr>
          <w:jc w:val="center"/>
        </w:trPr>
        <w:tc>
          <w:tcPr>
            <w:tcW w:w="571" w:type="dxa"/>
          </w:tcPr>
          <w:p w14:paraId="2E9C9D8A" w14:textId="77777777" w:rsidR="000E419D" w:rsidRDefault="000E419D"/>
        </w:tc>
        <w:tc>
          <w:tcPr>
            <w:tcW w:w="1522" w:type="dxa"/>
          </w:tcPr>
          <w:p w14:paraId="49549205" w14:textId="77777777" w:rsidR="000E419D" w:rsidRDefault="000E419D"/>
        </w:tc>
        <w:tc>
          <w:tcPr>
            <w:tcW w:w="1881" w:type="dxa"/>
          </w:tcPr>
          <w:p w14:paraId="4C72B051" w14:textId="77777777" w:rsidR="000E419D" w:rsidRDefault="000E419D"/>
        </w:tc>
        <w:tc>
          <w:tcPr>
            <w:tcW w:w="1325" w:type="dxa"/>
          </w:tcPr>
          <w:p w14:paraId="66E2FFD8" w14:textId="77777777" w:rsidR="000E419D" w:rsidRDefault="000E419D"/>
        </w:tc>
        <w:tc>
          <w:tcPr>
            <w:tcW w:w="1328" w:type="dxa"/>
          </w:tcPr>
          <w:p w14:paraId="2D7DFB4E" w14:textId="77777777" w:rsidR="000E419D" w:rsidRDefault="000E419D"/>
        </w:tc>
        <w:tc>
          <w:tcPr>
            <w:tcW w:w="1327" w:type="dxa"/>
          </w:tcPr>
          <w:p w14:paraId="551EA026" w14:textId="77777777" w:rsidR="000E419D" w:rsidRDefault="000E419D"/>
        </w:tc>
        <w:tc>
          <w:tcPr>
            <w:tcW w:w="1333" w:type="dxa"/>
          </w:tcPr>
          <w:p w14:paraId="12F2B038" w14:textId="77777777" w:rsidR="000E419D" w:rsidRDefault="000E419D"/>
        </w:tc>
      </w:tr>
      <w:tr w:rsidR="000E419D" w14:paraId="1F698231" w14:textId="77777777" w:rsidTr="00EB3809">
        <w:trPr>
          <w:jc w:val="center"/>
        </w:trPr>
        <w:tc>
          <w:tcPr>
            <w:tcW w:w="571" w:type="dxa"/>
          </w:tcPr>
          <w:p w14:paraId="6EF85DC1" w14:textId="77777777" w:rsidR="000E419D" w:rsidRDefault="000E419D"/>
        </w:tc>
        <w:tc>
          <w:tcPr>
            <w:tcW w:w="1522" w:type="dxa"/>
          </w:tcPr>
          <w:p w14:paraId="49319A31" w14:textId="77777777" w:rsidR="000E419D" w:rsidRDefault="000E419D"/>
        </w:tc>
        <w:tc>
          <w:tcPr>
            <w:tcW w:w="1881" w:type="dxa"/>
          </w:tcPr>
          <w:p w14:paraId="0EF524FE" w14:textId="77777777" w:rsidR="000E419D" w:rsidRDefault="000E419D"/>
        </w:tc>
        <w:tc>
          <w:tcPr>
            <w:tcW w:w="1325" w:type="dxa"/>
          </w:tcPr>
          <w:p w14:paraId="6D98D9EB" w14:textId="77777777" w:rsidR="000E419D" w:rsidRDefault="000E419D"/>
        </w:tc>
        <w:tc>
          <w:tcPr>
            <w:tcW w:w="1328" w:type="dxa"/>
          </w:tcPr>
          <w:p w14:paraId="1BED0EAD" w14:textId="77777777" w:rsidR="000E419D" w:rsidRDefault="000E419D"/>
        </w:tc>
        <w:tc>
          <w:tcPr>
            <w:tcW w:w="1327" w:type="dxa"/>
          </w:tcPr>
          <w:p w14:paraId="7058B186" w14:textId="77777777" w:rsidR="000E419D" w:rsidRDefault="000E419D"/>
        </w:tc>
        <w:tc>
          <w:tcPr>
            <w:tcW w:w="1333" w:type="dxa"/>
          </w:tcPr>
          <w:p w14:paraId="159F681B" w14:textId="77777777" w:rsidR="000E419D" w:rsidRDefault="000E419D"/>
        </w:tc>
      </w:tr>
      <w:tr w:rsidR="000E419D" w14:paraId="238EB749" w14:textId="77777777" w:rsidTr="00EB3809">
        <w:trPr>
          <w:jc w:val="center"/>
        </w:trPr>
        <w:tc>
          <w:tcPr>
            <w:tcW w:w="571" w:type="dxa"/>
          </w:tcPr>
          <w:p w14:paraId="2DB455FD" w14:textId="77777777" w:rsidR="000E419D" w:rsidRDefault="000E419D"/>
        </w:tc>
        <w:tc>
          <w:tcPr>
            <w:tcW w:w="1522" w:type="dxa"/>
          </w:tcPr>
          <w:p w14:paraId="7A53899F" w14:textId="77777777" w:rsidR="000E419D" w:rsidRDefault="000E419D"/>
        </w:tc>
        <w:tc>
          <w:tcPr>
            <w:tcW w:w="1881" w:type="dxa"/>
          </w:tcPr>
          <w:p w14:paraId="71D39A3C" w14:textId="77777777" w:rsidR="000E419D" w:rsidRDefault="000E419D"/>
        </w:tc>
        <w:tc>
          <w:tcPr>
            <w:tcW w:w="1325" w:type="dxa"/>
          </w:tcPr>
          <w:p w14:paraId="5DD0EB34" w14:textId="77777777" w:rsidR="000E419D" w:rsidRDefault="000E419D"/>
        </w:tc>
        <w:tc>
          <w:tcPr>
            <w:tcW w:w="1328" w:type="dxa"/>
          </w:tcPr>
          <w:p w14:paraId="32DC0A06" w14:textId="77777777" w:rsidR="000E419D" w:rsidRDefault="000E419D"/>
        </w:tc>
        <w:tc>
          <w:tcPr>
            <w:tcW w:w="1327" w:type="dxa"/>
          </w:tcPr>
          <w:p w14:paraId="3E7963BE" w14:textId="77777777" w:rsidR="000E419D" w:rsidRDefault="000E419D"/>
        </w:tc>
        <w:tc>
          <w:tcPr>
            <w:tcW w:w="1333" w:type="dxa"/>
          </w:tcPr>
          <w:p w14:paraId="51F44883" w14:textId="77777777" w:rsidR="000E419D" w:rsidRDefault="000E419D"/>
        </w:tc>
      </w:tr>
      <w:tr w:rsidR="000E419D" w14:paraId="0011FCC7" w14:textId="77777777" w:rsidTr="00EB3809">
        <w:trPr>
          <w:jc w:val="center"/>
        </w:trPr>
        <w:tc>
          <w:tcPr>
            <w:tcW w:w="571" w:type="dxa"/>
          </w:tcPr>
          <w:p w14:paraId="351A425D" w14:textId="77777777" w:rsidR="000E419D" w:rsidRDefault="000E419D"/>
        </w:tc>
        <w:tc>
          <w:tcPr>
            <w:tcW w:w="1522" w:type="dxa"/>
          </w:tcPr>
          <w:p w14:paraId="4B70B144" w14:textId="77777777" w:rsidR="000E419D" w:rsidRDefault="000E419D"/>
        </w:tc>
        <w:tc>
          <w:tcPr>
            <w:tcW w:w="1881" w:type="dxa"/>
          </w:tcPr>
          <w:p w14:paraId="3D4D627B" w14:textId="77777777" w:rsidR="000E419D" w:rsidRDefault="000E419D"/>
        </w:tc>
        <w:tc>
          <w:tcPr>
            <w:tcW w:w="1325" w:type="dxa"/>
          </w:tcPr>
          <w:p w14:paraId="5CC7EE49" w14:textId="77777777" w:rsidR="000E419D" w:rsidRDefault="000E419D"/>
        </w:tc>
        <w:tc>
          <w:tcPr>
            <w:tcW w:w="1328" w:type="dxa"/>
          </w:tcPr>
          <w:p w14:paraId="7D0D4C0B" w14:textId="77777777" w:rsidR="000E419D" w:rsidRDefault="000E419D"/>
        </w:tc>
        <w:tc>
          <w:tcPr>
            <w:tcW w:w="1327" w:type="dxa"/>
          </w:tcPr>
          <w:p w14:paraId="022B46EC" w14:textId="77777777" w:rsidR="000E419D" w:rsidRDefault="000E419D"/>
        </w:tc>
        <w:tc>
          <w:tcPr>
            <w:tcW w:w="1333" w:type="dxa"/>
          </w:tcPr>
          <w:p w14:paraId="514C8833" w14:textId="77777777" w:rsidR="000E419D" w:rsidRDefault="000E419D"/>
        </w:tc>
      </w:tr>
      <w:tr w:rsidR="000E419D" w14:paraId="7D5D2B53" w14:textId="77777777" w:rsidTr="00EB3809">
        <w:trPr>
          <w:jc w:val="center"/>
        </w:trPr>
        <w:tc>
          <w:tcPr>
            <w:tcW w:w="571" w:type="dxa"/>
          </w:tcPr>
          <w:p w14:paraId="4D1B0628" w14:textId="77777777" w:rsidR="000E419D" w:rsidRDefault="000E419D"/>
        </w:tc>
        <w:tc>
          <w:tcPr>
            <w:tcW w:w="1522" w:type="dxa"/>
          </w:tcPr>
          <w:p w14:paraId="20C7F84A" w14:textId="77777777" w:rsidR="000E419D" w:rsidRDefault="000E419D"/>
        </w:tc>
        <w:tc>
          <w:tcPr>
            <w:tcW w:w="1881" w:type="dxa"/>
          </w:tcPr>
          <w:p w14:paraId="328CE223" w14:textId="77777777" w:rsidR="000E419D" w:rsidRDefault="000E419D"/>
        </w:tc>
        <w:tc>
          <w:tcPr>
            <w:tcW w:w="1325" w:type="dxa"/>
          </w:tcPr>
          <w:p w14:paraId="61CC157B" w14:textId="77777777" w:rsidR="000E419D" w:rsidRDefault="000E419D"/>
        </w:tc>
        <w:tc>
          <w:tcPr>
            <w:tcW w:w="1328" w:type="dxa"/>
          </w:tcPr>
          <w:p w14:paraId="6D60F56F" w14:textId="77777777" w:rsidR="000E419D" w:rsidRDefault="000E419D"/>
        </w:tc>
        <w:tc>
          <w:tcPr>
            <w:tcW w:w="1327" w:type="dxa"/>
          </w:tcPr>
          <w:p w14:paraId="3BB496CA" w14:textId="77777777" w:rsidR="000E419D" w:rsidRDefault="000E419D"/>
        </w:tc>
        <w:tc>
          <w:tcPr>
            <w:tcW w:w="1333" w:type="dxa"/>
          </w:tcPr>
          <w:p w14:paraId="1A0999C7" w14:textId="77777777" w:rsidR="000E419D" w:rsidRDefault="000E419D"/>
        </w:tc>
      </w:tr>
      <w:tr w:rsidR="000E419D" w14:paraId="495936B3" w14:textId="77777777" w:rsidTr="00EB3809">
        <w:trPr>
          <w:jc w:val="center"/>
        </w:trPr>
        <w:tc>
          <w:tcPr>
            <w:tcW w:w="571" w:type="dxa"/>
          </w:tcPr>
          <w:p w14:paraId="7A540CA7" w14:textId="77777777" w:rsidR="000E419D" w:rsidRDefault="000E419D"/>
        </w:tc>
        <w:tc>
          <w:tcPr>
            <w:tcW w:w="1522" w:type="dxa"/>
          </w:tcPr>
          <w:p w14:paraId="05766C77" w14:textId="77777777" w:rsidR="000E419D" w:rsidRDefault="000E419D"/>
        </w:tc>
        <w:tc>
          <w:tcPr>
            <w:tcW w:w="1881" w:type="dxa"/>
          </w:tcPr>
          <w:p w14:paraId="2B2BC635" w14:textId="77777777" w:rsidR="000E419D" w:rsidRDefault="000E419D"/>
        </w:tc>
        <w:tc>
          <w:tcPr>
            <w:tcW w:w="1325" w:type="dxa"/>
          </w:tcPr>
          <w:p w14:paraId="495FA2D7" w14:textId="77777777" w:rsidR="000E419D" w:rsidRDefault="000E419D"/>
        </w:tc>
        <w:tc>
          <w:tcPr>
            <w:tcW w:w="1328" w:type="dxa"/>
          </w:tcPr>
          <w:p w14:paraId="74F6E5CC" w14:textId="77777777" w:rsidR="000E419D" w:rsidRDefault="000E419D"/>
        </w:tc>
        <w:tc>
          <w:tcPr>
            <w:tcW w:w="1327" w:type="dxa"/>
          </w:tcPr>
          <w:p w14:paraId="3EDABF31" w14:textId="77777777" w:rsidR="000E419D" w:rsidRDefault="000E419D"/>
        </w:tc>
        <w:tc>
          <w:tcPr>
            <w:tcW w:w="1333" w:type="dxa"/>
          </w:tcPr>
          <w:p w14:paraId="68E58CD8" w14:textId="77777777" w:rsidR="000E419D" w:rsidRDefault="000E419D"/>
        </w:tc>
      </w:tr>
      <w:tr w:rsidR="000E419D" w14:paraId="073A3751" w14:textId="77777777" w:rsidTr="00EB3809">
        <w:trPr>
          <w:jc w:val="center"/>
        </w:trPr>
        <w:tc>
          <w:tcPr>
            <w:tcW w:w="571" w:type="dxa"/>
          </w:tcPr>
          <w:p w14:paraId="7E945102" w14:textId="77777777" w:rsidR="000E419D" w:rsidRDefault="000E419D"/>
        </w:tc>
        <w:tc>
          <w:tcPr>
            <w:tcW w:w="1522" w:type="dxa"/>
          </w:tcPr>
          <w:p w14:paraId="1AF4ADB8" w14:textId="77777777" w:rsidR="000E419D" w:rsidRDefault="000E419D"/>
        </w:tc>
        <w:tc>
          <w:tcPr>
            <w:tcW w:w="1881" w:type="dxa"/>
          </w:tcPr>
          <w:p w14:paraId="37B92637" w14:textId="77777777" w:rsidR="000E419D" w:rsidRDefault="000E419D"/>
        </w:tc>
        <w:tc>
          <w:tcPr>
            <w:tcW w:w="1325" w:type="dxa"/>
          </w:tcPr>
          <w:p w14:paraId="54FBD290" w14:textId="77777777" w:rsidR="000E419D" w:rsidRDefault="000E419D"/>
        </w:tc>
        <w:tc>
          <w:tcPr>
            <w:tcW w:w="1328" w:type="dxa"/>
          </w:tcPr>
          <w:p w14:paraId="5BC9BC32" w14:textId="77777777" w:rsidR="000E419D" w:rsidRDefault="000E419D"/>
        </w:tc>
        <w:tc>
          <w:tcPr>
            <w:tcW w:w="1327" w:type="dxa"/>
          </w:tcPr>
          <w:p w14:paraId="6545BADB" w14:textId="77777777" w:rsidR="000E419D" w:rsidRDefault="000E419D"/>
        </w:tc>
        <w:tc>
          <w:tcPr>
            <w:tcW w:w="1333" w:type="dxa"/>
          </w:tcPr>
          <w:p w14:paraId="3F1E4497" w14:textId="77777777" w:rsidR="000E419D" w:rsidRDefault="000E419D"/>
        </w:tc>
      </w:tr>
      <w:tr w:rsidR="000E419D" w14:paraId="4CA58D1F" w14:textId="77777777" w:rsidTr="00EB3809">
        <w:trPr>
          <w:jc w:val="center"/>
        </w:trPr>
        <w:tc>
          <w:tcPr>
            <w:tcW w:w="571" w:type="dxa"/>
          </w:tcPr>
          <w:p w14:paraId="5F68C576" w14:textId="77777777" w:rsidR="000E419D" w:rsidRDefault="000E419D"/>
        </w:tc>
        <w:tc>
          <w:tcPr>
            <w:tcW w:w="1522" w:type="dxa"/>
          </w:tcPr>
          <w:p w14:paraId="516C320F" w14:textId="77777777" w:rsidR="000E419D" w:rsidRDefault="000E419D"/>
        </w:tc>
        <w:tc>
          <w:tcPr>
            <w:tcW w:w="1881" w:type="dxa"/>
          </w:tcPr>
          <w:p w14:paraId="3EC93C65" w14:textId="77777777" w:rsidR="000E419D" w:rsidRDefault="000E419D"/>
        </w:tc>
        <w:tc>
          <w:tcPr>
            <w:tcW w:w="1325" w:type="dxa"/>
          </w:tcPr>
          <w:p w14:paraId="491ECB74" w14:textId="77777777" w:rsidR="000E419D" w:rsidRDefault="000E419D"/>
        </w:tc>
        <w:tc>
          <w:tcPr>
            <w:tcW w:w="1328" w:type="dxa"/>
          </w:tcPr>
          <w:p w14:paraId="3D6FF609" w14:textId="77777777" w:rsidR="000E419D" w:rsidRDefault="000E419D"/>
        </w:tc>
        <w:tc>
          <w:tcPr>
            <w:tcW w:w="1327" w:type="dxa"/>
          </w:tcPr>
          <w:p w14:paraId="0B3E8965" w14:textId="77777777" w:rsidR="000E419D" w:rsidRDefault="000E419D"/>
        </w:tc>
        <w:tc>
          <w:tcPr>
            <w:tcW w:w="1333" w:type="dxa"/>
          </w:tcPr>
          <w:p w14:paraId="79299E29" w14:textId="77777777" w:rsidR="000E419D" w:rsidRDefault="000E419D"/>
        </w:tc>
      </w:tr>
      <w:tr w:rsidR="000E419D" w14:paraId="5A26AD46" w14:textId="77777777" w:rsidTr="00EB3809">
        <w:trPr>
          <w:jc w:val="center"/>
        </w:trPr>
        <w:tc>
          <w:tcPr>
            <w:tcW w:w="571" w:type="dxa"/>
          </w:tcPr>
          <w:p w14:paraId="0623AC6A" w14:textId="77777777" w:rsidR="000E419D" w:rsidRDefault="000E419D"/>
        </w:tc>
        <w:tc>
          <w:tcPr>
            <w:tcW w:w="1522" w:type="dxa"/>
          </w:tcPr>
          <w:p w14:paraId="219A234B" w14:textId="77777777" w:rsidR="000E419D" w:rsidRDefault="000E419D"/>
        </w:tc>
        <w:tc>
          <w:tcPr>
            <w:tcW w:w="1881" w:type="dxa"/>
          </w:tcPr>
          <w:p w14:paraId="3148C458" w14:textId="77777777" w:rsidR="000E419D" w:rsidRDefault="000E419D"/>
        </w:tc>
        <w:tc>
          <w:tcPr>
            <w:tcW w:w="1325" w:type="dxa"/>
          </w:tcPr>
          <w:p w14:paraId="4FA1447A" w14:textId="77777777" w:rsidR="000E419D" w:rsidRDefault="000E419D"/>
        </w:tc>
        <w:tc>
          <w:tcPr>
            <w:tcW w:w="1328" w:type="dxa"/>
          </w:tcPr>
          <w:p w14:paraId="78CCD45C" w14:textId="77777777" w:rsidR="000E419D" w:rsidRDefault="000E419D"/>
        </w:tc>
        <w:tc>
          <w:tcPr>
            <w:tcW w:w="1327" w:type="dxa"/>
          </w:tcPr>
          <w:p w14:paraId="64FBB7AB" w14:textId="77777777" w:rsidR="000E419D" w:rsidRDefault="000E419D"/>
        </w:tc>
        <w:tc>
          <w:tcPr>
            <w:tcW w:w="1333" w:type="dxa"/>
          </w:tcPr>
          <w:p w14:paraId="27C20AD7" w14:textId="77777777" w:rsidR="000E419D" w:rsidRDefault="000E419D"/>
        </w:tc>
      </w:tr>
      <w:tr w:rsidR="000E419D" w14:paraId="2D0C3BB0" w14:textId="77777777" w:rsidTr="00EB3809">
        <w:trPr>
          <w:jc w:val="center"/>
        </w:trPr>
        <w:tc>
          <w:tcPr>
            <w:tcW w:w="571" w:type="dxa"/>
          </w:tcPr>
          <w:p w14:paraId="18D24819" w14:textId="77777777" w:rsidR="000E419D" w:rsidRDefault="000E419D"/>
        </w:tc>
        <w:tc>
          <w:tcPr>
            <w:tcW w:w="1522" w:type="dxa"/>
          </w:tcPr>
          <w:p w14:paraId="5624AF9D" w14:textId="77777777" w:rsidR="000E419D" w:rsidRDefault="000E419D"/>
        </w:tc>
        <w:tc>
          <w:tcPr>
            <w:tcW w:w="1881" w:type="dxa"/>
          </w:tcPr>
          <w:p w14:paraId="5871ED48" w14:textId="77777777" w:rsidR="000E419D" w:rsidRDefault="000E419D"/>
        </w:tc>
        <w:tc>
          <w:tcPr>
            <w:tcW w:w="1325" w:type="dxa"/>
          </w:tcPr>
          <w:p w14:paraId="25A8B56E" w14:textId="77777777" w:rsidR="000E419D" w:rsidRDefault="000E419D"/>
        </w:tc>
        <w:tc>
          <w:tcPr>
            <w:tcW w:w="1328" w:type="dxa"/>
          </w:tcPr>
          <w:p w14:paraId="5445015F" w14:textId="77777777" w:rsidR="000E419D" w:rsidRDefault="000E419D"/>
        </w:tc>
        <w:tc>
          <w:tcPr>
            <w:tcW w:w="1327" w:type="dxa"/>
          </w:tcPr>
          <w:p w14:paraId="76526D21" w14:textId="77777777" w:rsidR="000E419D" w:rsidRDefault="000E419D"/>
        </w:tc>
        <w:tc>
          <w:tcPr>
            <w:tcW w:w="1333" w:type="dxa"/>
          </w:tcPr>
          <w:p w14:paraId="5331801A" w14:textId="77777777" w:rsidR="000E419D" w:rsidRDefault="000E419D"/>
        </w:tc>
      </w:tr>
      <w:tr w:rsidR="000E419D" w14:paraId="3AA6E6F8" w14:textId="77777777" w:rsidTr="00EB3809">
        <w:trPr>
          <w:jc w:val="center"/>
        </w:trPr>
        <w:tc>
          <w:tcPr>
            <w:tcW w:w="571" w:type="dxa"/>
          </w:tcPr>
          <w:p w14:paraId="495AAB66" w14:textId="77777777" w:rsidR="000E419D" w:rsidRDefault="000E419D"/>
        </w:tc>
        <w:tc>
          <w:tcPr>
            <w:tcW w:w="1522" w:type="dxa"/>
          </w:tcPr>
          <w:p w14:paraId="366E4770" w14:textId="77777777" w:rsidR="000E419D" w:rsidRDefault="000E419D"/>
        </w:tc>
        <w:tc>
          <w:tcPr>
            <w:tcW w:w="1881" w:type="dxa"/>
          </w:tcPr>
          <w:p w14:paraId="3FB7764B" w14:textId="77777777" w:rsidR="000E419D" w:rsidRDefault="000E419D"/>
        </w:tc>
        <w:tc>
          <w:tcPr>
            <w:tcW w:w="1325" w:type="dxa"/>
          </w:tcPr>
          <w:p w14:paraId="7C41F695" w14:textId="77777777" w:rsidR="000E419D" w:rsidRDefault="000E419D"/>
        </w:tc>
        <w:tc>
          <w:tcPr>
            <w:tcW w:w="1328" w:type="dxa"/>
          </w:tcPr>
          <w:p w14:paraId="099D9C15" w14:textId="77777777" w:rsidR="000E419D" w:rsidRDefault="000E419D"/>
        </w:tc>
        <w:tc>
          <w:tcPr>
            <w:tcW w:w="1327" w:type="dxa"/>
          </w:tcPr>
          <w:p w14:paraId="7E797F1B" w14:textId="77777777" w:rsidR="000E419D" w:rsidRDefault="000E419D"/>
        </w:tc>
        <w:tc>
          <w:tcPr>
            <w:tcW w:w="1333" w:type="dxa"/>
          </w:tcPr>
          <w:p w14:paraId="160E38D4" w14:textId="77777777" w:rsidR="000E419D" w:rsidRDefault="000E419D"/>
        </w:tc>
      </w:tr>
      <w:tr w:rsidR="000E419D" w14:paraId="5ED5CF37" w14:textId="77777777" w:rsidTr="00EB3809">
        <w:trPr>
          <w:jc w:val="center"/>
        </w:trPr>
        <w:tc>
          <w:tcPr>
            <w:tcW w:w="571" w:type="dxa"/>
          </w:tcPr>
          <w:p w14:paraId="2FF79CA6" w14:textId="77777777" w:rsidR="000E419D" w:rsidRDefault="000E419D"/>
        </w:tc>
        <w:tc>
          <w:tcPr>
            <w:tcW w:w="1522" w:type="dxa"/>
          </w:tcPr>
          <w:p w14:paraId="49415D01" w14:textId="77777777" w:rsidR="000E419D" w:rsidRDefault="000E419D"/>
        </w:tc>
        <w:tc>
          <w:tcPr>
            <w:tcW w:w="1881" w:type="dxa"/>
          </w:tcPr>
          <w:p w14:paraId="6B99BAE3" w14:textId="77777777" w:rsidR="000E419D" w:rsidRDefault="000E419D"/>
        </w:tc>
        <w:tc>
          <w:tcPr>
            <w:tcW w:w="1325" w:type="dxa"/>
          </w:tcPr>
          <w:p w14:paraId="03A39A45" w14:textId="77777777" w:rsidR="000E419D" w:rsidRDefault="000E419D"/>
        </w:tc>
        <w:tc>
          <w:tcPr>
            <w:tcW w:w="1328" w:type="dxa"/>
          </w:tcPr>
          <w:p w14:paraId="3661E9A9" w14:textId="77777777" w:rsidR="000E419D" w:rsidRDefault="000E419D"/>
        </w:tc>
        <w:tc>
          <w:tcPr>
            <w:tcW w:w="1327" w:type="dxa"/>
          </w:tcPr>
          <w:p w14:paraId="654DD2C2" w14:textId="77777777" w:rsidR="000E419D" w:rsidRDefault="000E419D"/>
        </w:tc>
        <w:tc>
          <w:tcPr>
            <w:tcW w:w="1333" w:type="dxa"/>
          </w:tcPr>
          <w:p w14:paraId="759B388F" w14:textId="77777777" w:rsidR="000E419D" w:rsidRDefault="000E419D"/>
        </w:tc>
      </w:tr>
    </w:tbl>
    <w:p w14:paraId="4B7B6831" w14:textId="77777777" w:rsidR="000E419D" w:rsidRDefault="000E419D"/>
    <w:p w14:paraId="5858F944" w14:textId="77777777" w:rsidR="000E419D" w:rsidRDefault="00B610D8">
      <w:r>
        <w:rPr>
          <w:b/>
        </w:rPr>
        <w:t>E. PERAN DAN KONTRIBUSI DALAM KELOMPOK</w:t>
      </w:r>
    </w:p>
    <w:p w14:paraId="685F7AE5" w14:textId="77777777" w:rsidR="000E419D" w:rsidRDefault="00B610D8">
      <w:r>
        <w:t>................................................................................................................</w:t>
      </w:r>
      <w:r>
        <w:br/>
        <w:t>................................................................................................................</w:t>
      </w:r>
      <w:r>
        <w:br/>
        <w:t>..............................</w:t>
      </w:r>
      <w:r>
        <w:t>..................................................................................</w:t>
      </w:r>
      <w:r>
        <w:br/>
      </w:r>
    </w:p>
    <w:p w14:paraId="31FA9130" w14:textId="77777777" w:rsidR="000E419D" w:rsidRDefault="00B610D8">
      <w:r>
        <w:rPr>
          <w:b/>
        </w:rPr>
        <w:t>F. HASIL DAN CAPAIAN KEGIATAN</w:t>
      </w:r>
    </w:p>
    <w:tbl>
      <w:tblPr>
        <w:tblStyle w:val="TableGrid"/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675"/>
        <w:gridCol w:w="3013"/>
        <w:gridCol w:w="1869"/>
        <w:gridCol w:w="1865"/>
        <w:gridCol w:w="1865"/>
      </w:tblGrid>
      <w:tr w:rsidR="000E419D" w14:paraId="436E47FB" w14:textId="77777777" w:rsidTr="00EB3809">
        <w:trPr>
          <w:jc w:val="center"/>
        </w:trPr>
        <w:tc>
          <w:tcPr>
            <w:tcW w:w="675" w:type="dxa"/>
            <w:shd w:val="clear" w:color="auto" w:fill="D9EAF7"/>
          </w:tcPr>
          <w:p w14:paraId="74A0AAC9" w14:textId="77777777" w:rsidR="000E419D" w:rsidRDefault="00B610D8">
            <w:pPr>
              <w:jc w:val="center"/>
            </w:pPr>
            <w:r>
              <w:rPr>
                <w:b/>
              </w:rPr>
              <w:t>No.</w:t>
            </w:r>
          </w:p>
        </w:tc>
        <w:tc>
          <w:tcPr>
            <w:tcW w:w="3013" w:type="dxa"/>
            <w:shd w:val="clear" w:color="auto" w:fill="D9EAF7"/>
          </w:tcPr>
          <w:p w14:paraId="52C4E4BE" w14:textId="77777777" w:rsidR="000E419D" w:rsidRDefault="00B610D8">
            <w:pPr>
              <w:jc w:val="center"/>
            </w:pPr>
            <w:r>
              <w:rPr>
                <w:b/>
              </w:rPr>
              <w:t>Kegiatan</w:t>
            </w:r>
          </w:p>
        </w:tc>
        <w:tc>
          <w:tcPr>
            <w:tcW w:w="1869" w:type="dxa"/>
            <w:shd w:val="clear" w:color="auto" w:fill="D9EAF7"/>
          </w:tcPr>
          <w:p w14:paraId="66883373" w14:textId="77777777" w:rsidR="000E419D" w:rsidRDefault="00B610D8">
            <w:pPr>
              <w:jc w:val="center"/>
            </w:pPr>
            <w:r>
              <w:rPr>
                <w:b/>
              </w:rPr>
              <w:t>Output/Hasil</w:t>
            </w:r>
          </w:p>
        </w:tc>
        <w:tc>
          <w:tcPr>
            <w:tcW w:w="1865" w:type="dxa"/>
            <w:shd w:val="clear" w:color="auto" w:fill="D9EAF7"/>
          </w:tcPr>
          <w:p w14:paraId="122AA83C" w14:textId="77777777" w:rsidR="000E419D" w:rsidRDefault="00B610D8">
            <w:pPr>
              <w:jc w:val="center"/>
            </w:pPr>
            <w:r>
              <w:rPr>
                <w:b/>
              </w:rPr>
              <w:t>Manfaat bagi Masyarakat</w:t>
            </w:r>
          </w:p>
        </w:tc>
        <w:tc>
          <w:tcPr>
            <w:tcW w:w="1865" w:type="dxa"/>
            <w:shd w:val="clear" w:color="auto" w:fill="D9EAF7"/>
          </w:tcPr>
          <w:p w14:paraId="0984B707" w14:textId="77777777" w:rsidR="000E419D" w:rsidRDefault="00B610D8">
            <w:pPr>
              <w:jc w:val="center"/>
            </w:pPr>
            <w:r>
              <w:rPr>
                <w:b/>
              </w:rPr>
              <w:t>Keterangan</w:t>
            </w:r>
          </w:p>
        </w:tc>
      </w:tr>
      <w:tr w:rsidR="000E419D" w14:paraId="2AC256DD" w14:textId="77777777" w:rsidTr="00EB3809">
        <w:trPr>
          <w:jc w:val="center"/>
        </w:trPr>
        <w:tc>
          <w:tcPr>
            <w:tcW w:w="675" w:type="dxa"/>
          </w:tcPr>
          <w:p w14:paraId="78CC4A1D" w14:textId="77777777" w:rsidR="000E419D" w:rsidRDefault="000E419D"/>
        </w:tc>
        <w:tc>
          <w:tcPr>
            <w:tcW w:w="3013" w:type="dxa"/>
          </w:tcPr>
          <w:p w14:paraId="504423E2" w14:textId="77777777" w:rsidR="000E419D" w:rsidRDefault="000E419D"/>
        </w:tc>
        <w:tc>
          <w:tcPr>
            <w:tcW w:w="1869" w:type="dxa"/>
          </w:tcPr>
          <w:p w14:paraId="61217DED" w14:textId="77777777" w:rsidR="000E419D" w:rsidRDefault="000E419D"/>
        </w:tc>
        <w:tc>
          <w:tcPr>
            <w:tcW w:w="1865" w:type="dxa"/>
          </w:tcPr>
          <w:p w14:paraId="5CE8CB5B" w14:textId="77777777" w:rsidR="000E419D" w:rsidRDefault="000E419D"/>
        </w:tc>
        <w:tc>
          <w:tcPr>
            <w:tcW w:w="1865" w:type="dxa"/>
          </w:tcPr>
          <w:p w14:paraId="69CE4F3A" w14:textId="77777777" w:rsidR="000E419D" w:rsidRDefault="000E419D"/>
        </w:tc>
      </w:tr>
      <w:tr w:rsidR="000E419D" w14:paraId="100261BC" w14:textId="77777777" w:rsidTr="00EB3809">
        <w:trPr>
          <w:jc w:val="center"/>
        </w:trPr>
        <w:tc>
          <w:tcPr>
            <w:tcW w:w="675" w:type="dxa"/>
          </w:tcPr>
          <w:p w14:paraId="7C8B1A3F" w14:textId="77777777" w:rsidR="000E419D" w:rsidRDefault="000E419D"/>
        </w:tc>
        <w:tc>
          <w:tcPr>
            <w:tcW w:w="3013" w:type="dxa"/>
          </w:tcPr>
          <w:p w14:paraId="7F7AEB67" w14:textId="77777777" w:rsidR="000E419D" w:rsidRDefault="000E419D"/>
        </w:tc>
        <w:tc>
          <w:tcPr>
            <w:tcW w:w="1869" w:type="dxa"/>
          </w:tcPr>
          <w:p w14:paraId="29A5CCD3" w14:textId="77777777" w:rsidR="000E419D" w:rsidRDefault="000E419D"/>
        </w:tc>
        <w:tc>
          <w:tcPr>
            <w:tcW w:w="1865" w:type="dxa"/>
          </w:tcPr>
          <w:p w14:paraId="58AF7E9C" w14:textId="77777777" w:rsidR="000E419D" w:rsidRDefault="000E419D"/>
        </w:tc>
        <w:tc>
          <w:tcPr>
            <w:tcW w:w="1865" w:type="dxa"/>
          </w:tcPr>
          <w:p w14:paraId="5F991D35" w14:textId="77777777" w:rsidR="000E419D" w:rsidRDefault="000E419D"/>
        </w:tc>
      </w:tr>
      <w:tr w:rsidR="000E419D" w14:paraId="71995AB3" w14:textId="77777777" w:rsidTr="00EB3809">
        <w:trPr>
          <w:jc w:val="center"/>
        </w:trPr>
        <w:tc>
          <w:tcPr>
            <w:tcW w:w="675" w:type="dxa"/>
          </w:tcPr>
          <w:p w14:paraId="466C16DA" w14:textId="77777777" w:rsidR="000E419D" w:rsidRDefault="000E419D"/>
        </w:tc>
        <w:tc>
          <w:tcPr>
            <w:tcW w:w="3013" w:type="dxa"/>
          </w:tcPr>
          <w:p w14:paraId="3BB593D2" w14:textId="77777777" w:rsidR="000E419D" w:rsidRDefault="000E419D"/>
        </w:tc>
        <w:tc>
          <w:tcPr>
            <w:tcW w:w="1869" w:type="dxa"/>
          </w:tcPr>
          <w:p w14:paraId="3FF4A4F9" w14:textId="77777777" w:rsidR="000E419D" w:rsidRDefault="000E419D"/>
        </w:tc>
        <w:tc>
          <w:tcPr>
            <w:tcW w:w="1865" w:type="dxa"/>
          </w:tcPr>
          <w:p w14:paraId="2769BB73" w14:textId="77777777" w:rsidR="000E419D" w:rsidRDefault="000E419D"/>
        </w:tc>
        <w:tc>
          <w:tcPr>
            <w:tcW w:w="1865" w:type="dxa"/>
          </w:tcPr>
          <w:p w14:paraId="1E490033" w14:textId="77777777" w:rsidR="000E419D" w:rsidRDefault="000E419D"/>
        </w:tc>
      </w:tr>
      <w:tr w:rsidR="000E419D" w14:paraId="188BF893" w14:textId="77777777" w:rsidTr="00EB3809">
        <w:trPr>
          <w:jc w:val="center"/>
        </w:trPr>
        <w:tc>
          <w:tcPr>
            <w:tcW w:w="675" w:type="dxa"/>
          </w:tcPr>
          <w:p w14:paraId="23396B62" w14:textId="77777777" w:rsidR="000E419D" w:rsidRDefault="000E419D"/>
        </w:tc>
        <w:tc>
          <w:tcPr>
            <w:tcW w:w="3013" w:type="dxa"/>
          </w:tcPr>
          <w:p w14:paraId="6CD946DF" w14:textId="77777777" w:rsidR="000E419D" w:rsidRDefault="000E419D"/>
        </w:tc>
        <w:tc>
          <w:tcPr>
            <w:tcW w:w="1869" w:type="dxa"/>
          </w:tcPr>
          <w:p w14:paraId="6680C2A9" w14:textId="77777777" w:rsidR="000E419D" w:rsidRDefault="000E419D"/>
        </w:tc>
        <w:tc>
          <w:tcPr>
            <w:tcW w:w="1865" w:type="dxa"/>
          </w:tcPr>
          <w:p w14:paraId="74B8ABBA" w14:textId="77777777" w:rsidR="000E419D" w:rsidRDefault="000E419D"/>
        </w:tc>
        <w:tc>
          <w:tcPr>
            <w:tcW w:w="1865" w:type="dxa"/>
          </w:tcPr>
          <w:p w14:paraId="6BA0F2B5" w14:textId="77777777" w:rsidR="000E419D" w:rsidRDefault="000E419D"/>
        </w:tc>
      </w:tr>
      <w:tr w:rsidR="000E419D" w14:paraId="7F78303D" w14:textId="77777777" w:rsidTr="00EB3809">
        <w:trPr>
          <w:jc w:val="center"/>
        </w:trPr>
        <w:tc>
          <w:tcPr>
            <w:tcW w:w="675" w:type="dxa"/>
          </w:tcPr>
          <w:p w14:paraId="4CCBEBC1" w14:textId="77777777" w:rsidR="000E419D" w:rsidRDefault="000E419D"/>
        </w:tc>
        <w:tc>
          <w:tcPr>
            <w:tcW w:w="3013" w:type="dxa"/>
          </w:tcPr>
          <w:p w14:paraId="46202879" w14:textId="77777777" w:rsidR="000E419D" w:rsidRDefault="000E419D"/>
        </w:tc>
        <w:tc>
          <w:tcPr>
            <w:tcW w:w="1869" w:type="dxa"/>
          </w:tcPr>
          <w:p w14:paraId="5ABD903C" w14:textId="77777777" w:rsidR="000E419D" w:rsidRDefault="000E419D"/>
        </w:tc>
        <w:tc>
          <w:tcPr>
            <w:tcW w:w="1865" w:type="dxa"/>
          </w:tcPr>
          <w:p w14:paraId="35532550" w14:textId="77777777" w:rsidR="000E419D" w:rsidRDefault="000E419D"/>
        </w:tc>
        <w:tc>
          <w:tcPr>
            <w:tcW w:w="1865" w:type="dxa"/>
          </w:tcPr>
          <w:p w14:paraId="51CB4DE5" w14:textId="77777777" w:rsidR="000E419D" w:rsidRDefault="000E419D"/>
        </w:tc>
      </w:tr>
      <w:tr w:rsidR="000E419D" w14:paraId="38D43DB9" w14:textId="77777777" w:rsidTr="00EB3809">
        <w:trPr>
          <w:jc w:val="center"/>
        </w:trPr>
        <w:tc>
          <w:tcPr>
            <w:tcW w:w="675" w:type="dxa"/>
          </w:tcPr>
          <w:p w14:paraId="40DFA380" w14:textId="77777777" w:rsidR="000E419D" w:rsidRDefault="000E419D"/>
        </w:tc>
        <w:tc>
          <w:tcPr>
            <w:tcW w:w="3013" w:type="dxa"/>
          </w:tcPr>
          <w:p w14:paraId="5E902B68" w14:textId="77777777" w:rsidR="000E419D" w:rsidRDefault="000E419D"/>
        </w:tc>
        <w:tc>
          <w:tcPr>
            <w:tcW w:w="1869" w:type="dxa"/>
          </w:tcPr>
          <w:p w14:paraId="5BDE20AD" w14:textId="77777777" w:rsidR="000E419D" w:rsidRDefault="000E419D"/>
        </w:tc>
        <w:tc>
          <w:tcPr>
            <w:tcW w:w="1865" w:type="dxa"/>
          </w:tcPr>
          <w:p w14:paraId="73987C43" w14:textId="77777777" w:rsidR="000E419D" w:rsidRDefault="000E419D"/>
        </w:tc>
        <w:tc>
          <w:tcPr>
            <w:tcW w:w="1865" w:type="dxa"/>
          </w:tcPr>
          <w:p w14:paraId="3BE41A5D" w14:textId="77777777" w:rsidR="000E419D" w:rsidRDefault="000E419D"/>
        </w:tc>
      </w:tr>
      <w:tr w:rsidR="000E419D" w14:paraId="1963DF33" w14:textId="77777777" w:rsidTr="00EB3809">
        <w:trPr>
          <w:jc w:val="center"/>
        </w:trPr>
        <w:tc>
          <w:tcPr>
            <w:tcW w:w="675" w:type="dxa"/>
          </w:tcPr>
          <w:p w14:paraId="4150B72D" w14:textId="77777777" w:rsidR="000E419D" w:rsidRDefault="000E419D"/>
        </w:tc>
        <w:tc>
          <w:tcPr>
            <w:tcW w:w="3013" w:type="dxa"/>
          </w:tcPr>
          <w:p w14:paraId="50901270" w14:textId="77777777" w:rsidR="000E419D" w:rsidRDefault="000E419D"/>
        </w:tc>
        <w:tc>
          <w:tcPr>
            <w:tcW w:w="1869" w:type="dxa"/>
          </w:tcPr>
          <w:p w14:paraId="42202B67" w14:textId="77777777" w:rsidR="000E419D" w:rsidRDefault="000E419D"/>
        </w:tc>
        <w:tc>
          <w:tcPr>
            <w:tcW w:w="1865" w:type="dxa"/>
          </w:tcPr>
          <w:p w14:paraId="672DEAA7" w14:textId="77777777" w:rsidR="000E419D" w:rsidRDefault="000E419D"/>
        </w:tc>
        <w:tc>
          <w:tcPr>
            <w:tcW w:w="1865" w:type="dxa"/>
          </w:tcPr>
          <w:p w14:paraId="678FF982" w14:textId="77777777" w:rsidR="000E419D" w:rsidRDefault="000E419D"/>
        </w:tc>
      </w:tr>
    </w:tbl>
    <w:p w14:paraId="27765B61" w14:textId="77777777" w:rsidR="000E419D" w:rsidRDefault="000E419D"/>
    <w:p w14:paraId="029C6664" w14:textId="77777777" w:rsidR="000E419D" w:rsidRDefault="00B610D8">
      <w:r>
        <w:rPr>
          <w:b/>
        </w:rPr>
        <w:t>G. KENDALA DAN SOLUSI</w:t>
      </w:r>
    </w:p>
    <w:tbl>
      <w:tblPr>
        <w:tblStyle w:val="TableGrid"/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675"/>
        <w:gridCol w:w="3027"/>
        <w:gridCol w:w="1862"/>
        <w:gridCol w:w="1874"/>
        <w:gridCol w:w="1849"/>
      </w:tblGrid>
      <w:tr w:rsidR="000E419D" w14:paraId="320D825B" w14:textId="77777777" w:rsidTr="00EB3809">
        <w:trPr>
          <w:jc w:val="center"/>
        </w:trPr>
        <w:tc>
          <w:tcPr>
            <w:tcW w:w="675" w:type="dxa"/>
            <w:shd w:val="clear" w:color="auto" w:fill="D9EAF7"/>
          </w:tcPr>
          <w:p w14:paraId="4510CF1D" w14:textId="77777777" w:rsidR="000E419D" w:rsidRDefault="00B610D8">
            <w:pPr>
              <w:jc w:val="center"/>
            </w:pPr>
            <w:r>
              <w:rPr>
                <w:b/>
              </w:rPr>
              <w:t>No.</w:t>
            </w:r>
          </w:p>
        </w:tc>
        <w:tc>
          <w:tcPr>
            <w:tcW w:w="3027" w:type="dxa"/>
            <w:shd w:val="clear" w:color="auto" w:fill="D9EAF7"/>
          </w:tcPr>
          <w:p w14:paraId="30E65BA3" w14:textId="77777777" w:rsidR="000E419D" w:rsidRDefault="00B610D8">
            <w:pPr>
              <w:jc w:val="center"/>
            </w:pPr>
            <w:r>
              <w:rPr>
                <w:b/>
              </w:rPr>
              <w:t>Kendala</w:t>
            </w:r>
          </w:p>
        </w:tc>
        <w:tc>
          <w:tcPr>
            <w:tcW w:w="1862" w:type="dxa"/>
            <w:shd w:val="clear" w:color="auto" w:fill="D9EAF7"/>
          </w:tcPr>
          <w:p w14:paraId="10564D5E" w14:textId="77777777" w:rsidR="000E419D" w:rsidRDefault="00B610D8">
            <w:pPr>
              <w:jc w:val="center"/>
            </w:pPr>
            <w:r>
              <w:rPr>
                <w:b/>
              </w:rPr>
              <w:t>Penyebab</w:t>
            </w:r>
          </w:p>
        </w:tc>
        <w:tc>
          <w:tcPr>
            <w:tcW w:w="1874" w:type="dxa"/>
            <w:shd w:val="clear" w:color="auto" w:fill="D9EAF7"/>
          </w:tcPr>
          <w:p w14:paraId="59E2B7C2" w14:textId="77777777" w:rsidR="000E419D" w:rsidRDefault="00B610D8">
            <w:pPr>
              <w:jc w:val="center"/>
            </w:pPr>
            <w:r>
              <w:rPr>
                <w:b/>
              </w:rPr>
              <w:t>Solusi/Tindak Lanjut</w:t>
            </w:r>
          </w:p>
        </w:tc>
        <w:tc>
          <w:tcPr>
            <w:tcW w:w="1849" w:type="dxa"/>
            <w:shd w:val="clear" w:color="auto" w:fill="D9EAF7"/>
          </w:tcPr>
          <w:p w14:paraId="69B0788C" w14:textId="77777777" w:rsidR="000E419D" w:rsidRDefault="00B610D8">
            <w:pPr>
              <w:jc w:val="center"/>
            </w:pPr>
            <w:r>
              <w:rPr>
                <w:b/>
              </w:rPr>
              <w:t>Hasil</w:t>
            </w:r>
          </w:p>
        </w:tc>
      </w:tr>
      <w:tr w:rsidR="000E419D" w14:paraId="06E0195F" w14:textId="77777777" w:rsidTr="00EB3809">
        <w:trPr>
          <w:jc w:val="center"/>
        </w:trPr>
        <w:tc>
          <w:tcPr>
            <w:tcW w:w="675" w:type="dxa"/>
          </w:tcPr>
          <w:p w14:paraId="4B4E9B53" w14:textId="77777777" w:rsidR="000E419D" w:rsidRDefault="000E419D"/>
        </w:tc>
        <w:tc>
          <w:tcPr>
            <w:tcW w:w="3027" w:type="dxa"/>
          </w:tcPr>
          <w:p w14:paraId="21A996D2" w14:textId="77777777" w:rsidR="000E419D" w:rsidRDefault="000E419D"/>
        </w:tc>
        <w:tc>
          <w:tcPr>
            <w:tcW w:w="1862" w:type="dxa"/>
          </w:tcPr>
          <w:p w14:paraId="020BBDB3" w14:textId="77777777" w:rsidR="000E419D" w:rsidRDefault="000E419D"/>
        </w:tc>
        <w:tc>
          <w:tcPr>
            <w:tcW w:w="1874" w:type="dxa"/>
          </w:tcPr>
          <w:p w14:paraId="1779337A" w14:textId="77777777" w:rsidR="000E419D" w:rsidRDefault="000E419D"/>
        </w:tc>
        <w:tc>
          <w:tcPr>
            <w:tcW w:w="1849" w:type="dxa"/>
          </w:tcPr>
          <w:p w14:paraId="1FB892AF" w14:textId="77777777" w:rsidR="000E419D" w:rsidRDefault="000E419D"/>
        </w:tc>
      </w:tr>
      <w:tr w:rsidR="000E419D" w14:paraId="15DA530A" w14:textId="77777777" w:rsidTr="00EB3809">
        <w:trPr>
          <w:jc w:val="center"/>
        </w:trPr>
        <w:tc>
          <w:tcPr>
            <w:tcW w:w="675" w:type="dxa"/>
          </w:tcPr>
          <w:p w14:paraId="5E3A0429" w14:textId="77777777" w:rsidR="000E419D" w:rsidRDefault="000E419D"/>
        </w:tc>
        <w:tc>
          <w:tcPr>
            <w:tcW w:w="3027" w:type="dxa"/>
          </w:tcPr>
          <w:p w14:paraId="72BE9100" w14:textId="77777777" w:rsidR="000E419D" w:rsidRDefault="000E419D"/>
        </w:tc>
        <w:tc>
          <w:tcPr>
            <w:tcW w:w="1862" w:type="dxa"/>
          </w:tcPr>
          <w:p w14:paraId="13CDB3B9" w14:textId="77777777" w:rsidR="000E419D" w:rsidRDefault="000E419D"/>
        </w:tc>
        <w:tc>
          <w:tcPr>
            <w:tcW w:w="1874" w:type="dxa"/>
          </w:tcPr>
          <w:p w14:paraId="55748A76" w14:textId="77777777" w:rsidR="000E419D" w:rsidRDefault="000E419D"/>
        </w:tc>
        <w:tc>
          <w:tcPr>
            <w:tcW w:w="1849" w:type="dxa"/>
          </w:tcPr>
          <w:p w14:paraId="72F0AAEE" w14:textId="77777777" w:rsidR="000E419D" w:rsidRDefault="000E419D"/>
        </w:tc>
      </w:tr>
      <w:tr w:rsidR="000E419D" w14:paraId="0D7712AD" w14:textId="77777777" w:rsidTr="00EB3809">
        <w:trPr>
          <w:jc w:val="center"/>
        </w:trPr>
        <w:tc>
          <w:tcPr>
            <w:tcW w:w="675" w:type="dxa"/>
          </w:tcPr>
          <w:p w14:paraId="73B073BB" w14:textId="77777777" w:rsidR="000E419D" w:rsidRDefault="000E419D"/>
        </w:tc>
        <w:tc>
          <w:tcPr>
            <w:tcW w:w="3027" w:type="dxa"/>
          </w:tcPr>
          <w:p w14:paraId="5354C99D" w14:textId="77777777" w:rsidR="000E419D" w:rsidRDefault="000E419D"/>
        </w:tc>
        <w:tc>
          <w:tcPr>
            <w:tcW w:w="1862" w:type="dxa"/>
          </w:tcPr>
          <w:p w14:paraId="76C76F76" w14:textId="77777777" w:rsidR="000E419D" w:rsidRDefault="000E419D"/>
        </w:tc>
        <w:tc>
          <w:tcPr>
            <w:tcW w:w="1874" w:type="dxa"/>
          </w:tcPr>
          <w:p w14:paraId="5C0C037E" w14:textId="77777777" w:rsidR="000E419D" w:rsidRDefault="000E419D"/>
        </w:tc>
        <w:tc>
          <w:tcPr>
            <w:tcW w:w="1849" w:type="dxa"/>
          </w:tcPr>
          <w:p w14:paraId="53EEDBE7" w14:textId="77777777" w:rsidR="000E419D" w:rsidRDefault="000E419D"/>
        </w:tc>
      </w:tr>
      <w:tr w:rsidR="000E419D" w14:paraId="3E9DA9C0" w14:textId="77777777" w:rsidTr="00EB3809">
        <w:trPr>
          <w:jc w:val="center"/>
        </w:trPr>
        <w:tc>
          <w:tcPr>
            <w:tcW w:w="675" w:type="dxa"/>
          </w:tcPr>
          <w:p w14:paraId="2C141D96" w14:textId="77777777" w:rsidR="000E419D" w:rsidRDefault="000E419D"/>
        </w:tc>
        <w:tc>
          <w:tcPr>
            <w:tcW w:w="3027" w:type="dxa"/>
          </w:tcPr>
          <w:p w14:paraId="1ABFD9D0" w14:textId="77777777" w:rsidR="000E419D" w:rsidRDefault="000E419D"/>
        </w:tc>
        <w:tc>
          <w:tcPr>
            <w:tcW w:w="1862" w:type="dxa"/>
          </w:tcPr>
          <w:p w14:paraId="4D13BDA1" w14:textId="77777777" w:rsidR="000E419D" w:rsidRDefault="000E419D"/>
        </w:tc>
        <w:tc>
          <w:tcPr>
            <w:tcW w:w="1874" w:type="dxa"/>
          </w:tcPr>
          <w:p w14:paraId="095EA4C1" w14:textId="77777777" w:rsidR="000E419D" w:rsidRDefault="000E419D"/>
        </w:tc>
        <w:tc>
          <w:tcPr>
            <w:tcW w:w="1849" w:type="dxa"/>
          </w:tcPr>
          <w:p w14:paraId="0EE33CBC" w14:textId="77777777" w:rsidR="000E419D" w:rsidRDefault="000E419D"/>
        </w:tc>
      </w:tr>
      <w:tr w:rsidR="000E419D" w14:paraId="6F776A69" w14:textId="77777777" w:rsidTr="00EB3809">
        <w:trPr>
          <w:jc w:val="center"/>
        </w:trPr>
        <w:tc>
          <w:tcPr>
            <w:tcW w:w="675" w:type="dxa"/>
          </w:tcPr>
          <w:p w14:paraId="41860018" w14:textId="77777777" w:rsidR="000E419D" w:rsidRDefault="000E419D"/>
        </w:tc>
        <w:tc>
          <w:tcPr>
            <w:tcW w:w="3027" w:type="dxa"/>
          </w:tcPr>
          <w:p w14:paraId="4CBE6E49" w14:textId="77777777" w:rsidR="000E419D" w:rsidRDefault="000E419D"/>
        </w:tc>
        <w:tc>
          <w:tcPr>
            <w:tcW w:w="1862" w:type="dxa"/>
          </w:tcPr>
          <w:p w14:paraId="4099D0FE" w14:textId="77777777" w:rsidR="000E419D" w:rsidRDefault="000E419D"/>
        </w:tc>
        <w:tc>
          <w:tcPr>
            <w:tcW w:w="1874" w:type="dxa"/>
          </w:tcPr>
          <w:p w14:paraId="67F37E62" w14:textId="77777777" w:rsidR="000E419D" w:rsidRDefault="000E419D"/>
        </w:tc>
        <w:tc>
          <w:tcPr>
            <w:tcW w:w="1849" w:type="dxa"/>
          </w:tcPr>
          <w:p w14:paraId="034454D7" w14:textId="77777777" w:rsidR="000E419D" w:rsidRDefault="000E419D"/>
        </w:tc>
      </w:tr>
      <w:tr w:rsidR="000E419D" w14:paraId="70664D33" w14:textId="77777777" w:rsidTr="00EB3809">
        <w:trPr>
          <w:jc w:val="center"/>
        </w:trPr>
        <w:tc>
          <w:tcPr>
            <w:tcW w:w="675" w:type="dxa"/>
          </w:tcPr>
          <w:p w14:paraId="533A21BA" w14:textId="77777777" w:rsidR="000E419D" w:rsidRDefault="000E419D"/>
        </w:tc>
        <w:tc>
          <w:tcPr>
            <w:tcW w:w="3027" w:type="dxa"/>
          </w:tcPr>
          <w:p w14:paraId="782CB668" w14:textId="77777777" w:rsidR="000E419D" w:rsidRDefault="000E419D"/>
        </w:tc>
        <w:tc>
          <w:tcPr>
            <w:tcW w:w="1862" w:type="dxa"/>
          </w:tcPr>
          <w:p w14:paraId="665EABD0" w14:textId="77777777" w:rsidR="000E419D" w:rsidRDefault="000E419D"/>
        </w:tc>
        <w:tc>
          <w:tcPr>
            <w:tcW w:w="1874" w:type="dxa"/>
          </w:tcPr>
          <w:p w14:paraId="58F24A77" w14:textId="77777777" w:rsidR="000E419D" w:rsidRDefault="000E419D"/>
        </w:tc>
        <w:tc>
          <w:tcPr>
            <w:tcW w:w="1849" w:type="dxa"/>
          </w:tcPr>
          <w:p w14:paraId="621F9364" w14:textId="77777777" w:rsidR="000E419D" w:rsidRDefault="000E419D"/>
        </w:tc>
      </w:tr>
    </w:tbl>
    <w:p w14:paraId="1FAC909F" w14:textId="77777777" w:rsidR="000E419D" w:rsidRDefault="000E419D"/>
    <w:p w14:paraId="3A34D73D" w14:textId="77777777" w:rsidR="000E419D" w:rsidRDefault="00B610D8">
      <w:r>
        <w:rPr>
          <w:b/>
        </w:rPr>
        <w:t>H. REFLEKSI DAN PENGALAMAN SELAMA KKN</w:t>
      </w:r>
    </w:p>
    <w:p w14:paraId="183210D6" w14:textId="77777777" w:rsidR="000E419D" w:rsidRDefault="00B610D8">
      <w:r>
        <w:rPr>
          <w:b/>
        </w:rPr>
        <w:t>Pengalaman yang diperoleh:</w:t>
      </w:r>
    </w:p>
    <w:p w14:paraId="53BC94C4" w14:textId="77777777" w:rsidR="000E419D" w:rsidRDefault="00B610D8">
      <w:r>
        <w:t>................................................................................................................</w:t>
      </w:r>
      <w:r>
        <w:br/>
        <w:t>................................................................................................................</w:t>
      </w:r>
    </w:p>
    <w:p w14:paraId="04A417CC" w14:textId="77777777" w:rsidR="000E419D" w:rsidRDefault="00B610D8">
      <w:r>
        <w:rPr>
          <w:b/>
        </w:rPr>
        <w:t xml:space="preserve">Pengetahuan/keterampilan yang </w:t>
      </w:r>
      <w:r>
        <w:rPr>
          <w:b/>
        </w:rPr>
        <w:t>berkembang:</w:t>
      </w:r>
    </w:p>
    <w:p w14:paraId="26319280" w14:textId="77777777" w:rsidR="000E419D" w:rsidRDefault="00B610D8">
      <w:r>
        <w:t>................................................................................................................</w:t>
      </w:r>
      <w:r>
        <w:br/>
        <w:t>................................................................................................................</w:t>
      </w:r>
    </w:p>
    <w:p w14:paraId="56CE047A" w14:textId="77777777" w:rsidR="000E419D" w:rsidRDefault="00B610D8">
      <w:r>
        <w:rPr>
          <w:b/>
        </w:rPr>
        <w:lastRenderedPageBreak/>
        <w:t>Nilai/sikap yang d</w:t>
      </w:r>
      <w:r>
        <w:rPr>
          <w:b/>
        </w:rPr>
        <w:t>iperoleh:</w:t>
      </w:r>
    </w:p>
    <w:p w14:paraId="388E9D34" w14:textId="77777777" w:rsidR="000E419D" w:rsidRDefault="00B610D8">
      <w:r>
        <w:t>................................................................................................................</w:t>
      </w:r>
      <w:r>
        <w:br/>
        <w:t>................................................................................................................</w:t>
      </w:r>
    </w:p>
    <w:p w14:paraId="5231A869" w14:textId="77777777" w:rsidR="000E419D" w:rsidRDefault="00B610D8">
      <w:r>
        <w:rPr>
          <w:b/>
        </w:rPr>
        <w:t>I. KESIMPULAN DAN SA</w:t>
      </w:r>
      <w:r>
        <w:rPr>
          <w:b/>
        </w:rPr>
        <w:t>RAN</w:t>
      </w:r>
    </w:p>
    <w:p w14:paraId="561699C9" w14:textId="77777777" w:rsidR="000E419D" w:rsidRDefault="00B610D8">
      <w:r>
        <w:t>Kesimpulan:</w:t>
      </w:r>
      <w:r>
        <w:br/>
        <w:t>................................................................................................................</w:t>
      </w:r>
      <w:r>
        <w:br/>
        <w:t>................................................................................................</w:t>
      </w:r>
    </w:p>
    <w:p w14:paraId="3C16A576" w14:textId="77777777" w:rsidR="000E419D" w:rsidRDefault="00B610D8">
      <w:r>
        <w:t>Saran:</w:t>
      </w:r>
      <w:r>
        <w:br/>
        <w:t>.......................</w:t>
      </w:r>
      <w:r>
        <w:t>.........................................................................................</w:t>
      </w:r>
      <w:r>
        <w:br/>
        <w:t>................................................................................................</w:t>
      </w:r>
    </w:p>
    <w:p w14:paraId="4BD679DB" w14:textId="77777777" w:rsidR="000E419D" w:rsidRDefault="00B610D8">
      <w:r>
        <w:rPr>
          <w:b/>
        </w:rPr>
        <w:t>J. LAMPIRAN</w:t>
      </w:r>
    </w:p>
    <w:p w14:paraId="7E0DA62A" w14:textId="77777777" w:rsidR="000E419D" w:rsidRDefault="00B610D8" w:rsidP="00EB3809">
      <w:pPr>
        <w:spacing w:after="0"/>
      </w:pPr>
      <w:r>
        <w:t>1. Dokumentasi kegiatan individu</w:t>
      </w:r>
    </w:p>
    <w:p w14:paraId="6CAC90C4" w14:textId="77777777" w:rsidR="000E419D" w:rsidRDefault="00B610D8" w:rsidP="00EB3809">
      <w:pPr>
        <w:spacing w:after="0"/>
      </w:pPr>
      <w:r>
        <w:t>2. Daftar hadir/jurnal k</w:t>
      </w:r>
      <w:r>
        <w:t>egiatan yang relevan</w:t>
      </w:r>
    </w:p>
    <w:p w14:paraId="333AA49E" w14:textId="77777777" w:rsidR="000E419D" w:rsidRDefault="00B610D8" w:rsidP="00EB3809">
      <w:pPr>
        <w:spacing w:after="0"/>
      </w:pPr>
      <w:r>
        <w:t>3. Produk atau hasil kegiatan (jika ada)</w:t>
      </w:r>
    </w:p>
    <w:p w14:paraId="57C141DD" w14:textId="459C7A6B" w:rsidR="00B610D8" w:rsidRDefault="00B610D8" w:rsidP="00EB3809">
      <w:pPr>
        <w:spacing w:after="0"/>
      </w:pPr>
      <w:r>
        <w:t xml:space="preserve">4. </w:t>
      </w:r>
      <w:proofErr w:type="spellStart"/>
      <w:r>
        <w:t>Dokumen</w:t>
      </w:r>
      <w:r w:rsidR="00EB3809">
        <w:t>tasi</w:t>
      </w:r>
      <w:proofErr w:type="spellEnd"/>
      <w:r w:rsidR="00EB3809">
        <w:t xml:space="preserve"> </w:t>
      </w:r>
      <w:proofErr w:type="spellStart"/>
      <w:r w:rsidR="00EB3809">
        <w:t>kegiatan</w:t>
      </w:r>
      <w:proofErr w:type="spellEnd"/>
    </w:p>
    <w:sectPr w:rsidR="00B610D8" w:rsidSect="00EB3809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8E5412D"/>
    <w:multiLevelType w:val="multilevel"/>
    <w:tmpl w:val="C51E9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419D"/>
    <w:rsid w:val="0015074B"/>
    <w:rsid w:val="0029639D"/>
    <w:rsid w:val="00326F90"/>
    <w:rsid w:val="00AA1D8D"/>
    <w:rsid w:val="00B47730"/>
    <w:rsid w:val="00B610D8"/>
    <w:rsid w:val="00CB0664"/>
    <w:rsid w:val="00EB380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16F53E"/>
  <w14:defaultImageDpi w14:val="300"/>
  <w15:docId w15:val="{2C2FCA76-B2EB-4B5D-BBB1-0348566B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2</cp:revision>
  <dcterms:created xsi:type="dcterms:W3CDTF">2013-12-23T23:15:00Z</dcterms:created>
  <dcterms:modified xsi:type="dcterms:W3CDTF">2026-09-08T05:45:00Z</dcterms:modified>
  <cp:category/>
</cp:coreProperties>
</file>