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D2569" w14:textId="5BA1B9BE" w:rsidR="00B16FD1" w:rsidRDefault="00F10CE8">
      <w:pPr>
        <w:jc w:val="center"/>
      </w:pPr>
      <w:r>
        <w:rPr>
          <w:b/>
          <w:noProof/>
          <w:sz w:val="28"/>
        </w:rPr>
        <w:drawing>
          <wp:anchor distT="0" distB="0" distL="114300" distR="114300" simplePos="0" relativeHeight="251658240" behindDoc="0" locked="0" layoutInCell="1" allowOverlap="1" wp14:anchorId="665F9D84" wp14:editId="7A6DB331">
            <wp:simplePos x="0" y="0"/>
            <wp:positionH relativeFrom="column">
              <wp:posOffset>41910</wp:posOffset>
            </wp:positionH>
            <wp:positionV relativeFrom="paragraph">
              <wp:posOffset>-120650</wp:posOffset>
            </wp:positionV>
            <wp:extent cx="990738" cy="95263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90738" cy="952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533">
        <w:rPr>
          <w:b/>
          <w:sz w:val="28"/>
        </w:rPr>
        <w:t>STAI PADUKA ANAMBAS</w:t>
      </w:r>
    </w:p>
    <w:p w14:paraId="1970E797" w14:textId="77777777" w:rsidR="00B16FD1" w:rsidRDefault="003C2533">
      <w:pPr>
        <w:jc w:val="center"/>
      </w:pPr>
      <w:r>
        <w:rPr>
          <w:b/>
          <w:sz w:val="26"/>
        </w:rPr>
        <w:t>BIODATA MAHASISWA KULIAH KERJA NYATA (KKN)</w:t>
      </w:r>
    </w:p>
    <w:p w14:paraId="1B715969" w14:textId="77777777" w:rsidR="00B16FD1" w:rsidRDefault="003C2533">
      <w:pPr>
        <w:jc w:val="center"/>
      </w:pPr>
      <w:r>
        <w:t>TAHUN AKADEMIK __________ / __________</w:t>
      </w:r>
    </w:p>
    <w:p w14:paraId="667FC48B" w14:textId="77777777" w:rsidR="00B16FD1" w:rsidRDefault="003C2533">
      <w:pPr>
        <w:spacing w:before="160" w:after="80"/>
      </w:pPr>
      <w:r>
        <w:rPr>
          <w:b/>
          <w:sz w:val="22"/>
        </w:rPr>
        <w:t>A. IDENTITAS MAHASISWA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3"/>
        <w:gridCol w:w="2551"/>
        <w:gridCol w:w="6350"/>
      </w:tblGrid>
      <w:tr w:rsidR="00B16FD1" w14:paraId="7B7EF622" w14:textId="77777777">
        <w:trPr>
          <w:jc w:val="center"/>
        </w:trPr>
        <w:tc>
          <w:tcPr>
            <w:tcW w:w="453" w:type="dxa"/>
            <w:vAlign w:val="center"/>
          </w:tcPr>
          <w:p w14:paraId="4EA3F990" w14:textId="77777777" w:rsidR="00B16FD1" w:rsidRDefault="003C2533">
            <w:r>
              <w:t>1</w:t>
            </w:r>
          </w:p>
        </w:tc>
        <w:tc>
          <w:tcPr>
            <w:tcW w:w="2551" w:type="dxa"/>
            <w:vAlign w:val="center"/>
          </w:tcPr>
          <w:p w14:paraId="03A9E6D4" w14:textId="77777777" w:rsidR="00B16FD1" w:rsidRDefault="003C2533">
            <w:r>
              <w:rPr>
                <w:b/>
              </w:rPr>
              <w:t>Nama Lengkap</w:t>
            </w:r>
          </w:p>
        </w:tc>
        <w:tc>
          <w:tcPr>
            <w:tcW w:w="6350" w:type="dxa"/>
            <w:vAlign w:val="center"/>
          </w:tcPr>
          <w:p w14:paraId="2808FA81" w14:textId="77777777" w:rsidR="00B16FD1" w:rsidRDefault="00B16FD1"/>
        </w:tc>
      </w:tr>
      <w:tr w:rsidR="00B16FD1" w14:paraId="247C1884" w14:textId="77777777">
        <w:trPr>
          <w:jc w:val="center"/>
        </w:trPr>
        <w:tc>
          <w:tcPr>
            <w:tcW w:w="453" w:type="dxa"/>
            <w:vAlign w:val="center"/>
          </w:tcPr>
          <w:p w14:paraId="50B57D4C" w14:textId="77777777" w:rsidR="00B16FD1" w:rsidRDefault="003C2533">
            <w:r>
              <w:t>2</w:t>
            </w:r>
          </w:p>
        </w:tc>
        <w:tc>
          <w:tcPr>
            <w:tcW w:w="2551" w:type="dxa"/>
            <w:vAlign w:val="center"/>
          </w:tcPr>
          <w:p w14:paraId="5D94ABB1" w14:textId="77777777" w:rsidR="00B16FD1" w:rsidRDefault="003C2533">
            <w:r>
              <w:rPr>
                <w:b/>
              </w:rPr>
              <w:t>NIM</w:t>
            </w:r>
          </w:p>
        </w:tc>
        <w:tc>
          <w:tcPr>
            <w:tcW w:w="6350" w:type="dxa"/>
            <w:vAlign w:val="center"/>
          </w:tcPr>
          <w:p w14:paraId="2B8B9266" w14:textId="77777777" w:rsidR="00B16FD1" w:rsidRDefault="00B16FD1"/>
        </w:tc>
      </w:tr>
      <w:tr w:rsidR="00B16FD1" w14:paraId="5C004449" w14:textId="77777777">
        <w:trPr>
          <w:jc w:val="center"/>
        </w:trPr>
        <w:tc>
          <w:tcPr>
            <w:tcW w:w="453" w:type="dxa"/>
            <w:vAlign w:val="center"/>
          </w:tcPr>
          <w:p w14:paraId="47C5420A" w14:textId="77777777" w:rsidR="00B16FD1" w:rsidRDefault="003C2533">
            <w:r>
              <w:t>3</w:t>
            </w:r>
          </w:p>
        </w:tc>
        <w:tc>
          <w:tcPr>
            <w:tcW w:w="2551" w:type="dxa"/>
            <w:vAlign w:val="center"/>
          </w:tcPr>
          <w:p w14:paraId="75835B69" w14:textId="77777777" w:rsidR="00B16FD1" w:rsidRDefault="003C2533">
            <w:r>
              <w:rPr>
                <w:b/>
              </w:rPr>
              <w:t>NIK</w:t>
            </w:r>
          </w:p>
        </w:tc>
        <w:tc>
          <w:tcPr>
            <w:tcW w:w="6350" w:type="dxa"/>
            <w:vAlign w:val="center"/>
          </w:tcPr>
          <w:p w14:paraId="4B56CCEC" w14:textId="77777777" w:rsidR="00B16FD1" w:rsidRDefault="00B16FD1"/>
        </w:tc>
      </w:tr>
      <w:tr w:rsidR="00B16FD1" w14:paraId="19ED0F70" w14:textId="77777777">
        <w:trPr>
          <w:jc w:val="center"/>
        </w:trPr>
        <w:tc>
          <w:tcPr>
            <w:tcW w:w="453" w:type="dxa"/>
            <w:vAlign w:val="center"/>
          </w:tcPr>
          <w:p w14:paraId="11489A76" w14:textId="77777777" w:rsidR="00B16FD1" w:rsidRDefault="003C2533">
            <w:r>
              <w:t>4</w:t>
            </w:r>
          </w:p>
        </w:tc>
        <w:tc>
          <w:tcPr>
            <w:tcW w:w="2551" w:type="dxa"/>
            <w:vAlign w:val="center"/>
          </w:tcPr>
          <w:p w14:paraId="295A5099" w14:textId="77777777" w:rsidR="00B16FD1" w:rsidRDefault="003C2533">
            <w:r>
              <w:rPr>
                <w:b/>
              </w:rPr>
              <w:t>Tempat, Tanggal Lahir</w:t>
            </w:r>
          </w:p>
        </w:tc>
        <w:tc>
          <w:tcPr>
            <w:tcW w:w="6350" w:type="dxa"/>
            <w:vAlign w:val="center"/>
          </w:tcPr>
          <w:p w14:paraId="08D2CC1C" w14:textId="77777777" w:rsidR="00B16FD1" w:rsidRDefault="00B16FD1"/>
        </w:tc>
      </w:tr>
      <w:tr w:rsidR="00B16FD1" w14:paraId="01D73D1F" w14:textId="77777777">
        <w:trPr>
          <w:jc w:val="center"/>
        </w:trPr>
        <w:tc>
          <w:tcPr>
            <w:tcW w:w="453" w:type="dxa"/>
            <w:vAlign w:val="center"/>
          </w:tcPr>
          <w:p w14:paraId="3675F72E" w14:textId="77777777" w:rsidR="00B16FD1" w:rsidRDefault="003C2533">
            <w:r>
              <w:t>5</w:t>
            </w:r>
          </w:p>
        </w:tc>
        <w:tc>
          <w:tcPr>
            <w:tcW w:w="2551" w:type="dxa"/>
            <w:vAlign w:val="center"/>
          </w:tcPr>
          <w:p w14:paraId="66988217" w14:textId="77777777" w:rsidR="00B16FD1" w:rsidRDefault="003C2533">
            <w:r>
              <w:rPr>
                <w:b/>
              </w:rPr>
              <w:t>Jenis Kelamin</w:t>
            </w:r>
          </w:p>
        </w:tc>
        <w:tc>
          <w:tcPr>
            <w:tcW w:w="6350" w:type="dxa"/>
            <w:vAlign w:val="center"/>
          </w:tcPr>
          <w:p w14:paraId="03C39928" w14:textId="77777777" w:rsidR="00B16FD1" w:rsidRDefault="003C2533">
            <w:r>
              <w:t>☐ Laki-laki    ☐ Perempuan</w:t>
            </w:r>
          </w:p>
        </w:tc>
      </w:tr>
      <w:tr w:rsidR="00B16FD1" w14:paraId="686A80EB" w14:textId="77777777">
        <w:trPr>
          <w:jc w:val="center"/>
        </w:trPr>
        <w:tc>
          <w:tcPr>
            <w:tcW w:w="453" w:type="dxa"/>
            <w:vAlign w:val="center"/>
          </w:tcPr>
          <w:p w14:paraId="39507A78" w14:textId="77777777" w:rsidR="00B16FD1" w:rsidRDefault="003C2533">
            <w:r>
              <w:t>6</w:t>
            </w:r>
          </w:p>
        </w:tc>
        <w:tc>
          <w:tcPr>
            <w:tcW w:w="2551" w:type="dxa"/>
            <w:vAlign w:val="center"/>
          </w:tcPr>
          <w:p w14:paraId="5F772DE1" w14:textId="77777777" w:rsidR="00B16FD1" w:rsidRDefault="003C2533">
            <w:r>
              <w:rPr>
                <w:b/>
              </w:rPr>
              <w:t>Program Studi</w:t>
            </w:r>
          </w:p>
        </w:tc>
        <w:tc>
          <w:tcPr>
            <w:tcW w:w="6350" w:type="dxa"/>
            <w:vAlign w:val="center"/>
          </w:tcPr>
          <w:p w14:paraId="7A27EAE0" w14:textId="77777777" w:rsidR="00B16FD1" w:rsidRDefault="003C2533">
            <w:r>
              <w:t>☐ PAI    ☐ Ekonomi Syariah    ☐ Lainnya: __________</w:t>
            </w:r>
          </w:p>
        </w:tc>
      </w:tr>
      <w:tr w:rsidR="00B16FD1" w14:paraId="715E7C0D" w14:textId="77777777">
        <w:trPr>
          <w:jc w:val="center"/>
        </w:trPr>
        <w:tc>
          <w:tcPr>
            <w:tcW w:w="453" w:type="dxa"/>
            <w:vAlign w:val="center"/>
          </w:tcPr>
          <w:p w14:paraId="58E0A6CA" w14:textId="77777777" w:rsidR="00B16FD1" w:rsidRDefault="003C2533">
            <w:r>
              <w:t>7</w:t>
            </w:r>
          </w:p>
        </w:tc>
        <w:tc>
          <w:tcPr>
            <w:tcW w:w="2551" w:type="dxa"/>
            <w:vAlign w:val="center"/>
          </w:tcPr>
          <w:p w14:paraId="3D6B710B" w14:textId="77777777" w:rsidR="00B16FD1" w:rsidRDefault="003C2533">
            <w:r>
              <w:rPr>
                <w:b/>
              </w:rPr>
              <w:t>Semester</w:t>
            </w:r>
          </w:p>
        </w:tc>
        <w:tc>
          <w:tcPr>
            <w:tcW w:w="6350" w:type="dxa"/>
            <w:vAlign w:val="center"/>
          </w:tcPr>
          <w:p w14:paraId="5DDC8EC8" w14:textId="77777777" w:rsidR="00B16FD1" w:rsidRDefault="00B16FD1"/>
        </w:tc>
      </w:tr>
      <w:tr w:rsidR="00B16FD1" w14:paraId="1214B4BC" w14:textId="77777777">
        <w:trPr>
          <w:jc w:val="center"/>
        </w:trPr>
        <w:tc>
          <w:tcPr>
            <w:tcW w:w="453" w:type="dxa"/>
            <w:vAlign w:val="center"/>
          </w:tcPr>
          <w:p w14:paraId="50C9E00E" w14:textId="77777777" w:rsidR="00B16FD1" w:rsidRDefault="003C2533">
            <w:r>
              <w:t>8</w:t>
            </w:r>
          </w:p>
        </w:tc>
        <w:tc>
          <w:tcPr>
            <w:tcW w:w="2551" w:type="dxa"/>
            <w:vAlign w:val="center"/>
          </w:tcPr>
          <w:p w14:paraId="6BA55120" w14:textId="77777777" w:rsidR="00B16FD1" w:rsidRDefault="003C2533">
            <w:r>
              <w:rPr>
                <w:b/>
              </w:rPr>
              <w:t>No. HP/WhatsApp</w:t>
            </w:r>
          </w:p>
        </w:tc>
        <w:tc>
          <w:tcPr>
            <w:tcW w:w="6350" w:type="dxa"/>
            <w:vAlign w:val="center"/>
          </w:tcPr>
          <w:p w14:paraId="402622E0" w14:textId="77777777" w:rsidR="00B16FD1" w:rsidRDefault="00B16FD1"/>
        </w:tc>
      </w:tr>
      <w:tr w:rsidR="00B16FD1" w14:paraId="76C95C6B" w14:textId="77777777">
        <w:trPr>
          <w:jc w:val="center"/>
        </w:trPr>
        <w:tc>
          <w:tcPr>
            <w:tcW w:w="453" w:type="dxa"/>
            <w:vAlign w:val="center"/>
          </w:tcPr>
          <w:p w14:paraId="3F663D1B" w14:textId="77777777" w:rsidR="00B16FD1" w:rsidRDefault="003C2533">
            <w:r>
              <w:t>9</w:t>
            </w:r>
          </w:p>
        </w:tc>
        <w:tc>
          <w:tcPr>
            <w:tcW w:w="2551" w:type="dxa"/>
            <w:vAlign w:val="center"/>
          </w:tcPr>
          <w:p w14:paraId="5043001C" w14:textId="77777777" w:rsidR="00B16FD1" w:rsidRDefault="003C2533">
            <w:r>
              <w:rPr>
                <w:b/>
              </w:rPr>
              <w:t>Email</w:t>
            </w:r>
          </w:p>
        </w:tc>
        <w:tc>
          <w:tcPr>
            <w:tcW w:w="6350" w:type="dxa"/>
            <w:vAlign w:val="center"/>
          </w:tcPr>
          <w:p w14:paraId="35682111" w14:textId="77777777" w:rsidR="00B16FD1" w:rsidRDefault="00B16FD1"/>
        </w:tc>
      </w:tr>
    </w:tbl>
    <w:p w14:paraId="25EB6D82" w14:textId="77777777" w:rsidR="00B16FD1" w:rsidRDefault="003C2533">
      <w:pPr>
        <w:spacing w:before="160" w:after="80"/>
      </w:pPr>
      <w:r>
        <w:rPr>
          <w:b/>
          <w:sz w:val="22"/>
        </w:rPr>
        <w:t>B. ALAMAT DAN DATA KELUARGA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05"/>
        <w:gridCol w:w="6350"/>
      </w:tblGrid>
      <w:tr w:rsidR="00B16FD1" w14:paraId="79578C45" w14:textId="77777777">
        <w:trPr>
          <w:jc w:val="center"/>
        </w:trPr>
        <w:tc>
          <w:tcPr>
            <w:tcW w:w="3005" w:type="dxa"/>
            <w:vAlign w:val="center"/>
          </w:tcPr>
          <w:p w14:paraId="53D4D8C9" w14:textId="77777777" w:rsidR="00B16FD1" w:rsidRDefault="003C2533">
            <w:r>
              <w:rPr>
                <w:b/>
              </w:rPr>
              <w:t>Alamat Asal</w:t>
            </w:r>
          </w:p>
        </w:tc>
        <w:tc>
          <w:tcPr>
            <w:tcW w:w="6350" w:type="dxa"/>
            <w:vAlign w:val="center"/>
          </w:tcPr>
          <w:p w14:paraId="278D7894" w14:textId="77777777" w:rsidR="00B16FD1" w:rsidRDefault="00B16FD1"/>
        </w:tc>
      </w:tr>
      <w:tr w:rsidR="00B16FD1" w14:paraId="276C9D51" w14:textId="77777777">
        <w:trPr>
          <w:jc w:val="center"/>
        </w:trPr>
        <w:tc>
          <w:tcPr>
            <w:tcW w:w="3005" w:type="dxa"/>
            <w:vAlign w:val="center"/>
          </w:tcPr>
          <w:p w14:paraId="2EAD3059" w14:textId="77777777" w:rsidR="00B16FD1" w:rsidRDefault="003C2533">
            <w:r>
              <w:rPr>
                <w:b/>
              </w:rPr>
              <w:t>Desa/Kelurahan</w:t>
            </w:r>
          </w:p>
        </w:tc>
        <w:tc>
          <w:tcPr>
            <w:tcW w:w="6350" w:type="dxa"/>
            <w:vAlign w:val="center"/>
          </w:tcPr>
          <w:p w14:paraId="452494C8" w14:textId="77777777" w:rsidR="00B16FD1" w:rsidRDefault="00B16FD1"/>
        </w:tc>
      </w:tr>
      <w:tr w:rsidR="00B16FD1" w14:paraId="1BACE689" w14:textId="77777777">
        <w:trPr>
          <w:jc w:val="center"/>
        </w:trPr>
        <w:tc>
          <w:tcPr>
            <w:tcW w:w="3005" w:type="dxa"/>
            <w:vAlign w:val="center"/>
          </w:tcPr>
          <w:p w14:paraId="0CDBEC0B" w14:textId="77777777" w:rsidR="00B16FD1" w:rsidRDefault="003C2533">
            <w:r>
              <w:rPr>
                <w:b/>
              </w:rPr>
              <w:t>Kecamatan</w:t>
            </w:r>
          </w:p>
        </w:tc>
        <w:tc>
          <w:tcPr>
            <w:tcW w:w="6350" w:type="dxa"/>
            <w:vAlign w:val="center"/>
          </w:tcPr>
          <w:p w14:paraId="6BFB1DA3" w14:textId="77777777" w:rsidR="00B16FD1" w:rsidRDefault="00B16FD1"/>
        </w:tc>
      </w:tr>
      <w:tr w:rsidR="00B16FD1" w14:paraId="5256A298" w14:textId="77777777">
        <w:trPr>
          <w:jc w:val="center"/>
        </w:trPr>
        <w:tc>
          <w:tcPr>
            <w:tcW w:w="3005" w:type="dxa"/>
            <w:vAlign w:val="center"/>
          </w:tcPr>
          <w:p w14:paraId="5314D409" w14:textId="77777777" w:rsidR="00B16FD1" w:rsidRDefault="003C2533">
            <w:r>
              <w:rPr>
                <w:b/>
              </w:rPr>
              <w:t>Kabupaten/Kota</w:t>
            </w:r>
          </w:p>
        </w:tc>
        <w:tc>
          <w:tcPr>
            <w:tcW w:w="6350" w:type="dxa"/>
            <w:vAlign w:val="center"/>
          </w:tcPr>
          <w:p w14:paraId="611734EF" w14:textId="77777777" w:rsidR="00B16FD1" w:rsidRDefault="00B16FD1"/>
        </w:tc>
      </w:tr>
      <w:tr w:rsidR="00B16FD1" w14:paraId="0CBC2ADC" w14:textId="77777777">
        <w:trPr>
          <w:jc w:val="center"/>
        </w:trPr>
        <w:tc>
          <w:tcPr>
            <w:tcW w:w="3005" w:type="dxa"/>
            <w:vAlign w:val="center"/>
          </w:tcPr>
          <w:p w14:paraId="60A87F07" w14:textId="77777777" w:rsidR="00B16FD1" w:rsidRDefault="003C2533">
            <w:r>
              <w:rPr>
                <w:b/>
              </w:rPr>
              <w:t>Provinsi</w:t>
            </w:r>
          </w:p>
        </w:tc>
        <w:tc>
          <w:tcPr>
            <w:tcW w:w="6350" w:type="dxa"/>
            <w:vAlign w:val="center"/>
          </w:tcPr>
          <w:p w14:paraId="3B1E1944" w14:textId="77777777" w:rsidR="00B16FD1" w:rsidRDefault="00B16FD1"/>
        </w:tc>
      </w:tr>
      <w:tr w:rsidR="00B16FD1" w14:paraId="0412BFF0" w14:textId="77777777">
        <w:trPr>
          <w:jc w:val="center"/>
        </w:trPr>
        <w:tc>
          <w:tcPr>
            <w:tcW w:w="3005" w:type="dxa"/>
            <w:vAlign w:val="center"/>
          </w:tcPr>
          <w:p w14:paraId="29C4F5A4" w14:textId="77777777" w:rsidR="00B16FD1" w:rsidRDefault="003C2533">
            <w:r>
              <w:rPr>
                <w:b/>
              </w:rPr>
              <w:t>Nama Orang Tua/Wali</w:t>
            </w:r>
          </w:p>
        </w:tc>
        <w:tc>
          <w:tcPr>
            <w:tcW w:w="6350" w:type="dxa"/>
            <w:vAlign w:val="center"/>
          </w:tcPr>
          <w:p w14:paraId="04106581" w14:textId="77777777" w:rsidR="00B16FD1" w:rsidRDefault="00B16FD1"/>
        </w:tc>
      </w:tr>
      <w:tr w:rsidR="00B16FD1" w14:paraId="04476426" w14:textId="77777777">
        <w:trPr>
          <w:jc w:val="center"/>
        </w:trPr>
        <w:tc>
          <w:tcPr>
            <w:tcW w:w="3005" w:type="dxa"/>
            <w:vAlign w:val="center"/>
          </w:tcPr>
          <w:p w14:paraId="5E5A04E5" w14:textId="77777777" w:rsidR="00B16FD1" w:rsidRDefault="003C2533">
            <w:r>
              <w:rPr>
                <w:b/>
              </w:rPr>
              <w:t>No. HP Orang Tua/Wali</w:t>
            </w:r>
          </w:p>
        </w:tc>
        <w:tc>
          <w:tcPr>
            <w:tcW w:w="6350" w:type="dxa"/>
            <w:vAlign w:val="center"/>
          </w:tcPr>
          <w:p w14:paraId="3E7AB390" w14:textId="77777777" w:rsidR="00B16FD1" w:rsidRDefault="00B16FD1"/>
        </w:tc>
      </w:tr>
    </w:tbl>
    <w:p w14:paraId="41D9A832" w14:textId="77777777" w:rsidR="00B16FD1" w:rsidRDefault="003C2533">
      <w:pPr>
        <w:spacing w:before="160" w:after="80"/>
      </w:pPr>
      <w:r>
        <w:rPr>
          <w:b/>
          <w:sz w:val="22"/>
        </w:rPr>
        <w:t>C. DATA PENEMPATAN KKN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05"/>
        <w:gridCol w:w="6350"/>
      </w:tblGrid>
      <w:tr w:rsidR="00B16FD1" w14:paraId="5E8EABC6" w14:textId="77777777">
        <w:trPr>
          <w:jc w:val="center"/>
        </w:trPr>
        <w:tc>
          <w:tcPr>
            <w:tcW w:w="3005" w:type="dxa"/>
            <w:vAlign w:val="center"/>
          </w:tcPr>
          <w:p w14:paraId="56166E50" w14:textId="77777777" w:rsidR="00B16FD1" w:rsidRDefault="003C2533">
            <w:r>
              <w:rPr>
                <w:b/>
              </w:rPr>
              <w:t>Kelompok KKN</w:t>
            </w:r>
          </w:p>
        </w:tc>
        <w:tc>
          <w:tcPr>
            <w:tcW w:w="6350" w:type="dxa"/>
            <w:vAlign w:val="center"/>
          </w:tcPr>
          <w:p w14:paraId="3592DF56" w14:textId="77777777" w:rsidR="00B16FD1" w:rsidRDefault="00B16FD1"/>
        </w:tc>
      </w:tr>
      <w:tr w:rsidR="00B16FD1" w14:paraId="048D7D11" w14:textId="77777777">
        <w:trPr>
          <w:jc w:val="center"/>
        </w:trPr>
        <w:tc>
          <w:tcPr>
            <w:tcW w:w="3005" w:type="dxa"/>
            <w:vAlign w:val="center"/>
          </w:tcPr>
          <w:p w14:paraId="2260BA5A" w14:textId="77777777" w:rsidR="00B16FD1" w:rsidRDefault="003C2533">
            <w:r>
              <w:rPr>
                <w:b/>
              </w:rPr>
              <w:t>Lokasi KKN</w:t>
            </w:r>
          </w:p>
        </w:tc>
        <w:tc>
          <w:tcPr>
            <w:tcW w:w="6350" w:type="dxa"/>
            <w:vAlign w:val="center"/>
          </w:tcPr>
          <w:p w14:paraId="73D9C5FD" w14:textId="77777777" w:rsidR="00B16FD1" w:rsidRDefault="00B16FD1"/>
        </w:tc>
      </w:tr>
      <w:tr w:rsidR="00B16FD1" w14:paraId="0E0CDA55" w14:textId="77777777">
        <w:trPr>
          <w:jc w:val="center"/>
        </w:trPr>
        <w:tc>
          <w:tcPr>
            <w:tcW w:w="3005" w:type="dxa"/>
            <w:vAlign w:val="center"/>
          </w:tcPr>
          <w:p w14:paraId="430395EB" w14:textId="77777777" w:rsidR="00B16FD1" w:rsidRDefault="003C2533">
            <w:r>
              <w:rPr>
                <w:b/>
              </w:rPr>
              <w:t>Desa/Kelurahan</w:t>
            </w:r>
          </w:p>
        </w:tc>
        <w:tc>
          <w:tcPr>
            <w:tcW w:w="6350" w:type="dxa"/>
            <w:vAlign w:val="center"/>
          </w:tcPr>
          <w:p w14:paraId="7B9B40AB" w14:textId="77777777" w:rsidR="00B16FD1" w:rsidRDefault="00B16FD1"/>
        </w:tc>
      </w:tr>
      <w:tr w:rsidR="00B16FD1" w14:paraId="5A84CEE4" w14:textId="77777777">
        <w:trPr>
          <w:jc w:val="center"/>
        </w:trPr>
        <w:tc>
          <w:tcPr>
            <w:tcW w:w="3005" w:type="dxa"/>
            <w:vAlign w:val="center"/>
          </w:tcPr>
          <w:p w14:paraId="1E20AC3F" w14:textId="77777777" w:rsidR="00B16FD1" w:rsidRDefault="003C2533">
            <w:r>
              <w:rPr>
                <w:b/>
              </w:rPr>
              <w:t>Kecamatan</w:t>
            </w:r>
          </w:p>
        </w:tc>
        <w:tc>
          <w:tcPr>
            <w:tcW w:w="6350" w:type="dxa"/>
            <w:vAlign w:val="center"/>
          </w:tcPr>
          <w:p w14:paraId="667CBDA8" w14:textId="77777777" w:rsidR="00B16FD1" w:rsidRDefault="00B16FD1"/>
        </w:tc>
      </w:tr>
      <w:tr w:rsidR="00B16FD1" w14:paraId="026196E8" w14:textId="77777777">
        <w:trPr>
          <w:jc w:val="center"/>
        </w:trPr>
        <w:tc>
          <w:tcPr>
            <w:tcW w:w="3005" w:type="dxa"/>
            <w:vAlign w:val="center"/>
          </w:tcPr>
          <w:p w14:paraId="3401DA25" w14:textId="77777777" w:rsidR="00B16FD1" w:rsidRDefault="003C2533">
            <w:r>
              <w:rPr>
                <w:b/>
              </w:rPr>
              <w:t>Kabupaten</w:t>
            </w:r>
          </w:p>
        </w:tc>
        <w:tc>
          <w:tcPr>
            <w:tcW w:w="6350" w:type="dxa"/>
            <w:vAlign w:val="center"/>
          </w:tcPr>
          <w:p w14:paraId="461A84B3" w14:textId="77777777" w:rsidR="00B16FD1" w:rsidRDefault="003C2533">
            <w:r>
              <w:t>Kabupaten Kepulauan Anambas</w:t>
            </w:r>
          </w:p>
        </w:tc>
      </w:tr>
      <w:tr w:rsidR="00B16FD1" w14:paraId="70173C0B" w14:textId="77777777">
        <w:trPr>
          <w:jc w:val="center"/>
        </w:trPr>
        <w:tc>
          <w:tcPr>
            <w:tcW w:w="3005" w:type="dxa"/>
            <w:vAlign w:val="center"/>
          </w:tcPr>
          <w:p w14:paraId="74E6E785" w14:textId="77777777" w:rsidR="00B16FD1" w:rsidRDefault="003C2533">
            <w:r>
              <w:rPr>
                <w:b/>
              </w:rPr>
              <w:t>Dosen Pembimbing Lapangan (DPL)</w:t>
            </w:r>
          </w:p>
        </w:tc>
        <w:tc>
          <w:tcPr>
            <w:tcW w:w="6350" w:type="dxa"/>
            <w:vAlign w:val="center"/>
          </w:tcPr>
          <w:p w14:paraId="594CBDB9" w14:textId="77777777" w:rsidR="00B16FD1" w:rsidRDefault="00B16FD1"/>
        </w:tc>
      </w:tr>
      <w:tr w:rsidR="00B16FD1" w14:paraId="3B748794" w14:textId="77777777">
        <w:trPr>
          <w:jc w:val="center"/>
        </w:trPr>
        <w:tc>
          <w:tcPr>
            <w:tcW w:w="3005" w:type="dxa"/>
            <w:vAlign w:val="center"/>
          </w:tcPr>
          <w:p w14:paraId="46676A08" w14:textId="77777777" w:rsidR="00B16FD1" w:rsidRDefault="003C2533">
            <w:r>
              <w:rPr>
                <w:b/>
              </w:rPr>
              <w:t>Ketua Kelompok</w:t>
            </w:r>
          </w:p>
        </w:tc>
        <w:tc>
          <w:tcPr>
            <w:tcW w:w="6350" w:type="dxa"/>
            <w:vAlign w:val="center"/>
          </w:tcPr>
          <w:p w14:paraId="085B8E73" w14:textId="77777777" w:rsidR="00B16FD1" w:rsidRDefault="00B16FD1"/>
        </w:tc>
      </w:tr>
      <w:tr w:rsidR="00B16FD1" w14:paraId="4E5F5428" w14:textId="77777777">
        <w:trPr>
          <w:jc w:val="center"/>
        </w:trPr>
        <w:tc>
          <w:tcPr>
            <w:tcW w:w="3005" w:type="dxa"/>
            <w:vAlign w:val="center"/>
          </w:tcPr>
          <w:p w14:paraId="0081FC48" w14:textId="77777777" w:rsidR="00B16FD1" w:rsidRDefault="003C2533">
            <w:r>
              <w:rPr>
                <w:b/>
              </w:rPr>
              <w:t>Periode KKN</w:t>
            </w:r>
          </w:p>
        </w:tc>
        <w:tc>
          <w:tcPr>
            <w:tcW w:w="6350" w:type="dxa"/>
            <w:vAlign w:val="center"/>
          </w:tcPr>
          <w:p w14:paraId="15B7FC86" w14:textId="77777777" w:rsidR="00B16FD1" w:rsidRDefault="00B16FD1"/>
        </w:tc>
      </w:tr>
    </w:tbl>
    <w:p w14:paraId="3A2C5FB5" w14:textId="77777777" w:rsidR="00B16FD1" w:rsidRDefault="003C2533">
      <w:pPr>
        <w:spacing w:before="160" w:after="80"/>
      </w:pPr>
      <w:r>
        <w:rPr>
          <w:b/>
          <w:sz w:val="22"/>
        </w:rPr>
        <w:t>D. KEMAMPUAN / KETERAMPILAN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7"/>
        <w:gridCol w:w="5122"/>
      </w:tblGrid>
      <w:tr w:rsidR="00B16FD1" w14:paraId="5322FD88" w14:textId="77777777">
        <w:trPr>
          <w:jc w:val="center"/>
        </w:trPr>
        <w:tc>
          <w:tcPr>
            <w:tcW w:w="4677" w:type="dxa"/>
            <w:vAlign w:val="center"/>
          </w:tcPr>
          <w:p w14:paraId="53606464" w14:textId="77777777" w:rsidR="00B16FD1" w:rsidRDefault="003C2533">
            <w:r>
              <w:t>☐ Komputer / Microsoft Office</w:t>
            </w:r>
          </w:p>
        </w:tc>
        <w:tc>
          <w:tcPr>
            <w:tcW w:w="4677" w:type="dxa"/>
            <w:vAlign w:val="center"/>
          </w:tcPr>
          <w:p w14:paraId="33F82EAA" w14:textId="77777777" w:rsidR="00B16FD1" w:rsidRDefault="003C2533">
            <w:r>
              <w:t>☐ Administrasi</w:t>
            </w:r>
          </w:p>
        </w:tc>
      </w:tr>
      <w:tr w:rsidR="00B16FD1" w14:paraId="577882F2" w14:textId="77777777">
        <w:trPr>
          <w:jc w:val="center"/>
        </w:trPr>
        <w:tc>
          <w:tcPr>
            <w:tcW w:w="4677" w:type="dxa"/>
            <w:vAlign w:val="center"/>
          </w:tcPr>
          <w:p w14:paraId="00653914" w14:textId="77777777" w:rsidR="00B16FD1" w:rsidRDefault="003C2533">
            <w:r>
              <w:t>☐ Mengajar / Pendidikan</w:t>
            </w:r>
          </w:p>
        </w:tc>
        <w:tc>
          <w:tcPr>
            <w:tcW w:w="4677" w:type="dxa"/>
            <w:vAlign w:val="center"/>
          </w:tcPr>
          <w:p w14:paraId="464B729B" w14:textId="77777777" w:rsidR="00B16FD1" w:rsidRDefault="003C2533">
            <w:r>
              <w:t>☐ Keagamaan</w:t>
            </w:r>
          </w:p>
        </w:tc>
      </w:tr>
      <w:tr w:rsidR="00B16FD1" w14:paraId="774ADA53" w14:textId="77777777">
        <w:trPr>
          <w:jc w:val="center"/>
        </w:trPr>
        <w:tc>
          <w:tcPr>
            <w:tcW w:w="4677" w:type="dxa"/>
            <w:vAlign w:val="center"/>
          </w:tcPr>
          <w:p w14:paraId="45444F96" w14:textId="77777777" w:rsidR="00B16FD1" w:rsidRDefault="003C2533">
            <w:r>
              <w:t>☐ Organisasi / Kepemimpinan</w:t>
            </w:r>
          </w:p>
        </w:tc>
        <w:tc>
          <w:tcPr>
            <w:tcW w:w="4677" w:type="dxa"/>
            <w:vAlign w:val="center"/>
          </w:tcPr>
          <w:p w14:paraId="68AE06E1" w14:textId="77777777" w:rsidR="00B16FD1" w:rsidRDefault="003C2533">
            <w:r>
              <w:t>☐ Sosial / Kemasyarakatan</w:t>
            </w:r>
          </w:p>
        </w:tc>
      </w:tr>
      <w:tr w:rsidR="00B16FD1" w14:paraId="00B951C1" w14:textId="77777777">
        <w:trPr>
          <w:jc w:val="center"/>
        </w:trPr>
        <w:tc>
          <w:tcPr>
            <w:tcW w:w="4677" w:type="dxa"/>
            <w:vAlign w:val="center"/>
          </w:tcPr>
          <w:p w14:paraId="0DA69446" w14:textId="77777777" w:rsidR="00B16FD1" w:rsidRDefault="003C2533">
            <w:r>
              <w:t>☐ Kewirausahaan</w:t>
            </w:r>
          </w:p>
        </w:tc>
        <w:tc>
          <w:tcPr>
            <w:tcW w:w="4677" w:type="dxa"/>
            <w:vAlign w:val="center"/>
          </w:tcPr>
          <w:p w14:paraId="4A92E71E" w14:textId="77777777" w:rsidR="00B16FD1" w:rsidRDefault="003C2533">
            <w:r>
              <w:t>☐ Lainnya: __________________________________________</w:t>
            </w:r>
          </w:p>
        </w:tc>
      </w:tr>
    </w:tbl>
    <w:p w14:paraId="60820325" w14:textId="77777777" w:rsidR="00B16FD1" w:rsidRDefault="003C2533">
      <w:pPr>
        <w:spacing w:before="160" w:after="80"/>
      </w:pPr>
      <w:r>
        <w:rPr>
          <w:b/>
          <w:sz w:val="22"/>
        </w:rPr>
        <w:t>E. INFORMASI TAMBAHAN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5386"/>
      </w:tblGrid>
      <w:tr w:rsidR="00B16FD1" w14:paraId="292AC537" w14:textId="77777777">
        <w:trPr>
          <w:jc w:val="center"/>
        </w:trPr>
        <w:tc>
          <w:tcPr>
            <w:tcW w:w="3969" w:type="dxa"/>
            <w:vAlign w:val="center"/>
          </w:tcPr>
          <w:p w14:paraId="76BF9ED2" w14:textId="77777777" w:rsidR="00B16FD1" w:rsidRDefault="003C2533">
            <w:r>
              <w:rPr>
                <w:b/>
              </w:rPr>
              <w:t>Riwayat/Kondisi yang Perlu Diperhatikan</w:t>
            </w:r>
          </w:p>
        </w:tc>
        <w:tc>
          <w:tcPr>
            <w:tcW w:w="5386" w:type="dxa"/>
            <w:vAlign w:val="center"/>
          </w:tcPr>
          <w:p w14:paraId="303CD7AD" w14:textId="77777777" w:rsidR="00B16FD1" w:rsidRDefault="00B16FD1"/>
        </w:tc>
      </w:tr>
      <w:tr w:rsidR="00B16FD1" w14:paraId="031E16FE" w14:textId="77777777">
        <w:trPr>
          <w:jc w:val="center"/>
        </w:trPr>
        <w:tc>
          <w:tcPr>
            <w:tcW w:w="3969" w:type="dxa"/>
            <w:vAlign w:val="center"/>
          </w:tcPr>
          <w:p w14:paraId="68DC9FC0" w14:textId="77777777" w:rsidR="00B16FD1" w:rsidRDefault="003C2533">
            <w:r>
              <w:rPr>
                <w:b/>
              </w:rPr>
              <w:t>Obat Rutin (jika ada)</w:t>
            </w:r>
          </w:p>
        </w:tc>
        <w:tc>
          <w:tcPr>
            <w:tcW w:w="5386" w:type="dxa"/>
            <w:vAlign w:val="center"/>
          </w:tcPr>
          <w:p w14:paraId="72E9819B" w14:textId="77777777" w:rsidR="00B16FD1" w:rsidRDefault="00B16FD1"/>
        </w:tc>
      </w:tr>
      <w:tr w:rsidR="00B16FD1" w14:paraId="5604EEBE" w14:textId="77777777">
        <w:trPr>
          <w:jc w:val="center"/>
        </w:trPr>
        <w:tc>
          <w:tcPr>
            <w:tcW w:w="3969" w:type="dxa"/>
            <w:vAlign w:val="center"/>
          </w:tcPr>
          <w:p w14:paraId="3464AF2B" w14:textId="77777777" w:rsidR="00B16FD1" w:rsidRDefault="003C2533">
            <w:r>
              <w:rPr>
                <w:b/>
              </w:rPr>
              <w:t>Kontak Darurat</w:t>
            </w:r>
          </w:p>
        </w:tc>
        <w:tc>
          <w:tcPr>
            <w:tcW w:w="5386" w:type="dxa"/>
            <w:vAlign w:val="center"/>
          </w:tcPr>
          <w:p w14:paraId="15A0D480" w14:textId="77777777" w:rsidR="00B16FD1" w:rsidRDefault="00B16FD1"/>
        </w:tc>
      </w:tr>
      <w:tr w:rsidR="00B16FD1" w14:paraId="1EDFB135" w14:textId="77777777">
        <w:trPr>
          <w:jc w:val="center"/>
        </w:trPr>
        <w:tc>
          <w:tcPr>
            <w:tcW w:w="3969" w:type="dxa"/>
            <w:vAlign w:val="center"/>
          </w:tcPr>
          <w:p w14:paraId="1647CA5D" w14:textId="77777777" w:rsidR="00B16FD1" w:rsidRDefault="003C2533">
            <w:r>
              <w:rPr>
                <w:b/>
              </w:rPr>
              <w:t>Nama &amp; Hubungan Kontak Darurat</w:t>
            </w:r>
          </w:p>
        </w:tc>
        <w:tc>
          <w:tcPr>
            <w:tcW w:w="5386" w:type="dxa"/>
            <w:vAlign w:val="center"/>
          </w:tcPr>
          <w:p w14:paraId="5B2B155F" w14:textId="77777777" w:rsidR="00B16FD1" w:rsidRDefault="00B16FD1"/>
        </w:tc>
      </w:tr>
      <w:tr w:rsidR="00B16FD1" w14:paraId="00866FBC" w14:textId="77777777">
        <w:trPr>
          <w:jc w:val="center"/>
        </w:trPr>
        <w:tc>
          <w:tcPr>
            <w:tcW w:w="3969" w:type="dxa"/>
            <w:vAlign w:val="center"/>
          </w:tcPr>
          <w:p w14:paraId="069E13FA" w14:textId="77777777" w:rsidR="00B16FD1" w:rsidRDefault="003C2533">
            <w:r>
              <w:rPr>
                <w:b/>
              </w:rPr>
              <w:t>No. HP Kontak Darurat</w:t>
            </w:r>
          </w:p>
        </w:tc>
        <w:tc>
          <w:tcPr>
            <w:tcW w:w="5386" w:type="dxa"/>
            <w:vAlign w:val="center"/>
          </w:tcPr>
          <w:p w14:paraId="79710980" w14:textId="77777777" w:rsidR="00B16FD1" w:rsidRDefault="00B16FD1"/>
        </w:tc>
      </w:tr>
    </w:tbl>
    <w:p w14:paraId="40793911" w14:textId="77777777" w:rsidR="00B16FD1" w:rsidRDefault="003C2533">
      <w:pPr>
        <w:spacing w:before="160" w:after="80"/>
      </w:pPr>
      <w:r>
        <w:rPr>
          <w:b/>
          <w:sz w:val="22"/>
        </w:rPr>
        <w:t>F. PAS FOTO DAN PERNYATAAN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520"/>
      </w:tblGrid>
      <w:tr w:rsidR="00B16FD1" w14:paraId="002A06B8" w14:textId="77777777">
        <w:trPr>
          <w:jc w:val="center"/>
        </w:trPr>
        <w:tc>
          <w:tcPr>
            <w:tcW w:w="2835" w:type="dxa"/>
            <w:vAlign w:val="center"/>
          </w:tcPr>
          <w:p w14:paraId="058F1CBE" w14:textId="77777777" w:rsidR="00B16FD1" w:rsidRDefault="003C2533">
            <w:r>
              <w:rPr>
                <w:b/>
              </w:rPr>
              <w:t>PAS FOTO</w:t>
            </w:r>
            <w:r>
              <w:rPr>
                <w:b/>
              </w:rPr>
              <w:br/>
              <w:t>3 × 4 cm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lastRenderedPageBreak/>
              <w:br/>
            </w:r>
            <w:r>
              <w:rPr>
                <w:b/>
              </w:rPr>
              <w:br/>
            </w:r>
          </w:p>
        </w:tc>
        <w:tc>
          <w:tcPr>
            <w:tcW w:w="6520" w:type="dxa"/>
            <w:vAlign w:val="center"/>
          </w:tcPr>
          <w:p w14:paraId="5E4E629D" w14:textId="77777777" w:rsidR="00B16FD1" w:rsidRDefault="003C2533">
            <w:r>
              <w:lastRenderedPageBreak/>
              <w:t>Saya menyatakan bahwa data yang saya isi dalam biodata ini adalah benar dan dapat dipertanggungjawabkan.</w:t>
            </w:r>
            <w:r>
              <w:br/>
            </w:r>
            <w:r>
              <w:br/>
            </w:r>
            <w:r>
              <w:lastRenderedPageBreak/>
              <w:t>Tempat, Tanggal: ______________________________</w:t>
            </w:r>
            <w:r>
              <w:br/>
            </w:r>
            <w:r>
              <w:br/>
              <w:t>Mahasiswa KKN,</w:t>
            </w:r>
            <w:r>
              <w:br/>
            </w:r>
            <w:r>
              <w:br/>
            </w:r>
            <w:r>
              <w:br/>
            </w:r>
            <w:r>
              <w:br/>
              <w:t>(__________________________________)</w:t>
            </w:r>
            <w:r>
              <w:br/>
              <w:t>Nama Lengkap</w:t>
            </w:r>
          </w:p>
        </w:tc>
      </w:tr>
    </w:tbl>
    <w:p w14:paraId="6750609C" w14:textId="77777777" w:rsidR="003C2533" w:rsidRDefault="003C2533"/>
    <w:sectPr w:rsidR="003C2533" w:rsidSect="00C71B29">
      <w:footerReference w:type="default" r:id="rId9"/>
      <w:pgSz w:w="11906" w:h="16838" w:code="9"/>
      <w:pgMar w:top="1020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83534" w14:textId="77777777" w:rsidR="00050D36" w:rsidRDefault="00050D36">
      <w:pPr>
        <w:spacing w:after="0" w:line="240" w:lineRule="auto"/>
      </w:pPr>
      <w:r>
        <w:separator/>
      </w:r>
    </w:p>
  </w:endnote>
  <w:endnote w:type="continuationSeparator" w:id="0">
    <w:p w14:paraId="216EA933" w14:textId="77777777" w:rsidR="00050D36" w:rsidRDefault="00050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6B3D4" w14:textId="508C35FF" w:rsidR="00B16FD1" w:rsidRDefault="003C2533">
    <w:pPr>
      <w:pStyle w:val="Footer"/>
      <w:jc w:val="center"/>
    </w:pPr>
    <w:r>
      <w:rPr>
        <w:sz w:val="16"/>
      </w:rPr>
      <w:t xml:space="preserve">Biodata </w:t>
    </w:r>
    <w:proofErr w:type="spellStart"/>
    <w:r>
      <w:rPr>
        <w:sz w:val="16"/>
      </w:rPr>
      <w:t>Mahasiswa</w:t>
    </w:r>
    <w:proofErr w:type="spellEnd"/>
    <w:r>
      <w:rPr>
        <w:sz w:val="16"/>
      </w:rPr>
      <w:t xml:space="preserve"> KKN – STAI Paduka Anambas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F0092" w14:textId="77777777" w:rsidR="00050D36" w:rsidRDefault="00050D36">
      <w:pPr>
        <w:spacing w:after="0" w:line="240" w:lineRule="auto"/>
      </w:pPr>
      <w:r>
        <w:separator/>
      </w:r>
    </w:p>
  </w:footnote>
  <w:footnote w:type="continuationSeparator" w:id="0">
    <w:p w14:paraId="3B1765E7" w14:textId="77777777" w:rsidR="00050D36" w:rsidRDefault="00050D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0D36"/>
    <w:rsid w:val="0006063C"/>
    <w:rsid w:val="0015074B"/>
    <w:rsid w:val="0029639D"/>
    <w:rsid w:val="00326F90"/>
    <w:rsid w:val="003C2533"/>
    <w:rsid w:val="00AA1D8D"/>
    <w:rsid w:val="00B16FD1"/>
    <w:rsid w:val="00B47730"/>
    <w:rsid w:val="00C71B29"/>
    <w:rsid w:val="00CB0664"/>
    <w:rsid w:val="00F10CE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23E840"/>
  <w14:defaultImageDpi w14:val="300"/>
  <w15:docId w15:val="{2C2FCA76-B2EB-4B5D-BBB1-0348566BC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LENOVO</cp:lastModifiedBy>
  <cp:revision>3</cp:revision>
  <dcterms:created xsi:type="dcterms:W3CDTF">2013-12-23T23:15:00Z</dcterms:created>
  <dcterms:modified xsi:type="dcterms:W3CDTF">2026-09-08T04:41:00Z</dcterms:modified>
  <cp:category/>
</cp:coreProperties>
</file>