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A3F4" w14:textId="6814B2DB" w:rsidR="00F36745" w:rsidRDefault="00F36745" w:rsidP="00F36745">
      <w:pPr>
        <w:spacing w:after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7216" behindDoc="0" locked="0" layoutInCell="1" allowOverlap="1" wp14:anchorId="1D0331C3" wp14:editId="56C5D285">
            <wp:simplePos x="0" y="0"/>
            <wp:positionH relativeFrom="column">
              <wp:posOffset>2310765</wp:posOffset>
            </wp:positionH>
            <wp:positionV relativeFrom="paragraph">
              <wp:posOffset>-116840</wp:posOffset>
            </wp:positionV>
            <wp:extent cx="990738" cy="95263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EC17E" w14:textId="61195066" w:rsidR="00F36745" w:rsidRDefault="00F36745" w:rsidP="00F36745">
      <w:pPr>
        <w:spacing w:after="0"/>
        <w:jc w:val="center"/>
        <w:rPr>
          <w:b/>
          <w:sz w:val="28"/>
        </w:rPr>
      </w:pPr>
    </w:p>
    <w:p w14:paraId="75E83441" w14:textId="51C40585" w:rsidR="00F36745" w:rsidRDefault="00F36745" w:rsidP="00F36745">
      <w:pPr>
        <w:spacing w:after="0"/>
        <w:jc w:val="center"/>
        <w:rPr>
          <w:b/>
          <w:sz w:val="28"/>
        </w:rPr>
      </w:pPr>
    </w:p>
    <w:p w14:paraId="1C7D0B5A" w14:textId="77777777" w:rsidR="00F36745" w:rsidRDefault="00F36745" w:rsidP="00F36745">
      <w:pPr>
        <w:spacing w:after="0"/>
        <w:jc w:val="center"/>
        <w:rPr>
          <w:b/>
          <w:sz w:val="28"/>
        </w:rPr>
      </w:pPr>
    </w:p>
    <w:p w14:paraId="130094C6" w14:textId="68298916" w:rsidR="006973EC" w:rsidRDefault="003B2FB5" w:rsidP="00F36745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18583B03" w14:textId="77777777" w:rsidR="006973EC" w:rsidRDefault="003B2FB5" w:rsidP="00F36745">
      <w:pPr>
        <w:spacing w:after="0"/>
        <w:jc w:val="center"/>
      </w:pPr>
      <w:r>
        <w:rPr>
          <w:b/>
        </w:rPr>
        <w:t>KEGIATAN KULIAH KERJA NYATA (KKN)</w:t>
      </w:r>
    </w:p>
    <w:p w14:paraId="0BDC95B8" w14:textId="77777777" w:rsidR="006973EC" w:rsidRDefault="006973EC" w:rsidP="00F36745">
      <w:pPr>
        <w:spacing w:after="0"/>
      </w:pPr>
    </w:p>
    <w:p w14:paraId="28686D17" w14:textId="4BD74274" w:rsidR="006973EC" w:rsidRDefault="003B2FB5" w:rsidP="00F36745">
      <w:pPr>
        <w:spacing w:after="0"/>
        <w:jc w:val="center"/>
      </w:pPr>
      <w:r>
        <w:rPr>
          <w:b/>
          <w:sz w:val="28"/>
        </w:rPr>
        <w:t>OBSERVASI DESA</w:t>
      </w:r>
    </w:p>
    <w:p w14:paraId="492DDC81" w14:textId="77777777" w:rsidR="006973EC" w:rsidRDefault="003B2FB5" w:rsidP="00F36745">
      <w:pPr>
        <w:spacing w:after="0"/>
        <w:jc w:val="center"/>
      </w:pPr>
      <w:r>
        <w:rPr>
          <w:b/>
        </w:rPr>
        <w:t>KULIAH KERJA NYATA (KKN) TAHUN ________</w:t>
      </w:r>
    </w:p>
    <w:p w14:paraId="7F710FD6" w14:textId="77777777" w:rsidR="006973EC" w:rsidRDefault="006973EC"/>
    <w:p w14:paraId="2F796FD1" w14:textId="77777777" w:rsidR="006973EC" w:rsidRDefault="003B2FB5">
      <w:r>
        <w:rPr>
          <w:b/>
        </w:rPr>
        <w:t>A. IDENTITAS DESA/LOKASI OBSERVASI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23"/>
        <w:gridCol w:w="4664"/>
      </w:tblGrid>
      <w:tr w:rsidR="006973EC" w14:paraId="6B15F509" w14:textId="77777777">
        <w:trPr>
          <w:jc w:val="center"/>
        </w:trPr>
        <w:tc>
          <w:tcPr>
            <w:tcW w:w="4702" w:type="dxa"/>
            <w:vAlign w:val="center"/>
          </w:tcPr>
          <w:p w14:paraId="60C36E21" w14:textId="77777777" w:rsidR="006973EC" w:rsidRDefault="003B2FB5">
            <w:r>
              <w:rPr>
                <w:b/>
                <w:sz w:val="22"/>
              </w:rPr>
              <w:t>Nama Desa/Kelurahan</w:t>
            </w:r>
          </w:p>
        </w:tc>
        <w:tc>
          <w:tcPr>
            <w:tcW w:w="4702" w:type="dxa"/>
            <w:vAlign w:val="center"/>
          </w:tcPr>
          <w:p w14:paraId="4464D396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27FFFAF9" w14:textId="77777777">
        <w:trPr>
          <w:jc w:val="center"/>
        </w:trPr>
        <w:tc>
          <w:tcPr>
            <w:tcW w:w="4702" w:type="dxa"/>
            <w:vAlign w:val="center"/>
          </w:tcPr>
          <w:p w14:paraId="4466486A" w14:textId="77777777" w:rsidR="006973EC" w:rsidRDefault="003B2FB5">
            <w:r>
              <w:rPr>
                <w:b/>
                <w:sz w:val="22"/>
              </w:rPr>
              <w:t>Kecamatan</w:t>
            </w:r>
          </w:p>
        </w:tc>
        <w:tc>
          <w:tcPr>
            <w:tcW w:w="4702" w:type="dxa"/>
            <w:vAlign w:val="center"/>
          </w:tcPr>
          <w:p w14:paraId="22F4E4F3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76C9454F" w14:textId="77777777">
        <w:trPr>
          <w:jc w:val="center"/>
        </w:trPr>
        <w:tc>
          <w:tcPr>
            <w:tcW w:w="4702" w:type="dxa"/>
            <w:vAlign w:val="center"/>
          </w:tcPr>
          <w:p w14:paraId="224BDAE1" w14:textId="77777777" w:rsidR="006973EC" w:rsidRDefault="003B2FB5">
            <w:r>
              <w:rPr>
                <w:b/>
                <w:sz w:val="22"/>
              </w:rPr>
              <w:t>Kabupaten/Kota</w:t>
            </w:r>
          </w:p>
        </w:tc>
        <w:tc>
          <w:tcPr>
            <w:tcW w:w="4702" w:type="dxa"/>
            <w:vAlign w:val="center"/>
          </w:tcPr>
          <w:p w14:paraId="5318BAF6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108186D6" w14:textId="77777777">
        <w:trPr>
          <w:jc w:val="center"/>
        </w:trPr>
        <w:tc>
          <w:tcPr>
            <w:tcW w:w="4702" w:type="dxa"/>
            <w:vAlign w:val="center"/>
          </w:tcPr>
          <w:p w14:paraId="2274CEA7" w14:textId="77777777" w:rsidR="006973EC" w:rsidRDefault="003B2FB5">
            <w:r>
              <w:rPr>
                <w:b/>
                <w:sz w:val="22"/>
              </w:rPr>
              <w:t>Provinsi</w:t>
            </w:r>
          </w:p>
        </w:tc>
        <w:tc>
          <w:tcPr>
            <w:tcW w:w="4702" w:type="dxa"/>
            <w:vAlign w:val="center"/>
          </w:tcPr>
          <w:p w14:paraId="7628A652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7F16B8E8" w14:textId="77777777">
        <w:trPr>
          <w:jc w:val="center"/>
        </w:trPr>
        <w:tc>
          <w:tcPr>
            <w:tcW w:w="4702" w:type="dxa"/>
            <w:vAlign w:val="center"/>
          </w:tcPr>
          <w:p w14:paraId="541E7AB6" w14:textId="77777777" w:rsidR="006973EC" w:rsidRDefault="003B2FB5">
            <w:r>
              <w:rPr>
                <w:b/>
                <w:sz w:val="22"/>
              </w:rPr>
              <w:t>Tanggal Observasi</w:t>
            </w:r>
          </w:p>
        </w:tc>
        <w:tc>
          <w:tcPr>
            <w:tcW w:w="4702" w:type="dxa"/>
            <w:vAlign w:val="center"/>
          </w:tcPr>
          <w:p w14:paraId="30567016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6A2BE27D" w14:textId="77777777">
        <w:trPr>
          <w:jc w:val="center"/>
        </w:trPr>
        <w:tc>
          <w:tcPr>
            <w:tcW w:w="4702" w:type="dxa"/>
            <w:vAlign w:val="center"/>
          </w:tcPr>
          <w:p w14:paraId="25C08FF9" w14:textId="77777777" w:rsidR="006973EC" w:rsidRDefault="003B2FB5">
            <w:r>
              <w:rPr>
                <w:b/>
                <w:sz w:val="22"/>
              </w:rPr>
              <w:t>Kelompok KKN</w:t>
            </w:r>
          </w:p>
        </w:tc>
        <w:tc>
          <w:tcPr>
            <w:tcW w:w="4702" w:type="dxa"/>
            <w:vAlign w:val="center"/>
          </w:tcPr>
          <w:p w14:paraId="67600850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612A3E6D" w14:textId="77777777">
        <w:trPr>
          <w:jc w:val="center"/>
        </w:trPr>
        <w:tc>
          <w:tcPr>
            <w:tcW w:w="4702" w:type="dxa"/>
            <w:vAlign w:val="center"/>
          </w:tcPr>
          <w:p w14:paraId="309CD829" w14:textId="77777777" w:rsidR="006973EC" w:rsidRDefault="003B2FB5">
            <w:r>
              <w:rPr>
                <w:b/>
                <w:sz w:val="22"/>
              </w:rPr>
              <w:t>Nama DPL</w:t>
            </w:r>
          </w:p>
        </w:tc>
        <w:tc>
          <w:tcPr>
            <w:tcW w:w="4702" w:type="dxa"/>
            <w:vAlign w:val="center"/>
          </w:tcPr>
          <w:p w14:paraId="0C1D7550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  <w:tr w:rsidR="006973EC" w14:paraId="36B7E62C" w14:textId="77777777">
        <w:trPr>
          <w:jc w:val="center"/>
        </w:trPr>
        <w:tc>
          <w:tcPr>
            <w:tcW w:w="4702" w:type="dxa"/>
            <w:vAlign w:val="center"/>
          </w:tcPr>
          <w:p w14:paraId="2CA9B690" w14:textId="77777777" w:rsidR="006973EC" w:rsidRDefault="003B2FB5">
            <w:r>
              <w:rPr>
                <w:b/>
                <w:sz w:val="22"/>
              </w:rPr>
              <w:t>Ketua Kelompok</w:t>
            </w:r>
          </w:p>
        </w:tc>
        <w:tc>
          <w:tcPr>
            <w:tcW w:w="4702" w:type="dxa"/>
            <w:vAlign w:val="center"/>
          </w:tcPr>
          <w:p w14:paraId="05CD796C" w14:textId="77777777" w:rsidR="006973EC" w:rsidRDefault="003B2FB5">
            <w:r>
              <w:rPr>
                <w:sz w:val="22"/>
              </w:rPr>
              <w:t>: ........................................................</w:t>
            </w:r>
          </w:p>
        </w:tc>
      </w:tr>
    </w:tbl>
    <w:p w14:paraId="4805F9D4" w14:textId="77777777" w:rsidR="006973EC" w:rsidRDefault="006973EC"/>
    <w:p w14:paraId="284E1DAC" w14:textId="77777777" w:rsidR="006973EC" w:rsidRDefault="003B2FB5">
      <w:r>
        <w:rPr>
          <w:b/>
        </w:rPr>
        <w:t>B. TUJUAN OBSERVASI</w:t>
      </w:r>
    </w:p>
    <w:p w14:paraId="57D5194A" w14:textId="77777777" w:rsidR="006973EC" w:rsidRDefault="003B2FB5" w:rsidP="00F36745">
      <w:pPr>
        <w:spacing w:after="0"/>
        <w:ind w:left="284" w:hanging="284"/>
        <w:jc w:val="both"/>
      </w:pPr>
      <w:r>
        <w:t xml:space="preserve">1. Mengidentifikasi kondisi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program </w:t>
      </w:r>
      <w:proofErr w:type="spellStart"/>
      <w:r>
        <w:t>kerja</w:t>
      </w:r>
      <w:proofErr w:type="spellEnd"/>
      <w:r>
        <w:t xml:space="preserve"> KKN.</w:t>
      </w:r>
    </w:p>
    <w:p w14:paraId="25380280" w14:textId="77777777" w:rsidR="006973EC" w:rsidRDefault="003B2FB5" w:rsidP="00F36745">
      <w:pPr>
        <w:spacing w:after="0"/>
      </w:pPr>
      <w:r>
        <w:t>2. Mengidentifikasi permasalahan dan kebutuhan masyarakat.</w:t>
      </w:r>
    </w:p>
    <w:p w14:paraId="70C4C170" w14:textId="77777777" w:rsidR="006973EC" w:rsidRDefault="003B2FB5" w:rsidP="00F36745">
      <w:pPr>
        <w:spacing w:after="0"/>
      </w:pPr>
      <w:r>
        <w:t>3. Mengetahui kondisi sosial, ekonomi, pendidikan, keagamaan, kesehatan, dan lingkungan desa.</w:t>
      </w:r>
    </w:p>
    <w:p w14:paraId="473DD6D4" w14:textId="77777777" w:rsidR="006973EC" w:rsidRDefault="003B2FB5" w:rsidP="00F36745">
      <w:pPr>
        <w:spacing w:after="0"/>
      </w:pPr>
      <w:r>
        <w:t>4. Menggali potensi kerja sama antara mahasiswa KKN, pemerintah desa, dan masyarakat.</w:t>
      </w:r>
    </w:p>
    <w:p w14:paraId="2A6767A5" w14:textId="77777777" w:rsidR="006973EC" w:rsidRDefault="006973EC"/>
    <w:p w14:paraId="5BFFFC9B" w14:textId="77777777" w:rsidR="006973EC" w:rsidRDefault="003B2FB5">
      <w:r>
        <w:rPr>
          <w:b/>
        </w:rPr>
        <w:t>C. INSTRUMEN OBSERVASI DESA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1"/>
        <w:gridCol w:w="1689"/>
        <w:gridCol w:w="2478"/>
        <w:gridCol w:w="4609"/>
      </w:tblGrid>
      <w:tr w:rsidR="006973EC" w14:paraId="48D01FE0" w14:textId="77777777" w:rsidTr="00F36745">
        <w:trPr>
          <w:jc w:val="center"/>
        </w:trPr>
        <w:tc>
          <w:tcPr>
            <w:tcW w:w="511" w:type="dxa"/>
            <w:shd w:val="clear" w:color="auto" w:fill="D9EAF7"/>
            <w:vAlign w:val="center"/>
          </w:tcPr>
          <w:p w14:paraId="068AB415" w14:textId="77777777" w:rsidR="006973EC" w:rsidRDefault="003B2FB5">
            <w:r>
              <w:rPr>
                <w:b/>
                <w:sz w:val="20"/>
              </w:rPr>
              <w:t>No.</w:t>
            </w:r>
          </w:p>
        </w:tc>
        <w:tc>
          <w:tcPr>
            <w:tcW w:w="1690" w:type="dxa"/>
            <w:shd w:val="clear" w:color="auto" w:fill="D9EAF7"/>
            <w:vAlign w:val="center"/>
          </w:tcPr>
          <w:p w14:paraId="122B4114" w14:textId="77777777" w:rsidR="006973EC" w:rsidRDefault="003B2FB5">
            <w:r>
              <w:rPr>
                <w:b/>
                <w:sz w:val="20"/>
              </w:rPr>
              <w:t>Aspek</w:t>
            </w:r>
          </w:p>
        </w:tc>
        <w:tc>
          <w:tcPr>
            <w:tcW w:w="2409" w:type="dxa"/>
            <w:shd w:val="clear" w:color="auto" w:fill="D9EAF7"/>
            <w:vAlign w:val="center"/>
          </w:tcPr>
          <w:p w14:paraId="206C5FA1" w14:textId="77777777" w:rsidR="006973EC" w:rsidRDefault="003B2FB5">
            <w:r>
              <w:rPr>
                <w:b/>
                <w:sz w:val="20"/>
              </w:rPr>
              <w:t>Indikator yang Diamati</w:t>
            </w:r>
          </w:p>
        </w:tc>
        <w:tc>
          <w:tcPr>
            <w:tcW w:w="4943" w:type="dxa"/>
            <w:shd w:val="clear" w:color="auto" w:fill="D9EAF7"/>
            <w:vAlign w:val="center"/>
          </w:tcPr>
          <w:p w14:paraId="789D6246" w14:textId="77777777" w:rsidR="006973EC" w:rsidRDefault="003B2FB5">
            <w:r>
              <w:rPr>
                <w:b/>
                <w:sz w:val="20"/>
              </w:rPr>
              <w:t>Hasil Temuan/Catatan</w:t>
            </w:r>
          </w:p>
        </w:tc>
      </w:tr>
      <w:tr w:rsidR="006973EC" w14:paraId="6C0A650E" w14:textId="77777777" w:rsidTr="00F36745">
        <w:trPr>
          <w:jc w:val="center"/>
        </w:trPr>
        <w:tc>
          <w:tcPr>
            <w:tcW w:w="511" w:type="dxa"/>
            <w:vAlign w:val="center"/>
          </w:tcPr>
          <w:p w14:paraId="7363A55F" w14:textId="77777777" w:rsidR="006973EC" w:rsidRDefault="003B2FB5">
            <w:r>
              <w:rPr>
                <w:b/>
                <w:sz w:val="20"/>
              </w:rPr>
              <w:t>1</w:t>
            </w:r>
          </w:p>
        </w:tc>
        <w:tc>
          <w:tcPr>
            <w:tcW w:w="1690" w:type="dxa"/>
            <w:vAlign w:val="center"/>
          </w:tcPr>
          <w:p w14:paraId="50CC14E9" w14:textId="77777777" w:rsidR="006973EC" w:rsidRDefault="003B2FB5">
            <w:r>
              <w:rPr>
                <w:b/>
                <w:sz w:val="20"/>
              </w:rPr>
              <w:t>Profil dan Pemerintahan Desa</w:t>
            </w:r>
          </w:p>
        </w:tc>
        <w:tc>
          <w:tcPr>
            <w:tcW w:w="2409" w:type="dxa"/>
            <w:vAlign w:val="center"/>
          </w:tcPr>
          <w:p w14:paraId="404B21F6" w14:textId="77777777" w:rsidR="006973EC" w:rsidRDefault="003B2FB5">
            <w:r>
              <w:rPr>
                <w:b/>
                <w:sz w:val="20"/>
              </w:rPr>
              <w:t>Sejarah singkat, visi/misi, struktur pemerintahan, jumlah dusun/RT/RW, pelayanan administrasi</w:t>
            </w:r>
          </w:p>
        </w:tc>
        <w:tc>
          <w:tcPr>
            <w:tcW w:w="4943" w:type="dxa"/>
            <w:vAlign w:val="center"/>
          </w:tcPr>
          <w:p w14:paraId="1D62A2C0" w14:textId="77777777" w:rsidR="006973EC" w:rsidRDefault="006973EC"/>
        </w:tc>
      </w:tr>
      <w:tr w:rsidR="006973EC" w14:paraId="1287CD70" w14:textId="77777777" w:rsidTr="00F36745">
        <w:trPr>
          <w:jc w:val="center"/>
        </w:trPr>
        <w:tc>
          <w:tcPr>
            <w:tcW w:w="511" w:type="dxa"/>
            <w:vAlign w:val="center"/>
          </w:tcPr>
          <w:p w14:paraId="65D3CAF6" w14:textId="77777777" w:rsidR="006973EC" w:rsidRDefault="003B2FB5">
            <w:r>
              <w:rPr>
                <w:b/>
                <w:sz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091E2965" w14:textId="77777777" w:rsidR="006973EC" w:rsidRDefault="003B2FB5">
            <w:r>
              <w:rPr>
                <w:b/>
                <w:sz w:val="20"/>
              </w:rPr>
              <w:t>Kependudukan</w:t>
            </w:r>
          </w:p>
        </w:tc>
        <w:tc>
          <w:tcPr>
            <w:tcW w:w="2409" w:type="dxa"/>
            <w:vAlign w:val="center"/>
          </w:tcPr>
          <w:p w14:paraId="6526BBFD" w14:textId="77777777" w:rsidR="006973EC" w:rsidRDefault="003B2FB5">
            <w:r>
              <w:rPr>
                <w:b/>
                <w:sz w:val="20"/>
              </w:rPr>
              <w:t xml:space="preserve">Jumlah penduduk, komposisi usia, jenis </w:t>
            </w:r>
            <w:r>
              <w:rPr>
                <w:b/>
                <w:sz w:val="20"/>
              </w:rPr>
              <w:lastRenderedPageBreak/>
              <w:t>kelamin, pekerjaan, pendidikan, kelompok rentan</w:t>
            </w:r>
          </w:p>
        </w:tc>
        <w:tc>
          <w:tcPr>
            <w:tcW w:w="4943" w:type="dxa"/>
            <w:vAlign w:val="center"/>
          </w:tcPr>
          <w:p w14:paraId="1A06D0DF" w14:textId="77777777" w:rsidR="006973EC" w:rsidRDefault="006973EC"/>
        </w:tc>
      </w:tr>
      <w:tr w:rsidR="006973EC" w14:paraId="28990EDF" w14:textId="77777777" w:rsidTr="00F36745">
        <w:trPr>
          <w:jc w:val="center"/>
        </w:trPr>
        <w:tc>
          <w:tcPr>
            <w:tcW w:w="511" w:type="dxa"/>
            <w:vAlign w:val="center"/>
          </w:tcPr>
          <w:p w14:paraId="7EE0EDAB" w14:textId="77777777" w:rsidR="006973EC" w:rsidRDefault="003B2FB5">
            <w:r>
              <w:rPr>
                <w:b/>
                <w:sz w:val="20"/>
              </w:rPr>
              <w:t>3</w:t>
            </w:r>
          </w:p>
        </w:tc>
        <w:tc>
          <w:tcPr>
            <w:tcW w:w="1690" w:type="dxa"/>
            <w:vAlign w:val="center"/>
          </w:tcPr>
          <w:p w14:paraId="160AAADD" w14:textId="77777777" w:rsidR="006973EC" w:rsidRDefault="003B2FB5">
            <w:r>
              <w:rPr>
                <w:b/>
                <w:sz w:val="20"/>
              </w:rPr>
              <w:t>Pendidikan</w:t>
            </w:r>
          </w:p>
        </w:tc>
        <w:tc>
          <w:tcPr>
            <w:tcW w:w="2409" w:type="dxa"/>
            <w:vAlign w:val="center"/>
          </w:tcPr>
          <w:p w14:paraId="3249AFEF" w14:textId="77777777" w:rsidR="006973EC" w:rsidRDefault="003B2FB5">
            <w:r>
              <w:rPr>
                <w:b/>
                <w:sz w:val="20"/>
              </w:rPr>
              <w:t>PAUD/TK, SD, SMP/MTs, SMA/MA, TPQ/TPA, kegiatan belajar masyarakat, permasalahan pendidikan</w:t>
            </w:r>
          </w:p>
        </w:tc>
        <w:tc>
          <w:tcPr>
            <w:tcW w:w="4943" w:type="dxa"/>
            <w:vAlign w:val="center"/>
          </w:tcPr>
          <w:p w14:paraId="4FEF40E2" w14:textId="77777777" w:rsidR="006973EC" w:rsidRDefault="006973EC"/>
        </w:tc>
      </w:tr>
      <w:tr w:rsidR="006973EC" w14:paraId="0A18747E" w14:textId="77777777" w:rsidTr="00F36745">
        <w:trPr>
          <w:jc w:val="center"/>
        </w:trPr>
        <w:tc>
          <w:tcPr>
            <w:tcW w:w="511" w:type="dxa"/>
            <w:vAlign w:val="center"/>
          </w:tcPr>
          <w:p w14:paraId="12DC42A7" w14:textId="77777777" w:rsidR="006973EC" w:rsidRDefault="003B2FB5">
            <w:r>
              <w:rPr>
                <w:b/>
                <w:sz w:val="20"/>
              </w:rPr>
              <w:t>4</w:t>
            </w:r>
          </w:p>
        </w:tc>
        <w:tc>
          <w:tcPr>
            <w:tcW w:w="1690" w:type="dxa"/>
            <w:vAlign w:val="center"/>
          </w:tcPr>
          <w:p w14:paraId="26F5B8A4" w14:textId="77777777" w:rsidR="006973EC" w:rsidRDefault="003B2FB5">
            <w:r>
              <w:rPr>
                <w:b/>
                <w:sz w:val="20"/>
              </w:rPr>
              <w:t>Keagamaan</w:t>
            </w:r>
          </w:p>
        </w:tc>
        <w:tc>
          <w:tcPr>
            <w:tcW w:w="2409" w:type="dxa"/>
            <w:vAlign w:val="center"/>
          </w:tcPr>
          <w:p w14:paraId="3BB9395B" w14:textId="77777777" w:rsidR="006973EC" w:rsidRDefault="003B2FB5">
            <w:r>
              <w:rPr>
                <w:b/>
                <w:sz w:val="20"/>
              </w:rPr>
              <w:t>Masjid/musala, kegiatan keagamaan, TPA/TPQ, majelis taklim, kegiatan hari besar Islam</w:t>
            </w:r>
          </w:p>
        </w:tc>
        <w:tc>
          <w:tcPr>
            <w:tcW w:w="4943" w:type="dxa"/>
            <w:vAlign w:val="center"/>
          </w:tcPr>
          <w:p w14:paraId="4BDA205D" w14:textId="77777777" w:rsidR="006973EC" w:rsidRDefault="006973EC"/>
        </w:tc>
      </w:tr>
      <w:tr w:rsidR="006973EC" w14:paraId="10332391" w14:textId="77777777" w:rsidTr="00F36745">
        <w:trPr>
          <w:jc w:val="center"/>
        </w:trPr>
        <w:tc>
          <w:tcPr>
            <w:tcW w:w="511" w:type="dxa"/>
            <w:vAlign w:val="center"/>
          </w:tcPr>
          <w:p w14:paraId="6739BE0B" w14:textId="77777777" w:rsidR="006973EC" w:rsidRDefault="003B2FB5">
            <w:r>
              <w:rPr>
                <w:b/>
                <w:sz w:val="20"/>
              </w:rPr>
              <w:t>5</w:t>
            </w:r>
          </w:p>
        </w:tc>
        <w:tc>
          <w:tcPr>
            <w:tcW w:w="1690" w:type="dxa"/>
            <w:vAlign w:val="center"/>
          </w:tcPr>
          <w:p w14:paraId="2D3C95A5" w14:textId="77777777" w:rsidR="006973EC" w:rsidRDefault="003B2FB5">
            <w:r>
              <w:rPr>
                <w:b/>
                <w:sz w:val="20"/>
              </w:rPr>
              <w:t>Ekonomi dan Mata Pencaharian</w:t>
            </w:r>
          </w:p>
        </w:tc>
        <w:tc>
          <w:tcPr>
            <w:tcW w:w="2409" w:type="dxa"/>
            <w:vAlign w:val="center"/>
          </w:tcPr>
          <w:p w14:paraId="0845B921" w14:textId="77777777" w:rsidR="006973EC" w:rsidRDefault="003B2FB5">
            <w:r>
              <w:rPr>
                <w:b/>
                <w:sz w:val="20"/>
              </w:rPr>
              <w:t>Pertanian, perkebunan, perikanan, perdagangan, UMKM, jasa, potensi ekonomi lokal</w:t>
            </w:r>
          </w:p>
        </w:tc>
        <w:tc>
          <w:tcPr>
            <w:tcW w:w="4943" w:type="dxa"/>
            <w:vAlign w:val="center"/>
          </w:tcPr>
          <w:p w14:paraId="75DBE6D3" w14:textId="77777777" w:rsidR="006973EC" w:rsidRDefault="006973EC"/>
        </w:tc>
      </w:tr>
      <w:tr w:rsidR="006973EC" w14:paraId="7E9FBEB8" w14:textId="77777777" w:rsidTr="00F36745">
        <w:trPr>
          <w:jc w:val="center"/>
        </w:trPr>
        <w:tc>
          <w:tcPr>
            <w:tcW w:w="511" w:type="dxa"/>
            <w:vAlign w:val="center"/>
          </w:tcPr>
          <w:p w14:paraId="14E82F58" w14:textId="77777777" w:rsidR="006973EC" w:rsidRDefault="003B2FB5">
            <w:r>
              <w:rPr>
                <w:b/>
                <w:sz w:val="20"/>
              </w:rPr>
              <w:t>6</w:t>
            </w:r>
          </w:p>
        </w:tc>
        <w:tc>
          <w:tcPr>
            <w:tcW w:w="1690" w:type="dxa"/>
            <w:vAlign w:val="center"/>
          </w:tcPr>
          <w:p w14:paraId="2A6D0941" w14:textId="77777777" w:rsidR="006973EC" w:rsidRDefault="003B2FB5">
            <w:r>
              <w:rPr>
                <w:b/>
                <w:sz w:val="20"/>
              </w:rPr>
              <w:t>Kesehatan</w:t>
            </w:r>
          </w:p>
        </w:tc>
        <w:tc>
          <w:tcPr>
            <w:tcW w:w="2409" w:type="dxa"/>
            <w:vAlign w:val="center"/>
          </w:tcPr>
          <w:p w14:paraId="3408C4A0" w14:textId="77777777" w:rsidR="006973EC" w:rsidRDefault="003B2FB5">
            <w:r>
              <w:rPr>
                <w:b/>
                <w:sz w:val="20"/>
              </w:rPr>
              <w:t>Posyandu, puskesmas/akses layanan, sanitasi, air bersih, kebiasaan hidup bersih dan sehat</w:t>
            </w:r>
          </w:p>
        </w:tc>
        <w:tc>
          <w:tcPr>
            <w:tcW w:w="4943" w:type="dxa"/>
            <w:vAlign w:val="center"/>
          </w:tcPr>
          <w:p w14:paraId="4F6C08F0" w14:textId="77777777" w:rsidR="006973EC" w:rsidRDefault="006973EC"/>
        </w:tc>
      </w:tr>
      <w:tr w:rsidR="006973EC" w14:paraId="71D1E1C7" w14:textId="77777777" w:rsidTr="00F36745">
        <w:trPr>
          <w:jc w:val="center"/>
        </w:trPr>
        <w:tc>
          <w:tcPr>
            <w:tcW w:w="511" w:type="dxa"/>
            <w:vAlign w:val="center"/>
          </w:tcPr>
          <w:p w14:paraId="51648963" w14:textId="77777777" w:rsidR="006973EC" w:rsidRDefault="003B2FB5">
            <w:r>
              <w:rPr>
                <w:b/>
                <w:sz w:val="20"/>
              </w:rPr>
              <w:t>7</w:t>
            </w:r>
          </w:p>
        </w:tc>
        <w:tc>
          <w:tcPr>
            <w:tcW w:w="1690" w:type="dxa"/>
            <w:vAlign w:val="center"/>
          </w:tcPr>
          <w:p w14:paraId="18F76E36" w14:textId="77777777" w:rsidR="006973EC" w:rsidRDefault="003B2FB5">
            <w:r>
              <w:rPr>
                <w:b/>
                <w:sz w:val="20"/>
              </w:rPr>
              <w:t>Sosial dan Kemasyarakatan</w:t>
            </w:r>
          </w:p>
        </w:tc>
        <w:tc>
          <w:tcPr>
            <w:tcW w:w="2409" w:type="dxa"/>
            <w:vAlign w:val="center"/>
          </w:tcPr>
          <w:p w14:paraId="674BDFE3" w14:textId="77777777" w:rsidR="006973EC" w:rsidRDefault="003B2FB5">
            <w:r>
              <w:rPr>
                <w:b/>
                <w:sz w:val="20"/>
              </w:rPr>
              <w:t>Organisasi masyarakat, kepemudaan, PKK, gotong royong, kegiatan sosial, hubungan antarwarga</w:t>
            </w:r>
          </w:p>
        </w:tc>
        <w:tc>
          <w:tcPr>
            <w:tcW w:w="4943" w:type="dxa"/>
            <w:vAlign w:val="center"/>
          </w:tcPr>
          <w:p w14:paraId="64D8F23C" w14:textId="77777777" w:rsidR="006973EC" w:rsidRDefault="006973EC"/>
        </w:tc>
      </w:tr>
      <w:tr w:rsidR="006973EC" w14:paraId="1D3472FA" w14:textId="77777777" w:rsidTr="00F36745">
        <w:trPr>
          <w:jc w:val="center"/>
        </w:trPr>
        <w:tc>
          <w:tcPr>
            <w:tcW w:w="511" w:type="dxa"/>
            <w:vAlign w:val="center"/>
          </w:tcPr>
          <w:p w14:paraId="1BCF8469" w14:textId="77777777" w:rsidR="006973EC" w:rsidRDefault="003B2FB5">
            <w:r>
              <w:rPr>
                <w:b/>
                <w:sz w:val="20"/>
              </w:rPr>
              <w:t>8</w:t>
            </w:r>
          </w:p>
        </w:tc>
        <w:tc>
          <w:tcPr>
            <w:tcW w:w="1690" w:type="dxa"/>
            <w:vAlign w:val="center"/>
          </w:tcPr>
          <w:p w14:paraId="03176007" w14:textId="77777777" w:rsidR="006973EC" w:rsidRDefault="003B2FB5">
            <w:r>
              <w:rPr>
                <w:b/>
                <w:sz w:val="20"/>
              </w:rPr>
              <w:t>Sarana dan Prasarana</w:t>
            </w:r>
          </w:p>
        </w:tc>
        <w:tc>
          <w:tcPr>
            <w:tcW w:w="2409" w:type="dxa"/>
            <w:vAlign w:val="center"/>
          </w:tcPr>
          <w:p w14:paraId="32CBA2A4" w14:textId="77777777" w:rsidR="006973EC" w:rsidRDefault="003B2FB5">
            <w:r>
              <w:rPr>
                <w:b/>
                <w:sz w:val="20"/>
              </w:rPr>
              <w:t>Jalan, listrik, air, internet, fasilitas pendidikan, kesehatan, ibadah, olahraga, balai desa</w:t>
            </w:r>
          </w:p>
        </w:tc>
        <w:tc>
          <w:tcPr>
            <w:tcW w:w="4943" w:type="dxa"/>
            <w:vAlign w:val="center"/>
          </w:tcPr>
          <w:p w14:paraId="492B4CF7" w14:textId="77777777" w:rsidR="006973EC" w:rsidRDefault="006973EC"/>
        </w:tc>
      </w:tr>
      <w:tr w:rsidR="006973EC" w14:paraId="4274A092" w14:textId="77777777" w:rsidTr="00F36745">
        <w:trPr>
          <w:jc w:val="center"/>
        </w:trPr>
        <w:tc>
          <w:tcPr>
            <w:tcW w:w="511" w:type="dxa"/>
            <w:vAlign w:val="center"/>
          </w:tcPr>
          <w:p w14:paraId="002BB319" w14:textId="77777777" w:rsidR="006973EC" w:rsidRDefault="003B2FB5">
            <w:r>
              <w:rPr>
                <w:b/>
                <w:sz w:val="20"/>
              </w:rPr>
              <w:t>9</w:t>
            </w:r>
          </w:p>
        </w:tc>
        <w:tc>
          <w:tcPr>
            <w:tcW w:w="1690" w:type="dxa"/>
            <w:vAlign w:val="center"/>
          </w:tcPr>
          <w:p w14:paraId="27826421" w14:textId="77777777" w:rsidR="006973EC" w:rsidRDefault="003B2FB5">
            <w:r>
              <w:rPr>
                <w:b/>
                <w:sz w:val="20"/>
              </w:rPr>
              <w:t>Lingkungan dan Kebencanaan</w:t>
            </w:r>
          </w:p>
        </w:tc>
        <w:tc>
          <w:tcPr>
            <w:tcW w:w="2409" w:type="dxa"/>
            <w:vAlign w:val="center"/>
          </w:tcPr>
          <w:p w14:paraId="5048199C" w14:textId="77777777" w:rsidR="006973EC" w:rsidRDefault="003B2FB5">
            <w:r>
              <w:rPr>
                <w:b/>
                <w:sz w:val="20"/>
              </w:rPr>
              <w:t>Kondisi lingkungan, sampah, drainase, banjir/longsor/gelombang, jalur evakuasi dan potensi risiko</w:t>
            </w:r>
          </w:p>
        </w:tc>
        <w:tc>
          <w:tcPr>
            <w:tcW w:w="4943" w:type="dxa"/>
            <w:vAlign w:val="center"/>
          </w:tcPr>
          <w:p w14:paraId="790B52CE" w14:textId="77777777" w:rsidR="006973EC" w:rsidRDefault="006973EC"/>
        </w:tc>
      </w:tr>
      <w:tr w:rsidR="006973EC" w14:paraId="1669F193" w14:textId="77777777" w:rsidTr="00F36745">
        <w:trPr>
          <w:jc w:val="center"/>
        </w:trPr>
        <w:tc>
          <w:tcPr>
            <w:tcW w:w="511" w:type="dxa"/>
            <w:vAlign w:val="center"/>
          </w:tcPr>
          <w:p w14:paraId="0F40E512" w14:textId="77777777" w:rsidR="006973EC" w:rsidRDefault="003B2FB5">
            <w:r>
              <w:rPr>
                <w:b/>
                <w:sz w:val="20"/>
              </w:rPr>
              <w:t>10</w:t>
            </w:r>
          </w:p>
        </w:tc>
        <w:tc>
          <w:tcPr>
            <w:tcW w:w="1690" w:type="dxa"/>
            <w:vAlign w:val="center"/>
          </w:tcPr>
          <w:p w14:paraId="47A0A9D2" w14:textId="77777777" w:rsidR="006973EC" w:rsidRDefault="003B2FB5">
            <w:r>
              <w:rPr>
                <w:b/>
                <w:sz w:val="20"/>
              </w:rPr>
              <w:t>Potensi dan Permasalahan</w:t>
            </w:r>
          </w:p>
        </w:tc>
        <w:tc>
          <w:tcPr>
            <w:tcW w:w="2409" w:type="dxa"/>
            <w:vAlign w:val="center"/>
          </w:tcPr>
          <w:p w14:paraId="799FC5A9" w14:textId="77777777" w:rsidR="006973EC" w:rsidRDefault="003B2FB5">
            <w:r>
              <w:rPr>
                <w:b/>
                <w:sz w:val="20"/>
              </w:rPr>
              <w:t>Potensi unggulan desa, masalah utama, kebutuhan prioritas, peluang program KKN</w:t>
            </w:r>
          </w:p>
        </w:tc>
        <w:tc>
          <w:tcPr>
            <w:tcW w:w="4943" w:type="dxa"/>
            <w:vAlign w:val="center"/>
          </w:tcPr>
          <w:p w14:paraId="016EE593" w14:textId="77777777" w:rsidR="006973EC" w:rsidRDefault="006973EC"/>
        </w:tc>
      </w:tr>
    </w:tbl>
    <w:p w14:paraId="79655E94" w14:textId="77777777" w:rsidR="006973EC" w:rsidRDefault="006973EC"/>
    <w:p w14:paraId="40EA58BA" w14:textId="77777777" w:rsidR="006973EC" w:rsidRDefault="003B2FB5">
      <w:r>
        <w:rPr>
          <w:b/>
        </w:rPr>
        <w:t>D. DATA HASIL WAWANCARA / INFORMASI MASYARAKAT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3324"/>
        <w:gridCol w:w="1852"/>
        <w:gridCol w:w="1876"/>
      </w:tblGrid>
      <w:tr w:rsidR="006973EC" w14:paraId="1B05C9A2" w14:textId="77777777" w:rsidTr="003B2FB5">
        <w:trPr>
          <w:jc w:val="center"/>
        </w:trPr>
        <w:tc>
          <w:tcPr>
            <w:tcW w:w="534" w:type="dxa"/>
            <w:shd w:val="clear" w:color="auto" w:fill="D9EAF7"/>
            <w:vAlign w:val="center"/>
          </w:tcPr>
          <w:p w14:paraId="795AAAAA" w14:textId="77777777" w:rsidR="006973EC" w:rsidRDefault="003B2FB5">
            <w:r>
              <w:rPr>
                <w:b/>
                <w:sz w:val="20"/>
              </w:rPr>
              <w:t>No.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26522675" w14:textId="77777777" w:rsidR="006973EC" w:rsidRDefault="003B2FB5">
            <w:r>
              <w:rPr>
                <w:b/>
                <w:sz w:val="20"/>
              </w:rPr>
              <w:t>Narasumber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389A2328" w14:textId="77777777" w:rsidR="006973EC" w:rsidRDefault="003B2FB5">
            <w:r>
              <w:rPr>
                <w:b/>
                <w:sz w:val="20"/>
              </w:rPr>
              <w:t>Jabatan/Peran</w:t>
            </w:r>
          </w:p>
        </w:tc>
        <w:tc>
          <w:tcPr>
            <w:tcW w:w="1852" w:type="dxa"/>
            <w:shd w:val="clear" w:color="auto" w:fill="D9EAF7"/>
            <w:vAlign w:val="center"/>
          </w:tcPr>
          <w:p w14:paraId="0C438868" w14:textId="77777777" w:rsidR="006973EC" w:rsidRDefault="003B2FB5">
            <w:r>
              <w:rPr>
                <w:b/>
                <w:sz w:val="20"/>
              </w:rPr>
              <w:t>Topik Informasi</w:t>
            </w:r>
          </w:p>
        </w:tc>
        <w:tc>
          <w:tcPr>
            <w:tcW w:w="1876" w:type="dxa"/>
            <w:shd w:val="clear" w:color="auto" w:fill="D9EAF7"/>
            <w:vAlign w:val="center"/>
          </w:tcPr>
          <w:p w14:paraId="15D4AD37" w14:textId="77777777" w:rsidR="006973EC" w:rsidRDefault="003B2FB5">
            <w:r>
              <w:rPr>
                <w:b/>
                <w:sz w:val="20"/>
              </w:rPr>
              <w:t>Hasil/Keterangan</w:t>
            </w:r>
          </w:p>
        </w:tc>
      </w:tr>
      <w:tr w:rsidR="006973EC" w14:paraId="130E05DE" w14:textId="77777777" w:rsidTr="003B2FB5">
        <w:trPr>
          <w:jc w:val="center"/>
        </w:trPr>
        <w:tc>
          <w:tcPr>
            <w:tcW w:w="534" w:type="dxa"/>
            <w:vAlign w:val="center"/>
          </w:tcPr>
          <w:p w14:paraId="48151D99" w14:textId="77777777" w:rsidR="006973EC" w:rsidRDefault="003B2FB5">
            <w:r>
              <w:rPr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D1D56F0" w14:textId="77777777" w:rsidR="006973EC" w:rsidRDefault="006973EC"/>
        </w:tc>
        <w:tc>
          <w:tcPr>
            <w:tcW w:w="3324" w:type="dxa"/>
            <w:vAlign w:val="center"/>
          </w:tcPr>
          <w:p w14:paraId="199D25A8" w14:textId="77777777" w:rsidR="006973EC" w:rsidRDefault="006973EC"/>
        </w:tc>
        <w:tc>
          <w:tcPr>
            <w:tcW w:w="1852" w:type="dxa"/>
            <w:vAlign w:val="center"/>
          </w:tcPr>
          <w:p w14:paraId="3CBA6A3C" w14:textId="77777777" w:rsidR="006973EC" w:rsidRDefault="006973EC"/>
        </w:tc>
        <w:tc>
          <w:tcPr>
            <w:tcW w:w="1876" w:type="dxa"/>
            <w:vAlign w:val="center"/>
          </w:tcPr>
          <w:p w14:paraId="568A4F38" w14:textId="77777777" w:rsidR="006973EC" w:rsidRDefault="006973EC"/>
        </w:tc>
      </w:tr>
      <w:tr w:rsidR="006973EC" w14:paraId="4FEFF077" w14:textId="77777777" w:rsidTr="003B2FB5">
        <w:trPr>
          <w:jc w:val="center"/>
        </w:trPr>
        <w:tc>
          <w:tcPr>
            <w:tcW w:w="534" w:type="dxa"/>
            <w:vAlign w:val="center"/>
          </w:tcPr>
          <w:p w14:paraId="1C03C60E" w14:textId="77777777" w:rsidR="006973EC" w:rsidRDefault="003B2FB5"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14:paraId="57D1C799" w14:textId="77777777" w:rsidR="006973EC" w:rsidRDefault="006973EC"/>
        </w:tc>
        <w:tc>
          <w:tcPr>
            <w:tcW w:w="3324" w:type="dxa"/>
            <w:vAlign w:val="center"/>
          </w:tcPr>
          <w:p w14:paraId="25E3217C" w14:textId="77777777" w:rsidR="006973EC" w:rsidRDefault="006973EC"/>
        </w:tc>
        <w:tc>
          <w:tcPr>
            <w:tcW w:w="1852" w:type="dxa"/>
            <w:vAlign w:val="center"/>
          </w:tcPr>
          <w:p w14:paraId="158850EA" w14:textId="77777777" w:rsidR="006973EC" w:rsidRDefault="006973EC"/>
        </w:tc>
        <w:tc>
          <w:tcPr>
            <w:tcW w:w="1876" w:type="dxa"/>
            <w:vAlign w:val="center"/>
          </w:tcPr>
          <w:p w14:paraId="2994E3B2" w14:textId="77777777" w:rsidR="006973EC" w:rsidRDefault="006973EC"/>
        </w:tc>
      </w:tr>
      <w:tr w:rsidR="006973EC" w14:paraId="2CB2D2E6" w14:textId="77777777" w:rsidTr="003B2FB5">
        <w:trPr>
          <w:jc w:val="center"/>
        </w:trPr>
        <w:tc>
          <w:tcPr>
            <w:tcW w:w="534" w:type="dxa"/>
            <w:vAlign w:val="center"/>
          </w:tcPr>
          <w:p w14:paraId="42E8E60A" w14:textId="77777777" w:rsidR="006973EC" w:rsidRDefault="003B2FB5">
            <w:r>
              <w:rPr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7BCDDB2E" w14:textId="77777777" w:rsidR="006973EC" w:rsidRDefault="006973EC"/>
        </w:tc>
        <w:tc>
          <w:tcPr>
            <w:tcW w:w="3324" w:type="dxa"/>
            <w:vAlign w:val="center"/>
          </w:tcPr>
          <w:p w14:paraId="235E73D7" w14:textId="77777777" w:rsidR="006973EC" w:rsidRDefault="006973EC"/>
        </w:tc>
        <w:tc>
          <w:tcPr>
            <w:tcW w:w="1852" w:type="dxa"/>
            <w:vAlign w:val="center"/>
          </w:tcPr>
          <w:p w14:paraId="798EC9F5" w14:textId="77777777" w:rsidR="006973EC" w:rsidRDefault="006973EC"/>
        </w:tc>
        <w:tc>
          <w:tcPr>
            <w:tcW w:w="1876" w:type="dxa"/>
            <w:vAlign w:val="center"/>
          </w:tcPr>
          <w:p w14:paraId="75E6A773" w14:textId="77777777" w:rsidR="006973EC" w:rsidRDefault="006973EC"/>
        </w:tc>
      </w:tr>
      <w:tr w:rsidR="006973EC" w14:paraId="580BA045" w14:textId="77777777" w:rsidTr="003B2FB5">
        <w:trPr>
          <w:jc w:val="center"/>
        </w:trPr>
        <w:tc>
          <w:tcPr>
            <w:tcW w:w="534" w:type="dxa"/>
            <w:vAlign w:val="center"/>
          </w:tcPr>
          <w:p w14:paraId="63519F96" w14:textId="77777777" w:rsidR="006973EC" w:rsidRDefault="003B2FB5">
            <w:r>
              <w:rPr>
                <w:sz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643C1F" w14:textId="77777777" w:rsidR="006973EC" w:rsidRDefault="006973EC"/>
        </w:tc>
        <w:tc>
          <w:tcPr>
            <w:tcW w:w="3324" w:type="dxa"/>
            <w:vAlign w:val="center"/>
          </w:tcPr>
          <w:p w14:paraId="19634A0E" w14:textId="77777777" w:rsidR="006973EC" w:rsidRDefault="006973EC"/>
        </w:tc>
        <w:tc>
          <w:tcPr>
            <w:tcW w:w="1852" w:type="dxa"/>
            <w:vAlign w:val="center"/>
          </w:tcPr>
          <w:p w14:paraId="111CB7EE" w14:textId="77777777" w:rsidR="006973EC" w:rsidRDefault="006973EC"/>
        </w:tc>
        <w:tc>
          <w:tcPr>
            <w:tcW w:w="1876" w:type="dxa"/>
            <w:vAlign w:val="center"/>
          </w:tcPr>
          <w:p w14:paraId="15C8EBD2" w14:textId="77777777" w:rsidR="006973EC" w:rsidRDefault="006973EC"/>
        </w:tc>
      </w:tr>
      <w:tr w:rsidR="006973EC" w14:paraId="5810AB9B" w14:textId="77777777" w:rsidTr="003B2FB5">
        <w:trPr>
          <w:jc w:val="center"/>
        </w:trPr>
        <w:tc>
          <w:tcPr>
            <w:tcW w:w="534" w:type="dxa"/>
            <w:vAlign w:val="center"/>
          </w:tcPr>
          <w:p w14:paraId="51104DC2" w14:textId="77777777" w:rsidR="006973EC" w:rsidRDefault="003B2FB5">
            <w:r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983EB62" w14:textId="77777777" w:rsidR="006973EC" w:rsidRDefault="006973EC"/>
        </w:tc>
        <w:tc>
          <w:tcPr>
            <w:tcW w:w="3324" w:type="dxa"/>
            <w:vAlign w:val="center"/>
          </w:tcPr>
          <w:p w14:paraId="54E9FB9F" w14:textId="77777777" w:rsidR="006973EC" w:rsidRDefault="006973EC"/>
        </w:tc>
        <w:tc>
          <w:tcPr>
            <w:tcW w:w="1852" w:type="dxa"/>
            <w:vAlign w:val="center"/>
          </w:tcPr>
          <w:p w14:paraId="2F66E7B1" w14:textId="77777777" w:rsidR="006973EC" w:rsidRDefault="006973EC"/>
        </w:tc>
        <w:tc>
          <w:tcPr>
            <w:tcW w:w="1876" w:type="dxa"/>
            <w:vAlign w:val="center"/>
          </w:tcPr>
          <w:p w14:paraId="19D33E7B" w14:textId="77777777" w:rsidR="006973EC" w:rsidRDefault="006973EC"/>
        </w:tc>
      </w:tr>
    </w:tbl>
    <w:p w14:paraId="1294389F" w14:textId="77777777" w:rsidR="006973EC" w:rsidRDefault="006973EC"/>
    <w:p w14:paraId="5B4CE109" w14:textId="77777777" w:rsidR="006973EC" w:rsidRDefault="003B2FB5">
      <w:r>
        <w:rPr>
          <w:b/>
        </w:rPr>
        <w:t>E. IDENTIFIKASI MASALAH DAN PRIORITAS PROGRAM KKN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75"/>
        <w:gridCol w:w="3028"/>
        <w:gridCol w:w="1857"/>
        <w:gridCol w:w="1872"/>
        <w:gridCol w:w="1855"/>
      </w:tblGrid>
      <w:tr w:rsidR="006973EC" w14:paraId="2C596910" w14:textId="77777777" w:rsidTr="003B2FB5">
        <w:tc>
          <w:tcPr>
            <w:tcW w:w="675" w:type="dxa"/>
            <w:shd w:val="clear" w:color="auto" w:fill="D9EAF7"/>
            <w:vAlign w:val="center"/>
          </w:tcPr>
          <w:p w14:paraId="2F61F5BB" w14:textId="77777777" w:rsidR="006973EC" w:rsidRDefault="003B2FB5">
            <w:r>
              <w:rPr>
                <w:b/>
                <w:sz w:val="20"/>
              </w:rPr>
              <w:t>No.</w:t>
            </w:r>
          </w:p>
        </w:tc>
        <w:tc>
          <w:tcPr>
            <w:tcW w:w="3028" w:type="dxa"/>
            <w:shd w:val="clear" w:color="auto" w:fill="D9EAF7"/>
            <w:vAlign w:val="center"/>
          </w:tcPr>
          <w:p w14:paraId="5C1CCA25" w14:textId="77777777" w:rsidR="006973EC" w:rsidRDefault="003B2FB5">
            <w:r>
              <w:rPr>
                <w:b/>
                <w:sz w:val="20"/>
              </w:rPr>
              <w:t>Masalah yang Ditemukan</w:t>
            </w:r>
          </w:p>
        </w:tc>
        <w:tc>
          <w:tcPr>
            <w:tcW w:w="1857" w:type="dxa"/>
            <w:shd w:val="clear" w:color="auto" w:fill="D9EAF7"/>
            <w:vAlign w:val="center"/>
          </w:tcPr>
          <w:p w14:paraId="5783C4A8" w14:textId="77777777" w:rsidR="006973EC" w:rsidRDefault="003B2FB5">
            <w:r>
              <w:rPr>
                <w:b/>
                <w:sz w:val="20"/>
              </w:rPr>
              <w:t>Penyebab</w:t>
            </w:r>
          </w:p>
        </w:tc>
        <w:tc>
          <w:tcPr>
            <w:tcW w:w="1872" w:type="dxa"/>
            <w:shd w:val="clear" w:color="auto" w:fill="D9EAF7"/>
            <w:vAlign w:val="center"/>
          </w:tcPr>
          <w:p w14:paraId="751C4B5A" w14:textId="77777777" w:rsidR="006973EC" w:rsidRDefault="003B2FB5">
            <w:r>
              <w:rPr>
                <w:b/>
                <w:sz w:val="20"/>
              </w:rPr>
              <w:t>Potensi/Sumber Daya</w:t>
            </w:r>
          </w:p>
        </w:tc>
        <w:tc>
          <w:tcPr>
            <w:tcW w:w="1855" w:type="dxa"/>
            <w:shd w:val="clear" w:color="auto" w:fill="D9EAF7"/>
            <w:vAlign w:val="center"/>
          </w:tcPr>
          <w:p w14:paraId="5983B23B" w14:textId="77777777" w:rsidR="006973EC" w:rsidRDefault="003B2FB5">
            <w:r>
              <w:rPr>
                <w:b/>
                <w:sz w:val="20"/>
              </w:rPr>
              <w:t>Prioritas Program</w:t>
            </w:r>
          </w:p>
        </w:tc>
      </w:tr>
      <w:tr w:rsidR="006973EC" w14:paraId="484A3EB4" w14:textId="77777777" w:rsidTr="003B2FB5">
        <w:tc>
          <w:tcPr>
            <w:tcW w:w="675" w:type="dxa"/>
            <w:vAlign w:val="center"/>
          </w:tcPr>
          <w:p w14:paraId="7D20464D" w14:textId="77777777" w:rsidR="006973EC" w:rsidRDefault="003B2FB5">
            <w:r>
              <w:rPr>
                <w:sz w:val="20"/>
              </w:rPr>
              <w:t>1</w:t>
            </w:r>
          </w:p>
        </w:tc>
        <w:tc>
          <w:tcPr>
            <w:tcW w:w="3028" w:type="dxa"/>
            <w:vAlign w:val="center"/>
          </w:tcPr>
          <w:p w14:paraId="5A3600B7" w14:textId="77777777" w:rsidR="006973EC" w:rsidRDefault="006973EC"/>
        </w:tc>
        <w:tc>
          <w:tcPr>
            <w:tcW w:w="1857" w:type="dxa"/>
            <w:vAlign w:val="center"/>
          </w:tcPr>
          <w:p w14:paraId="64C65959" w14:textId="77777777" w:rsidR="006973EC" w:rsidRDefault="006973EC"/>
        </w:tc>
        <w:tc>
          <w:tcPr>
            <w:tcW w:w="1872" w:type="dxa"/>
            <w:vAlign w:val="center"/>
          </w:tcPr>
          <w:p w14:paraId="285EA89D" w14:textId="77777777" w:rsidR="006973EC" w:rsidRDefault="006973EC"/>
        </w:tc>
        <w:tc>
          <w:tcPr>
            <w:tcW w:w="1855" w:type="dxa"/>
            <w:vAlign w:val="center"/>
          </w:tcPr>
          <w:p w14:paraId="52775D7C" w14:textId="77777777" w:rsidR="006973EC" w:rsidRDefault="006973EC"/>
        </w:tc>
      </w:tr>
      <w:tr w:rsidR="006973EC" w14:paraId="35CA3B78" w14:textId="77777777" w:rsidTr="003B2FB5">
        <w:tc>
          <w:tcPr>
            <w:tcW w:w="675" w:type="dxa"/>
            <w:vAlign w:val="center"/>
          </w:tcPr>
          <w:p w14:paraId="6354655E" w14:textId="77777777" w:rsidR="006973EC" w:rsidRDefault="003B2FB5">
            <w:r>
              <w:rPr>
                <w:sz w:val="20"/>
              </w:rPr>
              <w:t>2</w:t>
            </w:r>
          </w:p>
        </w:tc>
        <w:tc>
          <w:tcPr>
            <w:tcW w:w="3028" w:type="dxa"/>
            <w:vAlign w:val="center"/>
          </w:tcPr>
          <w:p w14:paraId="37C1A928" w14:textId="77777777" w:rsidR="006973EC" w:rsidRDefault="006973EC"/>
        </w:tc>
        <w:tc>
          <w:tcPr>
            <w:tcW w:w="1857" w:type="dxa"/>
            <w:vAlign w:val="center"/>
          </w:tcPr>
          <w:p w14:paraId="1B832D7D" w14:textId="77777777" w:rsidR="006973EC" w:rsidRDefault="006973EC"/>
        </w:tc>
        <w:tc>
          <w:tcPr>
            <w:tcW w:w="1872" w:type="dxa"/>
            <w:vAlign w:val="center"/>
          </w:tcPr>
          <w:p w14:paraId="1274D29B" w14:textId="77777777" w:rsidR="006973EC" w:rsidRDefault="006973EC"/>
        </w:tc>
        <w:tc>
          <w:tcPr>
            <w:tcW w:w="1855" w:type="dxa"/>
            <w:vAlign w:val="center"/>
          </w:tcPr>
          <w:p w14:paraId="26C02EA5" w14:textId="77777777" w:rsidR="006973EC" w:rsidRDefault="006973EC"/>
        </w:tc>
      </w:tr>
      <w:tr w:rsidR="006973EC" w14:paraId="28F35F47" w14:textId="77777777" w:rsidTr="003B2FB5">
        <w:tc>
          <w:tcPr>
            <w:tcW w:w="675" w:type="dxa"/>
            <w:vAlign w:val="center"/>
          </w:tcPr>
          <w:p w14:paraId="2A584808" w14:textId="77777777" w:rsidR="006973EC" w:rsidRDefault="003B2FB5">
            <w:r>
              <w:rPr>
                <w:sz w:val="20"/>
              </w:rPr>
              <w:t>3</w:t>
            </w:r>
          </w:p>
        </w:tc>
        <w:tc>
          <w:tcPr>
            <w:tcW w:w="3028" w:type="dxa"/>
            <w:vAlign w:val="center"/>
          </w:tcPr>
          <w:p w14:paraId="17D021CB" w14:textId="77777777" w:rsidR="006973EC" w:rsidRDefault="006973EC"/>
        </w:tc>
        <w:tc>
          <w:tcPr>
            <w:tcW w:w="1857" w:type="dxa"/>
            <w:vAlign w:val="center"/>
          </w:tcPr>
          <w:p w14:paraId="26AD15C8" w14:textId="77777777" w:rsidR="006973EC" w:rsidRDefault="006973EC"/>
        </w:tc>
        <w:tc>
          <w:tcPr>
            <w:tcW w:w="1872" w:type="dxa"/>
            <w:vAlign w:val="center"/>
          </w:tcPr>
          <w:p w14:paraId="59295380" w14:textId="77777777" w:rsidR="006973EC" w:rsidRDefault="006973EC"/>
        </w:tc>
        <w:tc>
          <w:tcPr>
            <w:tcW w:w="1855" w:type="dxa"/>
            <w:vAlign w:val="center"/>
          </w:tcPr>
          <w:p w14:paraId="21753808" w14:textId="77777777" w:rsidR="006973EC" w:rsidRDefault="006973EC"/>
        </w:tc>
      </w:tr>
      <w:tr w:rsidR="006973EC" w14:paraId="5FC343B2" w14:textId="77777777" w:rsidTr="003B2FB5">
        <w:tc>
          <w:tcPr>
            <w:tcW w:w="675" w:type="dxa"/>
            <w:vAlign w:val="center"/>
          </w:tcPr>
          <w:p w14:paraId="1B9AEE80" w14:textId="77777777" w:rsidR="006973EC" w:rsidRDefault="003B2FB5">
            <w:r>
              <w:rPr>
                <w:sz w:val="20"/>
              </w:rPr>
              <w:t>4</w:t>
            </w:r>
          </w:p>
        </w:tc>
        <w:tc>
          <w:tcPr>
            <w:tcW w:w="3028" w:type="dxa"/>
            <w:vAlign w:val="center"/>
          </w:tcPr>
          <w:p w14:paraId="21BC77D3" w14:textId="77777777" w:rsidR="006973EC" w:rsidRDefault="006973EC"/>
        </w:tc>
        <w:tc>
          <w:tcPr>
            <w:tcW w:w="1857" w:type="dxa"/>
            <w:vAlign w:val="center"/>
          </w:tcPr>
          <w:p w14:paraId="564D8C87" w14:textId="77777777" w:rsidR="006973EC" w:rsidRDefault="006973EC"/>
        </w:tc>
        <w:tc>
          <w:tcPr>
            <w:tcW w:w="1872" w:type="dxa"/>
            <w:vAlign w:val="center"/>
          </w:tcPr>
          <w:p w14:paraId="7814FDB1" w14:textId="77777777" w:rsidR="006973EC" w:rsidRDefault="006973EC"/>
        </w:tc>
        <w:tc>
          <w:tcPr>
            <w:tcW w:w="1855" w:type="dxa"/>
            <w:vAlign w:val="center"/>
          </w:tcPr>
          <w:p w14:paraId="585569A8" w14:textId="77777777" w:rsidR="006973EC" w:rsidRDefault="006973EC"/>
        </w:tc>
      </w:tr>
      <w:tr w:rsidR="006973EC" w14:paraId="7C293223" w14:textId="77777777" w:rsidTr="003B2FB5">
        <w:tc>
          <w:tcPr>
            <w:tcW w:w="675" w:type="dxa"/>
            <w:vAlign w:val="center"/>
          </w:tcPr>
          <w:p w14:paraId="6108F28E" w14:textId="77777777" w:rsidR="006973EC" w:rsidRDefault="003B2FB5">
            <w:r>
              <w:rPr>
                <w:sz w:val="20"/>
              </w:rPr>
              <w:t>5</w:t>
            </w:r>
          </w:p>
        </w:tc>
        <w:tc>
          <w:tcPr>
            <w:tcW w:w="3028" w:type="dxa"/>
            <w:vAlign w:val="center"/>
          </w:tcPr>
          <w:p w14:paraId="2F4E2B32" w14:textId="77777777" w:rsidR="006973EC" w:rsidRDefault="006973EC"/>
        </w:tc>
        <w:tc>
          <w:tcPr>
            <w:tcW w:w="1857" w:type="dxa"/>
            <w:vAlign w:val="center"/>
          </w:tcPr>
          <w:p w14:paraId="64DBEF6F" w14:textId="77777777" w:rsidR="006973EC" w:rsidRDefault="006973EC"/>
        </w:tc>
        <w:tc>
          <w:tcPr>
            <w:tcW w:w="1872" w:type="dxa"/>
            <w:vAlign w:val="center"/>
          </w:tcPr>
          <w:p w14:paraId="647D6018" w14:textId="77777777" w:rsidR="006973EC" w:rsidRDefault="006973EC"/>
        </w:tc>
        <w:tc>
          <w:tcPr>
            <w:tcW w:w="1855" w:type="dxa"/>
            <w:vAlign w:val="center"/>
          </w:tcPr>
          <w:p w14:paraId="38DC72B4" w14:textId="77777777" w:rsidR="006973EC" w:rsidRDefault="006973EC"/>
        </w:tc>
      </w:tr>
    </w:tbl>
    <w:p w14:paraId="5375653F" w14:textId="77777777" w:rsidR="006973EC" w:rsidRDefault="006973EC"/>
    <w:p w14:paraId="59B9F787" w14:textId="77777777" w:rsidR="006973EC" w:rsidRDefault="003B2FB5">
      <w:r>
        <w:rPr>
          <w:b/>
        </w:rPr>
        <w:t>F. DOKUMENTASI OBSERVASI</w:t>
      </w:r>
    </w:p>
    <w:p w14:paraId="4E59E77C" w14:textId="77777777" w:rsidR="006973EC" w:rsidRDefault="003B2FB5">
      <w:r>
        <w:rPr>
          <w:b/>
        </w:rPr>
        <w:t>Foto 1: Kondisi umum desa</w:t>
      </w:r>
      <w:r>
        <w:rPr>
          <w:b/>
        </w:rPr>
        <w:br/>
      </w:r>
      <w:r>
        <w:t>[ Tempat menempelkan foto ]</w:t>
      </w:r>
    </w:p>
    <w:p w14:paraId="6A125A09" w14:textId="77777777" w:rsidR="006973EC" w:rsidRDefault="003B2FB5">
      <w:r>
        <w:rPr>
          <w:b/>
        </w:rPr>
        <w:t>Foto 2: Sarana/prasarana</w:t>
      </w:r>
      <w:r>
        <w:rPr>
          <w:b/>
        </w:rPr>
        <w:br/>
      </w:r>
      <w:r>
        <w:t>[ Tempat menempelkan foto ]</w:t>
      </w:r>
    </w:p>
    <w:p w14:paraId="5D14EAE0" w14:textId="77777777" w:rsidR="006973EC" w:rsidRDefault="003B2FB5">
      <w:r>
        <w:rPr>
          <w:b/>
        </w:rPr>
        <w:t>Foto 3: Kegiatan/aktivitas masyarakat</w:t>
      </w:r>
      <w:r>
        <w:rPr>
          <w:b/>
        </w:rPr>
        <w:br/>
      </w:r>
      <w:r>
        <w:t>[ Tempat menempelkan foto ]</w:t>
      </w:r>
    </w:p>
    <w:p w14:paraId="06838AE4" w14:textId="77777777" w:rsidR="006973EC" w:rsidRDefault="003B2FB5">
      <w:r>
        <w:rPr>
          <w:b/>
        </w:rPr>
        <w:t>Foto 4: Potensi atau permasalahan desa</w:t>
      </w:r>
      <w:r>
        <w:rPr>
          <w:b/>
        </w:rPr>
        <w:br/>
      </w:r>
      <w:r>
        <w:t>[ Tempat menempelkan foto ]</w:t>
      </w:r>
    </w:p>
    <w:p w14:paraId="7F73F570" w14:textId="77777777" w:rsidR="006973EC" w:rsidRDefault="006973EC"/>
    <w:p w14:paraId="1E9BB4C3" w14:textId="77777777" w:rsidR="006973EC" w:rsidRDefault="003B2FB5">
      <w:r>
        <w:rPr>
          <w:b/>
        </w:rPr>
        <w:t>G. KESIMPULAN DAN REKOMENDASI</w:t>
      </w:r>
    </w:p>
    <w:p w14:paraId="5672660B" w14:textId="77777777" w:rsidR="006973EC" w:rsidRDefault="003B2FB5">
      <w:r>
        <w:rPr>
          <w:b/>
        </w:rPr>
        <w:t>Kesimpulan hasil observasi:</w:t>
      </w:r>
    </w:p>
    <w:p w14:paraId="7DC19F97" w14:textId="77777777" w:rsidR="006973EC" w:rsidRDefault="003B2FB5">
      <w:r>
        <w:t>................................................................................................................</w:t>
      </w:r>
    </w:p>
    <w:p w14:paraId="08145DC4" w14:textId="77777777" w:rsidR="006973EC" w:rsidRDefault="003B2FB5">
      <w:r>
        <w:t>................................................................................................................</w:t>
      </w:r>
    </w:p>
    <w:p w14:paraId="105DF010" w14:textId="77777777" w:rsidR="006973EC" w:rsidRDefault="003B2FB5">
      <w:r>
        <w:rPr>
          <w:b/>
        </w:rPr>
        <w:t>Rekomendasi program kerja KKN:</w:t>
      </w:r>
    </w:p>
    <w:p w14:paraId="7ECF50B4" w14:textId="77777777" w:rsidR="006973EC" w:rsidRDefault="003B2FB5">
      <w:r>
        <w:t>................................................................................................................</w:t>
      </w:r>
    </w:p>
    <w:p w14:paraId="725800C0" w14:textId="77777777" w:rsidR="006973EC" w:rsidRDefault="003B2FB5">
      <w:r>
        <w:lastRenderedPageBreak/>
        <w:t>................................................................................................................</w:t>
      </w:r>
    </w:p>
    <w:p w14:paraId="3521AD3A" w14:textId="77777777" w:rsidR="006973EC" w:rsidRDefault="006973EC"/>
    <w:p w14:paraId="67FF5E10" w14:textId="77777777" w:rsidR="006973EC" w:rsidRDefault="003B2FB5">
      <w:r>
        <w:rPr>
          <w:b/>
        </w:rPr>
        <w:t>H. PENGESAHAN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6973EC" w14:paraId="68AB8DF3" w14:textId="77777777" w:rsidTr="003B2FB5">
        <w:trPr>
          <w:jc w:val="center"/>
        </w:trPr>
        <w:tc>
          <w:tcPr>
            <w:tcW w:w="4647" w:type="dxa"/>
            <w:vAlign w:val="center"/>
          </w:tcPr>
          <w:p w14:paraId="0DA60024" w14:textId="3118F4A3" w:rsidR="006973EC" w:rsidRDefault="00B45346">
            <w:proofErr w:type="spellStart"/>
            <w:r>
              <w:rPr>
                <w:sz w:val="22"/>
              </w:rPr>
              <w:t>Dosen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  <w:r>
              <w:rPr>
                <w:sz w:val="22"/>
              </w:rPr>
              <w:t xml:space="preserve"> I</w:t>
            </w:r>
            <w:r w:rsidR="003B2FB5">
              <w:rPr>
                <w:sz w:val="22"/>
              </w:rPr>
              <w:br/>
            </w:r>
            <w:r w:rsidR="003B2FB5">
              <w:rPr>
                <w:sz w:val="22"/>
              </w:rPr>
              <w:br/>
            </w:r>
            <w:r w:rsidR="003B2FB5">
              <w:rPr>
                <w:sz w:val="22"/>
              </w:rPr>
              <w:br/>
            </w:r>
            <w:r w:rsidR="003B2FB5">
              <w:rPr>
                <w:sz w:val="22"/>
              </w:rPr>
              <w:br/>
            </w:r>
            <w:r w:rsidR="003B2FB5">
              <w:rPr>
                <w:sz w:val="22"/>
              </w:rP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34602D03" w14:textId="5F45591D" w:rsidR="006973EC" w:rsidRDefault="00B45346">
            <w:proofErr w:type="spellStart"/>
            <w:r>
              <w:rPr>
                <w:sz w:val="22"/>
              </w:rPr>
              <w:t>Dosen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  <w:r>
              <w:rPr>
                <w:sz w:val="22"/>
              </w:rPr>
              <w:t xml:space="preserve"> I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</w:tr>
      <w:tr w:rsidR="00B45346" w14:paraId="2DA8D6BD" w14:textId="77777777" w:rsidTr="003B2FB5">
        <w:trPr>
          <w:jc w:val="center"/>
        </w:trPr>
        <w:tc>
          <w:tcPr>
            <w:tcW w:w="4647" w:type="dxa"/>
            <w:vAlign w:val="center"/>
          </w:tcPr>
          <w:p w14:paraId="14E0C0D5" w14:textId="7CD59692" w:rsidR="00B45346" w:rsidRDefault="00B45346" w:rsidP="00B4534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Ketua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Kelompok</w:t>
            </w:r>
            <w:proofErr w:type="spellEnd"/>
            <w:r>
              <w:rPr>
                <w:sz w:val="22"/>
              </w:rPr>
              <w:t xml:space="preserve"> KKN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0D526993" w14:textId="28FE6889" w:rsidR="00B45346" w:rsidRDefault="00B45346" w:rsidP="00B4534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Perwakilan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Mahasiswa</w:t>
            </w:r>
            <w:proofErr w:type="spellEnd"/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</w:tr>
      <w:tr w:rsidR="00B45346" w14:paraId="58A82DBA" w14:textId="77777777" w:rsidTr="003B2FB5">
        <w:trPr>
          <w:trHeight w:val="517"/>
          <w:jc w:val="center"/>
        </w:trPr>
        <w:tc>
          <w:tcPr>
            <w:tcW w:w="9287" w:type="dxa"/>
            <w:gridSpan w:val="2"/>
            <w:vMerge w:val="restart"/>
            <w:vAlign w:val="center"/>
          </w:tcPr>
          <w:p w14:paraId="18719685" w14:textId="77777777" w:rsidR="00B45346" w:rsidRDefault="00B45346" w:rsidP="00B45346">
            <w:proofErr w:type="spellStart"/>
            <w:r>
              <w:rPr>
                <w:sz w:val="22"/>
              </w:rPr>
              <w:t>Catatan</w:t>
            </w:r>
            <w:proofErr w:type="spellEnd"/>
            <w:r>
              <w:rPr>
                <w:sz w:val="22"/>
              </w:rPr>
              <w:t xml:space="preserve"> tambahan: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........................................................................................................</w:t>
            </w:r>
            <w:r>
              <w:rPr>
                <w:sz w:val="22"/>
              </w:rPr>
              <w:br/>
              <w:t>........................................................................................................</w:t>
            </w:r>
          </w:p>
        </w:tc>
      </w:tr>
      <w:tr w:rsidR="00B45346" w14:paraId="5FEC51EC" w14:textId="77777777" w:rsidTr="003B2FB5">
        <w:trPr>
          <w:trHeight w:val="517"/>
          <w:jc w:val="center"/>
        </w:trPr>
        <w:tc>
          <w:tcPr>
            <w:tcW w:w="9287" w:type="dxa"/>
            <w:gridSpan w:val="2"/>
            <w:vMerge/>
            <w:vAlign w:val="center"/>
          </w:tcPr>
          <w:p w14:paraId="46EF285D" w14:textId="77777777" w:rsidR="00B45346" w:rsidRDefault="00B45346" w:rsidP="00B45346"/>
        </w:tc>
      </w:tr>
      <w:tr w:rsidR="00B45346" w14:paraId="5E1D6B0F" w14:textId="77777777" w:rsidTr="003B2FB5">
        <w:trPr>
          <w:trHeight w:val="517"/>
          <w:jc w:val="center"/>
        </w:trPr>
        <w:tc>
          <w:tcPr>
            <w:tcW w:w="9287" w:type="dxa"/>
            <w:gridSpan w:val="2"/>
            <w:vMerge/>
            <w:vAlign w:val="center"/>
          </w:tcPr>
          <w:p w14:paraId="080FB849" w14:textId="77777777" w:rsidR="00B45346" w:rsidRDefault="00B45346" w:rsidP="00B45346"/>
        </w:tc>
      </w:tr>
    </w:tbl>
    <w:p w14:paraId="29A1148A" w14:textId="77777777" w:rsidR="006973EC" w:rsidRDefault="006973EC"/>
    <w:p w14:paraId="239DAFCD" w14:textId="77777777" w:rsidR="006973EC" w:rsidRDefault="003B2FB5">
      <w:pPr>
        <w:jc w:val="center"/>
      </w:pPr>
      <w:r>
        <w:rPr>
          <w:i/>
          <w:sz w:val="18"/>
        </w:rPr>
        <w:t>STAI Paduka Anambas — Format Observasi Desa KKN</w:t>
      </w:r>
    </w:p>
    <w:sectPr w:rsidR="006973EC" w:rsidSect="008848E9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2FB5"/>
    <w:rsid w:val="006973EC"/>
    <w:rsid w:val="008848E9"/>
    <w:rsid w:val="00AA1D8D"/>
    <w:rsid w:val="00B45346"/>
    <w:rsid w:val="00B47730"/>
    <w:rsid w:val="00CB0664"/>
    <w:rsid w:val="00DC5670"/>
    <w:rsid w:val="00F367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AC017D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6</cp:revision>
  <dcterms:created xsi:type="dcterms:W3CDTF">2013-12-23T23:15:00Z</dcterms:created>
  <dcterms:modified xsi:type="dcterms:W3CDTF">2026-09-08T05:03:00Z</dcterms:modified>
  <cp:category/>
</cp:coreProperties>
</file>