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BFDF" w14:textId="39B90447" w:rsidR="00C031B6" w:rsidRDefault="00C031B6" w:rsidP="00BE162A">
      <w:pPr>
        <w:spacing w:after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 wp14:anchorId="09E5F143" wp14:editId="62071077">
            <wp:simplePos x="0" y="0"/>
            <wp:positionH relativeFrom="column">
              <wp:posOffset>2228215</wp:posOffset>
            </wp:positionH>
            <wp:positionV relativeFrom="paragraph">
              <wp:posOffset>-542290</wp:posOffset>
            </wp:positionV>
            <wp:extent cx="990738" cy="95263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0738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A46F6" w14:textId="77777777" w:rsidR="00C031B6" w:rsidRDefault="00C031B6" w:rsidP="00BE162A">
      <w:pPr>
        <w:spacing w:after="0"/>
        <w:jc w:val="center"/>
        <w:rPr>
          <w:b/>
          <w:sz w:val="28"/>
        </w:rPr>
      </w:pPr>
    </w:p>
    <w:p w14:paraId="7FF27F05" w14:textId="61BAA860" w:rsidR="00447590" w:rsidRDefault="00C031B6" w:rsidP="00BE162A">
      <w:pPr>
        <w:spacing w:after="0"/>
        <w:jc w:val="center"/>
      </w:pPr>
      <w:r>
        <w:rPr>
          <w:b/>
          <w:sz w:val="28"/>
        </w:rPr>
        <w:t>SEKOLAH TINGGI AGAMA ISLAM (STAI) PADUKA ANAMBAS</w:t>
      </w:r>
    </w:p>
    <w:p w14:paraId="14FFD6F5" w14:textId="77777777" w:rsidR="00447590" w:rsidRDefault="00C031B6" w:rsidP="00BE162A">
      <w:pPr>
        <w:spacing w:after="0"/>
        <w:jc w:val="center"/>
      </w:pPr>
      <w:r>
        <w:rPr>
          <w:b/>
        </w:rPr>
        <w:t>KEGIATAN KULIAH KERJA NYATA (KKN)</w:t>
      </w:r>
    </w:p>
    <w:p w14:paraId="35E63D76" w14:textId="77777777" w:rsidR="00447590" w:rsidRDefault="00447590" w:rsidP="00BE162A">
      <w:pPr>
        <w:spacing w:after="0"/>
      </w:pPr>
    </w:p>
    <w:p w14:paraId="5CD0A425" w14:textId="0A95B35A" w:rsidR="00447590" w:rsidRDefault="00C031B6" w:rsidP="00BE162A">
      <w:pPr>
        <w:spacing w:after="0"/>
        <w:jc w:val="center"/>
      </w:pPr>
      <w:r>
        <w:rPr>
          <w:b/>
          <w:sz w:val="28"/>
        </w:rPr>
        <w:t>PEMETAAN POTENSI DESA</w:t>
      </w:r>
    </w:p>
    <w:p w14:paraId="4B35F5D5" w14:textId="77777777" w:rsidR="00447590" w:rsidRDefault="00C031B6" w:rsidP="00BE162A">
      <w:pPr>
        <w:spacing w:after="0"/>
        <w:jc w:val="center"/>
      </w:pPr>
      <w:r>
        <w:rPr>
          <w:b/>
        </w:rPr>
        <w:t>KULIAH KERJA NYATA (KKN) TAHUN ________</w:t>
      </w:r>
    </w:p>
    <w:p w14:paraId="7024D6C6" w14:textId="77777777" w:rsidR="00447590" w:rsidRDefault="00447590"/>
    <w:p w14:paraId="5050676F" w14:textId="77777777" w:rsidR="00447590" w:rsidRDefault="00C031B6">
      <w:r>
        <w:rPr>
          <w:b/>
        </w:rPr>
        <w:t>A. IDENTITAS DESA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623"/>
        <w:gridCol w:w="4664"/>
      </w:tblGrid>
      <w:tr w:rsidR="00447590" w14:paraId="443B00DB" w14:textId="77777777">
        <w:tc>
          <w:tcPr>
            <w:tcW w:w="4702" w:type="dxa"/>
            <w:vAlign w:val="center"/>
          </w:tcPr>
          <w:p w14:paraId="379CF0C1" w14:textId="77777777" w:rsidR="00447590" w:rsidRDefault="00C031B6">
            <w:r>
              <w:rPr>
                <w:b/>
                <w:sz w:val="22"/>
              </w:rPr>
              <w:t>Nama Desa/Kelurahan</w:t>
            </w:r>
          </w:p>
        </w:tc>
        <w:tc>
          <w:tcPr>
            <w:tcW w:w="4702" w:type="dxa"/>
            <w:vAlign w:val="center"/>
          </w:tcPr>
          <w:p w14:paraId="1ACCF761" w14:textId="77777777" w:rsidR="00447590" w:rsidRDefault="00C031B6">
            <w:r>
              <w:rPr>
                <w:sz w:val="22"/>
              </w:rPr>
              <w:t>: ........................................................</w:t>
            </w:r>
          </w:p>
        </w:tc>
      </w:tr>
      <w:tr w:rsidR="00447590" w14:paraId="0F0E42EA" w14:textId="77777777">
        <w:tc>
          <w:tcPr>
            <w:tcW w:w="4702" w:type="dxa"/>
            <w:vAlign w:val="center"/>
          </w:tcPr>
          <w:p w14:paraId="269CA960" w14:textId="77777777" w:rsidR="00447590" w:rsidRDefault="00C031B6">
            <w:r>
              <w:rPr>
                <w:b/>
                <w:sz w:val="22"/>
              </w:rPr>
              <w:t>Kecamatan</w:t>
            </w:r>
          </w:p>
        </w:tc>
        <w:tc>
          <w:tcPr>
            <w:tcW w:w="4702" w:type="dxa"/>
            <w:vAlign w:val="center"/>
          </w:tcPr>
          <w:p w14:paraId="631A9D37" w14:textId="77777777" w:rsidR="00447590" w:rsidRDefault="00C031B6">
            <w:r>
              <w:rPr>
                <w:sz w:val="22"/>
              </w:rPr>
              <w:t>: ........................................................</w:t>
            </w:r>
          </w:p>
        </w:tc>
      </w:tr>
      <w:tr w:rsidR="00447590" w14:paraId="6CD07BF5" w14:textId="77777777">
        <w:tc>
          <w:tcPr>
            <w:tcW w:w="4702" w:type="dxa"/>
            <w:vAlign w:val="center"/>
          </w:tcPr>
          <w:p w14:paraId="3129CF1E" w14:textId="77777777" w:rsidR="00447590" w:rsidRDefault="00C031B6">
            <w:r>
              <w:rPr>
                <w:b/>
                <w:sz w:val="22"/>
              </w:rPr>
              <w:t>Kabupaten/Kota</w:t>
            </w:r>
          </w:p>
        </w:tc>
        <w:tc>
          <w:tcPr>
            <w:tcW w:w="4702" w:type="dxa"/>
            <w:vAlign w:val="center"/>
          </w:tcPr>
          <w:p w14:paraId="2BFB9003" w14:textId="77777777" w:rsidR="00447590" w:rsidRDefault="00C031B6">
            <w:r>
              <w:rPr>
                <w:sz w:val="22"/>
              </w:rPr>
              <w:t>: ........................................................</w:t>
            </w:r>
          </w:p>
        </w:tc>
      </w:tr>
      <w:tr w:rsidR="00447590" w14:paraId="45E022C6" w14:textId="77777777">
        <w:tc>
          <w:tcPr>
            <w:tcW w:w="4702" w:type="dxa"/>
            <w:vAlign w:val="center"/>
          </w:tcPr>
          <w:p w14:paraId="1530610A" w14:textId="77777777" w:rsidR="00447590" w:rsidRDefault="00C031B6">
            <w:r>
              <w:rPr>
                <w:b/>
                <w:sz w:val="22"/>
              </w:rPr>
              <w:t>Provinsi</w:t>
            </w:r>
          </w:p>
        </w:tc>
        <w:tc>
          <w:tcPr>
            <w:tcW w:w="4702" w:type="dxa"/>
            <w:vAlign w:val="center"/>
          </w:tcPr>
          <w:p w14:paraId="7C0779FF" w14:textId="77777777" w:rsidR="00447590" w:rsidRDefault="00C031B6">
            <w:r>
              <w:rPr>
                <w:sz w:val="22"/>
              </w:rPr>
              <w:t>: ........................................................</w:t>
            </w:r>
          </w:p>
        </w:tc>
      </w:tr>
      <w:tr w:rsidR="00447590" w14:paraId="597DFA0B" w14:textId="77777777">
        <w:tc>
          <w:tcPr>
            <w:tcW w:w="4702" w:type="dxa"/>
            <w:vAlign w:val="center"/>
          </w:tcPr>
          <w:p w14:paraId="42A2D893" w14:textId="77777777" w:rsidR="00447590" w:rsidRDefault="00C031B6">
            <w:r>
              <w:rPr>
                <w:b/>
                <w:sz w:val="22"/>
              </w:rPr>
              <w:t>Kelompok KKN</w:t>
            </w:r>
          </w:p>
        </w:tc>
        <w:tc>
          <w:tcPr>
            <w:tcW w:w="4702" w:type="dxa"/>
            <w:vAlign w:val="center"/>
          </w:tcPr>
          <w:p w14:paraId="7C5B66A6" w14:textId="77777777" w:rsidR="00447590" w:rsidRDefault="00C031B6">
            <w:r>
              <w:rPr>
                <w:sz w:val="22"/>
              </w:rPr>
              <w:t>: ........................................................</w:t>
            </w:r>
          </w:p>
        </w:tc>
      </w:tr>
      <w:tr w:rsidR="00447590" w14:paraId="0F4D1D42" w14:textId="77777777">
        <w:tc>
          <w:tcPr>
            <w:tcW w:w="4702" w:type="dxa"/>
            <w:vAlign w:val="center"/>
          </w:tcPr>
          <w:p w14:paraId="50EE6F0E" w14:textId="77777777" w:rsidR="00447590" w:rsidRDefault="00C031B6">
            <w:r>
              <w:rPr>
                <w:b/>
                <w:sz w:val="22"/>
              </w:rPr>
              <w:t>Dosen Pembimbing Lapangan (DPL)</w:t>
            </w:r>
          </w:p>
        </w:tc>
        <w:tc>
          <w:tcPr>
            <w:tcW w:w="4702" w:type="dxa"/>
            <w:vAlign w:val="center"/>
          </w:tcPr>
          <w:p w14:paraId="66275DFA" w14:textId="77777777" w:rsidR="00447590" w:rsidRDefault="00C031B6">
            <w:r>
              <w:rPr>
                <w:sz w:val="22"/>
              </w:rPr>
              <w:t>: ........................................................</w:t>
            </w:r>
          </w:p>
        </w:tc>
      </w:tr>
      <w:tr w:rsidR="00447590" w14:paraId="0F54CDA3" w14:textId="77777777">
        <w:tc>
          <w:tcPr>
            <w:tcW w:w="4702" w:type="dxa"/>
            <w:vAlign w:val="center"/>
          </w:tcPr>
          <w:p w14:paraId="1C6833DC" w14:textId="77777777" w:rsidR="00447590" w:rsidRDefault="00C031B6">
            <w:r>
              <w:rPr>
                <w:b/>
                <w:sz w:val="22"/>
              </w:rPr>
              <w:t>Tanggal Pemetaan</w:t>
            </w:r>
          </w:p>
        </w:tc>
        <w:tc>
          <w:tcPr>
            <w:tcW w:w="4702" w:type="dxa"/>
            <w:vAlign w:val="center"/>
          </w:tcPr>
          <w:p w14:paraId="649A5251" w14:textId="77777777" w:rsidR="00447590" w:rsidRDefault="00C031B6">
            <w:r>
              <w:rPr>
                <w:sz w:val="22"/>
              </w:rPr>
              <w:t>: ........................................................</w:t>
            </w:r>
          </w:p>
        </w:tc>
      </w:tr>
    </w:tbl>
    <w:p w14:paraId="4361A262" w14:textId="77777777" w:rsidR="00447590" w:rsidRDefault="00447590"/>
    <w:p w14:paraId="139F5DF9" w14:textId="77777777" w:rsidR="00447590" w:rsidRDefault="00C031B6">
      <w:r>
        <w:rPr>
          <w:b/>
        </w:rPr>
        <w:t>B. TUJUAN PEMETAAN</w:t>
      </w:r>
    </w:p>
    <w:p w14:paraId="63E4E129" w14:textId="5C0BE376" w:rsidR="00447590" w:rsidRDefault="00C031B6" w:rsidP="00BE162A">
      <w:pPr>
        <w:pStyle w:val="ListParagraph"/>
        <w:numPr>
          <w:ilvl w:val="0"/>
          <w:numId w:val="10"/>
        </w:numPr>
        <w:spacing w:after="0" w:line="240" w:lineRule="auto"/>
        <w:jc w:val="both"/>
      </w:pPr>
      <w:proofErr w:type="spellStart"/>
      <w:r>
        <w:t>Mengidentifikasi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yang dimiliki desa.</w:t>
      </w:r>
    </w:p>
    <w:p w14:paraId="5E9EDB94" w14:textId="1F35932E" w:rsidR="00447590" w:rsidRDefault="00C031B6" w:rsidP="00C031B6">
      <w:pPr>
        <w:pStyle w:val="ListParagraph"/>
        <w:numPr>
          <w:ilvl w:val="0"/>
          <w:numId w:val="10"/>
        </w:numPr>
        <w:spacing w:after="0" w:line="240" w:lineRule="auto"/>
        <w:jc w:val="both"/>
      </w:pPr>
      <w:proofErr w:type="spellStart"/>
      <w:r>
        <w:t>Mengetahui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dikembangkan untuk meningkatkan kesejahteraan masyarakat.</w:t>
      </w:r>
    </w:p>
    <w:p w14:paraId="0F5A9602" w14:textId="01C129D6" w:rsidR="00447590" w:rsidRDefault="00C031B6" w:rsidP="00C031B6">
      <w:pPr>
        <w:pStyle w:val="ListParagraph"/>
        <w:numPr>
          <w:ilvl w:val="0"/>
          <w:numId w:val="10"/>
        </w:numPr>
        <w:spacing w:after="0" w:line="240" w:lineRule="auto"/>
        <w:jc w:val="both"/>
      </w:pPr>
      <w:proofErr w:type="spellStart"/>
      <w:r>
        <w:t>Mengidentifikasi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, </w:t>
      </w:r>
      <w:proofErr w:type="spellStart"/>
      <w:r>
        <w:t>kelembagaan</w:t>
      </w:r>
      <w:proofErr w:type="spellEnd"/>
      <w:r>
        <w:t xml:space="preserve">, </w:t>
      </w:r>
      <w:proofErr w:type="spellStart"/>
      <w:r>
        <w:t>sarana</w:t>
      </w:r>
      <w:proofErr w:type="spellEnd"/>
      <w:r>
        <w:t xml:space="preserve"> pendukung, dan hambatan pengembangan potensi desa.</w:t>
      </w:r>
    </w:p>
    <w:p w14:paraId="21398B04" w14:textId="40EACBB5" w:rsidR="00447590" w:rsidRDefault="00C031B6" w:rsidP="00C031B6">
      <w:pPr>
        <w:pStyle w:val="ListParagraph"/>
        <w:numPr>
          <w:ilvl w:val="0"/>
          <w:numId w:val="10"/>
        </w:numPr>
        <w:spacing w:after="0" w:line="240" w:lineRule="auto"/>
        <w:jc w:val="both"/>
      </w:pPr>
      <w:proofErr w:type="spellStart"/>
      <w:r>
        <w:t>Menentukan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 xml:space="preserve"> yang relevan untuk dijadikan dasar program kerja KKN.</w:t>
      </w:r>
    </w:p>
    <w:p w14:paraId="3796EC73" w14:textId="77777777" w:rsidR="00447590" w:rsidRDefault="00447590"/>
    <w:p w14:paraId="33F9C302" w14:textId="77777777" w:rsidR="00447590" w:rsidRDefault="00C031B6">
      <w:r>
        <w:rPr>
          <w:b/>
        </w:rPr>
        <w:t>C. PEMETAAN POTENSI DESA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77"/>
        <w:gridCol w:w="1967"/>
        <w:gridCol w:w="1437"/>
        <w:gridCol w:w="1015"/>
        <w:gridCol w:w="1536"/>
        <w:gridCol w:w="1058"/>
        <w:gridCol w:w="1397"/>
      </w:tblGrid>
      <w:tr w:rsidR="00447590" w14:paraId="5A2FDE37" w14:textId="77777777">
        <w:trPr>
          <w:jc w:val="center"/>
        </w:trPr>
        <w:tc>
          <w:tcPr>
            <w:tcW w:w="1344" w:type="dxa"/>
            <w:shd w:val="clear" w:color="auto" w:fill="D9EAF7"/>
            <w:vAlign w:val="center"/>
          </w:tcPr>
          <w:p w14:paraId="0FBAE54B" w14:textId="77777777" w:rsidR="00447590" w:rsidRDefault="00C031B6">
            <w:r>
              <w:rPr>
                <w:b/>
                <w:sz w:val="18"/>
              </w:rPr>
              <w:t>No.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0FFB1F41" w14:textId="77777777" w:rsidR="00447590" w:rsidRDefault="00C031B6">
            <w:r>
              <w:rPr>
                <w:b/>
                <w:sz w:val="18"/>
              </w:rPr>
              <w:t>Bidang Potensi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2FEAAC26" w14:textId="77777777" w:rsidR="00447590" w:rsidRDefault="00C031B6">
            <w:r>
              <w:rPr>
                <w:b/>
                <w:sz w:val="18"/>
              </w:rPr>
              <w:t>Potensi/Sumber Daya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58DAF5BC" w14:textId="77777777" w:rsidR="00447590" w:rsidRDefault="00C031B6">
            <w:r>
              <w:rPr>
                <w:b/>
                <w:sz w:val="18"/>
              </w:rPr>
              <w:t>Lokasi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63121585" w14:textId="77777777" w:rsidR="00447590" w:rsidRDefault="00C031B6">
            <w:r>
              <w:rPr>
                <w:b/>
                <w:sz w:val="18"/>
              </w:rPr>
              <w:t>Pengelola/Pelaku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47D0828E" w14:textId="77777777" w:rsidR="00447590" w:rsidRDefault="00C031B6">
            <w:r>
              <w:rPr>
                <w:b/>
                <w:sz w:val="18"/>
              </w:rPr>
              <w:t>Kondisi Saat Ini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252D695D" w14:textId="77777777" w:rsidR="00447590" w:rsidRDefault="00C031B6">
            <w:r>
              <w:rPr>
                <w:b/>
                <w:sz w:val="18"/>
              </w:rPr>
              <w:t>Peluang Pengembangan</w:t>
            </w:r>
          </w:p>
        </w:tc>
      </w:tr>
      <w:tr w:rsidR="00447590" w14:paraId="29ED3F70" w14:textId="77777777">
        <w:trPr>
          <w:jc w:val="center"/>
        </w:trPr>
        <w:tc>
          <w:tcPr>
            <w:tcW w:w="1344" w:type="dxa"/>
            <w:vAlign w:val="center"/>
          </w:tcPr>
          <w:p w14:paraId="796CBE1E" w14:textId="77777777" w:rsidR="00447590" w:rsidRDefault="00C031B6">
            <w:r>
              <w:rPr>
                <w:b/>
                <w:sz w:val="18"/>
              </w:rPr>
              <w:t>1</w:t>
            </w:r>
          </w:p>
        </w:tc>
        <w:tc>
          <w:tcPr>
            <w:tcW w:w="1344" w:type="dxa"/>
            <w:vAlign w:val="center"/>
          </w:tcPr>
          <w:p w14:paraId="5BC67271" w14:textId="77777777" w:rsidR="00447590" w:rsidRDefault="00C031B6">
            <w:r>
              <w:rPr>
                <w:b/>
                <w:sz w:val="18"/>
              </w:rPr>
              <w:t>Sumber Daya Alam</w:t>
            </w:r>
          </w:p>
        </w:tc>
        <w:tc>
          <w:tcPr>
            <w:tcW w:w="1344" w:type="dxa"/>
            <w:vAlign w:val="center"/>
          </w:tcPr>
          <w:p w14:paraId="67214878" w14:textId="77777777" w:rsidR="00447590" w:rsidRDefault="00447590"/>
        </w:tc>
        <w:tc>
          <w:tcPr>
            <w:tcW w:w="1344" w:type="dxa"/>
            <w:vAlign w:val="center"/>
          </w:tcPr>
          <w:p w14:paraId="02E60142" w14:textId="77777777" w:rsidR="00447590" w:rsidRDefault="00447590"/>
        </w:tc>
        <w:tc>
          <w:tcPr>
            <w:tcW w:w="1344" w:type="dxa"/>
            <w:vAlign w:val="center"/>
          </w:tcPr>
          <w:p w14:paraId="4CCAF666" w14:textId="77777777" w:rsidR="00447590" w:rsidRDefault="00447590"/>
        </w:tc>
        <w:tc>
          <w:tcPr>
            <w:tcW w:w="1344" w:type="dxa"/>
            <w:vAlign w:val="center"/>
          </w:tcPr>
          <w:p w14:paraId="215B9474" w14:textId="77777777" w:rsidR="00447590" w:rsidRDefault="00447590"/>
        </w:tc>
        <w:tc>
          <w:tcPr>
            <w:tcW w:w="1344" w:type="dxa"/>
            <w:vAlign w:val="center"/>
          </w:tcPr>
          <w:p w14:paraId="515AF81D" w14:textId="77777777" w:rsidR="00447590" w:rsidRDefault="00447590"/>
        </w:tc>
      </w:tr>
      <w:tr w:rsidR="00447590" w14:paraId="1CB8CC86" w14:textId="77777777">
        <w:trPr>
          <w:jc w:val="center"/>
        </w:trPr>
        <w:tc>
          <w:tcPr>
            <w:tcW w:w="1344" w:type="dxa"/>
            <w:vAlign w:val="center"/>
          </w:tcPr>
          <w:p w14:paraId="0DA7696F" w14:textId="77777777" w:rsidR="00447590" w:rsidRDefault="00C031B6">
            <w:r>
              <w:rPr>
                <w:b/>
                <w:sz w:val="18"/>
              </w:rPr>
              <w:t>2</w:t>
            </w:r>
          </w:p>
        </w:tc>
        <w:tc>
          <w:tcPr>
            <w:tcW w:w="1344" w:type="dxa"/>
            <w:vAlign w:val="center"/>
          </w:tcPr>
          <w:p w14:paraId="6A846E36" w14:textId="77777777" w:rsidR="00447590" w:rsidRDefault="00C031B6">
            <w:r>
              <w:rPr>
                <w:b/>
                <w:sz w:val="18"/>
              </w:rPr>
              <w:t>Pertanian/Perkebunan</w:t>
            </w:r>
          </w:p>
        </w:tc>
        <w:tc>
          <w:tcPr>
            <w:tcW w:w="1344" w:type="dxa"/>
            <w:vAlign w:val="center"/>
          </w:tcPr>
          <w:p w14:paraId="7584F1DE" w14:textId="77777777" w:rsidR="00447590" w:rsidRDefault="00447590"/>
        </w:tc>
        <w:tc>
          <w:tcPr>
            <w:tcW w:w="1344" w:type="dxa"/>
            <w:vAlign w:val="center"/>
          </w:tcPr>
          <w:p w14:paraId="083FD334" w14:textId="77777777" w:rsidR="00447590" w:rsidRDefault="00447590"/>
        </w:tc>
        <w:tc>
          <w:tcPr>
            <w:tcW w:w="1344" w:type="dxa"/>
            <w:vAlign w:val="center"/>
          </w:tcPr>
          <w:p w14:paraId="1396279E" w14:textId="77777777" w:rsidR="00447590" w:rsidRDefault="00447590"/>
        </w:tc>
        <w:tc>
          <w:tcPr>
            <w:tcW w:w="1344" w:type="dxa"/>
            <w:vAlign w:val="center"/>
          </w:tcPr>
          <w:p w14:paraId="027A94F2" w14:textId="77777777" w:rsidR="00447590" w:rsidRDefault="00447590"/>
        </w:tc>
        <w:tc>
          <w:tcPr>
            <w:tcW w:w="1344" w:type="dxa"/>
            <w:vAlign w:val="center"/>
          </w:tcPr>
          <w:p w14:paraId="33B0B266" w14:textId="77777777" w:rsidR="00447590" w:rsidRDefault="00447590"/>
        </w:tc>
      </w:tr>
      <w:tr w:rsidR="00447590" w14:paraId="3423FDD4" w14:textId="77777777">
        <w:trPr>
          <w:jc w:val="center"/>
        </w:trPr>
        <w:tc>
          <w:tcPr>
            <w:tcW w:w="1344" w:type="dxa"/>
            <w:vAlign w:val="center"/>
          </w:tcPr>
          <w:p w14:paraId="788AF682" w14:textId="77777777" w:rsidR="00447590" w:rsidRDefault="00C031B6">
            <w:r>
              <w:rPr>
                <w:b/>
                <w:sz w:val="18"/>
              </w:rPr>
              <w:t>3</w:t>
            </w:r>
          </w:p>
        </w:tc>
        <w:tc>
          <w:tcPr>
            <w:tcW w:w="1344" w:type="dxa"/>
            <w:vAlign w:val="center"/>
          </w:tcPr>
          <w:p w14:paraId="061FE486" w14:textId="77777777" w:rsidR="00447590" w:rsidRDefault="00C031B6">
            <w:r>
              <w:rPr>
                <w:b/>
                <w:sz w:val="18"/>
              </w:rPr>
              <w:t>Perikanan/Kelautan</w:t>
            </w:r>
          </w:p>
        </w:tc>
        <w:tc>
          <w:tcPr>
            <w:tcW w:w="1344" w:type="dxa"/>
            <w:vAlign w:val="center"/>
          </w:tcPr>
          <w:p w14:paraId="108E8F92" w14:textId="77777777" w:rsidR="00447590" w:rsidRDefault="00447590"/>
        </w:tc>
        <w:tc>
          <w:tcPr>
            <w:tcW w:w="1344" w:type="dxa"/>
            <w:vAlign w:val="center"/>
          </w:tcPr>
          <w:p w14:paraId="482691EE" w14:textId="77777777" w:rsidR="00447590" w:rsidRDefault="00447590"/>
        </w:tc>
        <w:tc>
          <w:tcPr>
            <w:tcW w:w="1344" w:type="dxa"/>
            <w:vAlign w:val="center"/>
          </w:tcPr>
          <w:p w14:paraId="0AB932A7" w14:textId="77777777" w:rsidR="00447590" w:rsidRDefault="00447590"/>
        </w:tc>
        <w:tc>
          <w:tcPr>
            <w:tcW w:w="1344" w:type="dxa"/>
            <w:vAlign w:val="center"/>
          </w:tcPr>
          <w:p w14:paraId="7DD8E650" w14:textId="77777777" w:rsidR="00447590" w:rsidRDefault="00447590"/>
        </w:tc>
        <w:tc>
          <w:tcPr>
            <w:tcW w:w="1344" w:type="dxa"/>
            <w:vAlign w:val="center"/>
          </w:tcPr>
          <w:p w14:paraId="05088D5E" w14:textId="77777777" w:rsidR="00447590" w:rsidRDefault="00447590"/>
        </w:tc>
      </w:tr>
      <w:tr w:rsidR="00447590" w14:paraId="4D4DF7FD" w14:textId="77777777">
        <w:trPr>
          <w:jc w:val="center"/>
        </w:trPr>
        <w:tc>
          <w:tcPr>
            <w:tcW w:w="1344" w:type="dxa"/>
            <w:vAlign w:val="center"/>
          </w:tcPr>
          <w:p w14:paraId="63CD8E12" w14:textId="77777777" w:rsidR="00447590" w:rsidRDefault="00C031B6">
            <w:r>
              <w:rPr>
                <w:b/>
                <w:sz w:val="18"/>
              </w:rPr>
              <w:t>4</w:t>
            </w:r>
          </w:p>
        </w:tc>
        <w:tc>
          <w:tcPr>
            <w:tcW w:w="1344" w:type="dxa"/>
            <w:vAlign w:val="center"/>
          </w:tcPr>
          <w:p w14:paraId="5FD0437F" w14:textId="77777777" w:rsidR="00447590" w:rsidRDefault="00C031B6">
            <w:r>
              <w:rPr>
                <w:b/>
                <w:sz w:val="18"/>
              </w:rPr>
              <w:t>Peternakan</w:t>
            </w:r>
          </w:p>
        </w:tc>
        <w:tc>
          <w:tcPr>
            <w:tcW w:w="1344" w:type="dxa"/>
            <w:vAlign w:val="center"/>
          </w:tcPr>
          <w:p w14:paraId="53BA3BBF" w14:textId="77777777" w:rsidR="00447590" w:rsidRDefault="00447590"/>
        </w:tc>
        <w:tc>
          <w:tcPr>
            <w:tcW w:w="1344" w:type="dxa"/>
            <w:vAlign w:val="center"/>
          </w:tcPr>
          <w:p w14:paraId="2A92FBB5" w14:textId="77777777" w:rsidR="00447590" w:rsidRDefault="00447590"/>
        </w:tc>
        <w:tc>
          <w:tcPr>
            <w:tcW w:w="1344" w:type="dxa"/>
            <w:vAlign w:val="center"/>
          </w:tcPr>
          <w:p w14:paraId="63CF291E" w14:textId="77777777" w:rsidR="00447590" w:rsidRDefault="00447590"/>
        </w:tc>
        <w:tc>
          <w:tcPr>
            <w:tcW w:w="1344" w:type="dxa"/>
            <w:vAlign w:val="center"/>
          </w:tcPr>
          <w:p w14:paraId="1D693FFD" w14:textId="77777777" w:rsidR="00447590" w:rsidRDefault="00447590"/>
        </w:tc>
        <w:tc>
          <w:tcPr>
            <w:tcW w:w="1344" w:type="dxa"/>
            <w:vAlign w:val="center"/>
          </w:tcPr>
          <w:p w14:paraId="69C88973" w14:textId="77777777" w:rsidR="00447590" w:rsidRDefault="00447590"/>
        </w:tc>
      </w:tr>
      <w:tr w:rsidR="00447590" w14:paraId="2DA4728B" w14:textId="77777777">
        <w:trPr>
          <w:jc w:val="center"/>
        </w:trPr>
        <w:tc>
          <w:tcPr>
            <w:tcW w:w="1344" w:type="dxa"/>
            <w:vAlign w:val="center"/>
          </w:tcPr>
          <w:p w14:paraId="432F7E60" w14:textId="77777777" w:rsidR="00447590" w:rsidRDefault="00C031B6">
            <w:r>
              <w:rPr>
                <w:b/>
                <w:sz w:val="18"/>
              </w:rPr>
              <w:t>5</w:t>
            </w:r>
          </w:p>
        </w:tc>
        <w:tc>
          <w:tcPr>
            <w:tcW w:w="1344" w:type="dxa"/>
            <w:vAlign w:val="center"/>
          </w:tcPr>
          <w:p w14:paraId="100FFE12" w14:textId="77777777" w:rsidR="00447590" w:rsidRDefault="00C031B6">
            <w:r>
              <w:rPr>
                <w:b/>
                <w:sz w:val="18"/>
              </w:rPr>
              <w:t>UMKM/Produk Lokal</w:t>
            </w:r>
          </w:p>
        </w:tc>
        <w:tc>
          <w:tcPr>
            <w:tcW w:w="1344" w:type="dxa"/>
            <w:vAlign w:val="center"/>
          </w:tcPr>
          <w:p w14:paraId="5092C02B" w14:textId="77777777" w:rsidR="00447590" w:rsidRDefault="00447590"/>
        </w:tc>
        <w:tc>
          <w:tcPr>
            <w:tcW w:w="1344" w:type="dxa"/>
            <w:vAlign w:val="center"/>
          </w:tcPr>
          <w:p w14:paraId="28E32457" w14:textId="77777777" w:rsidR="00447590" w:rsidRDefault="00447590"/>
        </w:tc>
        <w:tc>
          <w:tcPr>
            <w:tcW w:w="1344" w:type="dxa"/>
            <w:vAlign w:val="center"/>
          </w:tcPr>
          <w:p w14:paraId="2CF5D49B" w14:textId="77777777" w:rsidR="00447590" w:rsidRDefault="00447590"/>
        </w:tc>
        <w:tc>
          <w:tcPr>
            <w:tcW w:w="1344" w:type="dxa"/>
            <w:vAlign w:val="center"/>
          </w:tcPr>
          <w:p w14:paraId="6DE9FE38" w14:textId="77777777" w:rsidR="00447590" w:rsidRDefault="00447590"/>
        </w:tc>
        <w:tc>
          <w:tcPr>
            <w:tcW w:w="1344" w:type="dxa"/>
            <w:vAlign w:val="center"/>
          </w:tcPr>
          <w:p w14:paraId="44CAA839" w14:textId="77777777" w:rsidR="00447590" w:rsidRDefault="00447590"/>
        </w:tc>
      </w:tr>
      <w:tr w:rsidR="00447590" w14:paraId="2BBCF84D" w14:textId="77777777">
        <w:trPr>
          <w:jc w:val="center"/>
        </w:trPr>
        <w:tc>
          <w:tcPr>
            <w:tcW w:w="1344" w:type="dxa"/>
            <w:vAlign w:val="center"/>
          </w:tcPr>
          <w:p w14:paraId="18CAFE30" w14:textId="77777777" w:rsidR="00447590" w:rsidRDefault="00C031B6">
            <w:r>
              <w:rPr>
                <w:b/>
                <w:sz w:val="18"/>
              </w:rPr>
              <w:lastRenderedPageBreak/>
              <w:t>6</w:t>
            </w:r>
          </w:p>
        </w:tc>
        <w:tc>
          <w:tcPr>
            <w:tcW w:w="1344" w:type="dxa"/>
            <w:vAlign w:val="center"/>
          </w:tcPr>
          <w:p w14:paraId="3E863A0D" w14:textId="77777777" w:rsidR="00447590" w:rsidRDefault="00C031B6">
            <w:r>
              <w:rPr>
                <w:b/>
                <w:sz w:val="18"/>
              </w:rPr>
              <w:t>Perdagangan dan Jasa</w:t>
            </w:r>
          </w:p>
        </w:tc>
        <w:tc>
          <w:tcPr>
            <w:tcW w:w="1344" w:type="dxa"/>
            <w:vAlign w:val="center"/>
          </w:tcPr>
          <w:p w14:paraId="3E6DCA8E" w14:textId="77777777" w:rsidR="00447590" w:rsidRDefault="00447590"/>
        </w:tc>
        <w:tc>
          <w:tcPr>
            <w:tcW w:w="1344" w:type="dxa"/>
            <w:vAlign w:val="center"/>
          </w:tcPr>
          <w:p w14:paraId="15008E84" w14:textId="77777777" w:rsidR="00447590" w:rsidRDefault="00447590"/>
        </w:tc>
        <w:tc>
          <w:tcPr>
            <w:tcW w:w="1344" w:type="dxa"/>
            <w:vAlign w:val="center"/>
          </w:tcPr>
          <w:p w14:paraId="51682B21" w14:textId="77777777" w:rsidR="00447590" w:rsidRDefault="00447590"/>
        </w:tc>
        <w:tc>
          <w:tcPr>
            <w:tcW w:w="1344" w:type="dxa"/>
            <w:vAlign w:val="center"/>
          </w:tcPr>
          <w:p w14:paraId="244B6E47" w14:textId="77777777" w:rsidR="00447590" w:rsidRDefault="00447590"/>
        </w:tc>
        <w:tc>
          <w:tcPr>
            <w:tcW w:w="1344" w:type="dxa"/>
            <w:vAlign w:val="center"/>
          </w:tcPr>
          <w:p w14:paraId="7CD252BC" w14:textId="77777777" w:rsidR="00447590" w:rsidRDefault="00447590"/>
        </w:tc>
      </w:tr>
      <w:tr w:rsidR="00447590" w14:paraId="2CC6BA3D" w14:textId="77777777">
        <w:trPr>
          <w:jc w:val="center"/>
        </w:trPr>
        <w:tc>
          <w:tcPr>
            <w:tcW w:w="1344" w:type="dxa"/>
            <w:vAlign w:val="center"/>
          </w:tcPr>
          <w:p w14:paraId="0B8E5B25" w14:textId="77777777" w:rsidR="00447590" w:rsidRDefault="00C031B6">
            <w:r>
              <w:rPr>
                <w:b/>
                <w:sz w:val="18"/>
              </w:rPr>
              <w:t>7</w:t>
            </w:r>
          </w:p>
        </w:tc>
        <w:tc>
          <w:tcPr>
            <w:tcW w:w="1344" w:type="dxa"/>
            <w:vAlign w:val="center"/>
          </w:tcPr>
          <w:p w14:paraId="6F4B649E" w14:textId="77777777" w:rsidR="00447590" w:rsidRDefault="00C031B6">
            <w:r>
              <w:rPr>
                <w:b/>
                <w:sz w:val="18"/>
              </w:rPr>
              <w:t>Pariwisata</w:t>
            </w:r>
          </w:p>
        </w:tc>
        <w:tc>
          <w:tcPr>
            <w:tcW w:w="1344" w:type="dxa"/>
            <w:vAlign w:val="center"/>
          </w:tcPr>
          <w:p w14:paraId="3A5FFADC" w14:textId="77777777" w:rsidR="00447590" w:rsidRDefault="00447590"/>
        </w:tc>
        <w:tc>
          <w:tcPr>
            <w:tcW w:w="1344" w:type="dxa"/>
            <w:vAlign w:val="center"/>
          </w:tcPr>
          <w:p w14:paraId="0F278E56" w14:textId="77777777" w:rsidR="00447590" w:rsidRDefault="00447590"/>
        </w:tc>
        <w:tc>
          <w:tcPr>
            <w:tcW w:w="1344" w:type="dxa"/>
            <w:vAlign w:val="center"/>
          </w:tcPr>
          <w:p w14:paraId="7B8C267F" w14:textId="77777777" w:rsidR="00447590" w:rsidRDefault="00447590"/>
        </w:tc>
        <w:tc>
          <w:tcPr>
            <w:tcW w:w="1344" w:type="dxa"/>
            <w:vAlign w:val="center"/>
          </w:tcPr>
          <w:p w14:paraId="4AADCB40" w14:textId="77777777" w:rsidR="00447590" w:rsidRDefault="00447590"/>
        </w:tc>
        <w:tc>
          <w:tcPr>
            <w:tcW w:w="1344" w:type="dxa"/>
            <w:vAlign w:val="center"/>
          </w:tcPr>
          <w:p w14:paraId="085B2C7F" w14:textId="77777777" w:rsidR="00447590" w:rsidRDefault="00447590"/>
        </w:tc>
      </w:tr>
      <w:tr w:rsidR="00447590" w14:paraId="6F392116" w14:textId="77777777">
        <w:trPr>
          <w:jc w:val="center"/>
        </w:trPr>
        <w:tc>
          <w:tcPr>
            <w:tcW w:w="1344" w:type="dxa"/>
            <w:vAlign w:val="center"/>
          </w:tcPr>
          <w:p w14:paraId="5EE36F2E" w14:textId="77777777" w:rsidR="00447590" w:rsidRDefault="00C031B6">
            <w:r>
              <w:rPr>
                <w:b/>
                <w:sz w:val="18"/>
              </w:rPr>
              <w:t>8</w:t>
            </w:r>
          </w:p>
        </w:tc>
        <w:tc>
          <w:tcPr>
            <w:tcW w:w="1344" w:type="dxa"/>
            <w:vAlign w:val="center"/>
          </w:tcPr>
          <w:p w14:paraId="562D1A51" w14:textId="77777777" w:rsidR="00447590" w:rsidRDefault="00C031B6">
            <w:r>
              <w:rPr>
                <w:b/>
                <w:sz w:val="18"/>
              </w:rPr>
              <w:t>Pendidikan</w:t>
            </w:r>
          </w:p>
        </w:tc>
        <w:tc>
          <w:tcPr>
            <w:tcW w:w="1344" w:type="dxa"/>
            <w:vAlign w:val="center"/>
          </w:tcPr>
          <w:p w14:paraId="1B5770C4" w14:textId="77777777" w:rsidR="00447590" w:rsidRDefault="00447590"/>
        </w:tc>
        <w:tc>
          <w:tcPr>
            <w:tcW w:w="1344" w:type="dxa"/>
            <w:vAlign w:val="center"/>
          </w:tcPr>
          <w:p w14:paraId="048DD2CB" w14:textId="77777777" w:rsidR="00447590" w:rsidRDefault="00447590"/>
        </w:tc>
        <w:tc>
          <w:tcPr>
            <w:tcW w:w="1344" w:type="dxa"/>
            <w:vAlign w:val="center"/>
          </w:tcPr>
          <w:p w14:paraId="4FDC6314" w14:textId="77777777" w:rsidR="00447590" w:rsidRDefault="00447590"/>
        </w:tc>
        <w:tc>
          <w:tcPr>
            <w:tcW w:w="1344" w:type="dxa"/>
            <w:vAlign w:val="center"/>
          </w:tcPr>
          <w:p w14:paraId="54D1CBFC" w14:textId="77777777" w:rsidR="00447590" w:rsidRDefault="00447590"/>
        </w:tc>
        <w:tc>
          <w:tcPr>
            <w:tcW w:w="1344" w:type="dxa"/>
            <w:vAlign w:val="center"/>
          </w:tcPr>
          <w:p w14:paraId="0F8B5499" w14:textId="77777777" w:rsidR="00447590" w:rsidRDefault="00447590"/>
        </w:tc>
      </w:tr>
      <w:tr w:rsidR="00447590" w14:paraId="0A570202" w14:textId="77777777">
        <w:trPr>
          <w:jc w:val="center"/>
        </w:trPr>
        <w:tc>
          <w:tcPr>
            <w:tcW w:w="1344" w:type="dxa"/>
            <w:vAlign w:val="center"/>
          </w:tcPr>
          <w:p w14:paraId="7DB728F9" w14:textId="77777777" w:rsidR="00447590" w:rsidRDefault="00C031B6">
            <w:r>
              <w:rPr>
                <w:b/>
                <w:sz w:val="18"/>
              </w:rPr>
              <w:t>9</w:t>
            </w:r>
          </w:p>
        </w:tc>
        <w:tc>
          <w:tcPr>
            <w:tcW w:w="1344" w:type="dxa"/>
            <w:vAlign w:val="center"/>
          </w:tcPr>
          <w:p w14:paraId="76ABCC85" w14:textId="77777777" w:rsidR="00447590" w:rsidRDefault="00C031B6">
            <w:r>
              <w:rPr>
                <w:b/>
                <w:sz w:val="18"/>
              </w:rPr>
              <w:t>Keagamaan</w:t>
            </w:r>
          </w:p>
        </w:tc>
        <w:tc>
          <w:tcPr>
            <w:tcW w:w="1344" w:type="dxa"/>
            <w:vAlign w:val="center"/>
          </w:tcPr>
          <w:p w14:paraId="37D1F218" w14:textId="77777777" w:rsidR="00447590" w:rsidRDefault="00447590"/>
        </w:tc>
        <w:tc>
          <w:tcPr>
            <w:tcW w:w="1344" w:type="dxa"/>
            <w:vAlign w:val="center"/>
          </w:tcPr>
          <w:p w14:paraId="0C414C3A" w14:textId="77777777" w:rsidR="00447590" w:rsidRDefault="00447590"/>
        </w:tc>
        <w:tc>
          <w:tcPr>
            <w:tcW w:w="1344" w:type="dxa"/>
            <w:vAlign w:val="center"/>
          </w:tcPr>
          <w:p w14:paraId="401607D0" w14:textId="77777777" w:rsidR="00447590" w:rsidRDefault="00447590"/>
        </w:tc>
        <w:tc>
          <w:tcPr>
            <w:tcW w:w="1344" w:type="dxa"/>
            <w:vAlign w:val="center"/>
          </w:tcPr>
          <w:p w14:paraId="28369FFD" w14:textId="77777777" w:rsidR="00447590" w:rsidRDefault="00447590"/>
        </w:tc>
        <w:tc>
          <w:tcPr>
            <w:tcW w:w="1344" w:type="dxa"/>
            <w:vAlign w:val="center"/>
          </w:tcPr>
          <w:p w14:paraId="52A47630" w14:textId="77777777" w:rsidR="00447590" w:rsidRDefault="00447590"/>
        </w:tc>
      </w:tr>
      <w:tr w:rsidR="00447590" w14:paraId="5DF69B5C" w14:textId="77777777">
        <w:trPr>
          <w:jc w:val="center"/>
        </w:trPr>
        <w:tc>
          <w:tcPr>
            <w:tcW w:w="1344" w:type="dxa"/>
            <w:vAlign w:val="center"/>
          </w:tcPr>
          <w:p w14:paraId="46F4AFCA" w14:textId="77777777" w:rsidR="00447590" w:rsidRDefault="00C031B6">
            <w:r>
              <w:rPr>
                <w:b/>
                <w:sz w:val="18"/>
              </w:rPr>
              <w:t>10</w:t>
            </w:r>
          </w:p>
        </w:tc>
        <w:tc>
          <w:tcPr>
            <w:tcW w:w="1344" w:type="dxa"/>
            <w:vAlign w:val="center"/>
          </w:tcPr>
          <w:p w14:paraId="3408A08A" w14:textId="77777777" w:rsidR="00447590" w:rsidRDefault="00C031B6">
            <w:r>
              <w:rPr>
                <w:b/>
                <w:sz w:val="18"/>
              </w:rPr>
              <w:t>Kepemudaan dan Sosial</w:t>
            </w:r>
          </w:p>
        </w:tc>
        <w:tc>
          <w:tcPr>
            <w:tcW w:w="1344" w:type="dxa"/>
            <w:vAlign w:val="center"/>
          </w:tcPr>
          <w:p w14:paraId="4A03A4E6" w14:textId="77777777" w:rsidR="00447590" w:rsidRDefault="00447590"/>
        </w:tc>
        <w:tc>
          <w:tcPr>
            <w:tcW w:w="1344" w:type="dxa"/>
            <w:vAlign w:val="center"/>
          </w:tcPr>
          <w:p w14:paraId="08D9F26F" w14:textId="77777777" w:rsidR="00447590" w:rsidRDefault="00447590"/>
        </w:tc>
        <w:tc>
          <w:tcPr>
            <w:tcW w:w="1344" w:type="dxa"/>
            <w:vAlign w:val="center"/>
          </w:tcPr>
          <w:p w14:paraId="2C364EDD" w14:textId="77777777" w:rsidR="00447590" w:rsidRDefault="00447590"/>
        </w:tc>
        <w:tc>
          <w:tcPr>
            <w:tcW w:w="1344" w:type="dxa"/>
            <w:vAlign w:val="center"/>
          </w:tcPr>
          <w:p w14:paraId="3A7C3327" w14:textId="77777777" w:rsidR="00447590" w:rsidRDefault="00447590"/>
        </w:tc>
        <w:tc>
          <w:tcPr>
            <w:tcW w:w="1344" w:type="dxa"/>
            <w:vAlign w:val="center"/>
          </w:tcPr>
          <w:p w14:paraId="49C321DB" w14:textId="77777777" w:rsidR="00447590" w:rsidRDefault="00447590"/>
        </w:tc>
      </w:tr>
      <w:tr w:rsidR="00447590" w14:paraId="7A928BBF" w14:textId="77777777">
        <w:trPr>
          <w:jc w:val="center"/>
        </w:trPr>
        <w:tc>
          <w:tcPr>
            <w:tcW w:w="1344" w:type="dxa"/>
            <w:vAlign w:val="center"/>
          </w:tcPr>
          <w:p w14:paraId="58B2F93A" w14:textId="77777777" w:rsidR="00447590" w:rsidRDefault="00C031B6">
            <w:r>
              <w:rPr>
                <w:b/>
                <w:sz w:val="18"/>
              </w:rPr>
              <w:t>11</w:t>
            </w:r>
          </w:p>
        </w:tc>
        <w:tc>
          <w:tcPr>
            <w:tcW w:w="1344" w:type="dxa"/>
            <w:vAlign w:val="center"/>
          </w:tcPr>
          <w:p w14:paraId="651019FC" w14:textId="77777777" w:rsidR="00447590" w:rsidRDefault="00C031B6">
            <w:r>
              <w:rPr>
                <w:b/>
                <w:sz w:val="18"/>
              </w:rPr>
              <w:t>Kesehatan</w:t>
            </w:r>
          </w:p>
        </w:tc>
        <w:tc>
          <w:tcPr>
            <w:tcW w:w="1344" w:type="dxa"/>
            <w:vAlign w:val="center"/>
          </w:tcPr>
          <w:p w14:paraId="35C1B250" w14:textId="77777777" w:rsidR="00447590" w:rsidRDefault="00447590"/>
        </w:tc>
        <w:tc>
          <w:tcPr>
            <w:tcW w:w="1344" w:type="dxa"/>
            <w:vAlign w:val="center"/>
          </w:tcPr>
          <w:p w14:paraId="62E271C4" w14:textId="77777777" w:rsidR="00447590" w:rsidRDefault="00447590"/>
        </w:tc>
        <w:tc>
          <w:tcPr>
            <w:tcW w:w="1344" w:type="dxa"/>
            <w:vAlign w:val="center"/>
          </w:tcPr>
          <w:p w14:paraId="243349B7" w14:textId="77777777" w:rsidR="00447590" w:rsidRDefault="00447590"/>
        </w:tc>
        <w:tc>
          <w:tcPr>
            <w:tcW w:w="1344" w:type="dxa"/>
            <w:vAlign w:val="center"/>
          </w:tcPr>
          <w:p w14:paraId="5E9FBF54" w14:textId="77777777" w:rsidR="00447590" w:rsidRDefault="00447590"/>
        </w:tc>
        <w:tc>
          <w:tcPr>
            <w:tcW w:w="1344" w:type="dxa"/>
            <w:vAlign w:val="center"/>
          </w:tcPr>
          <w:p w14:paraId="317BEF27" w14:textId="77777777" w:rsidR="00447590" w:rsidRDefault="00447590"/>
        </w:tc>
      </w:tr>
      <w:tr w:rsidR="00447590" w14:paraId="30C4E47D" w14:textId="77777777">
        <w:trPr>
          <w:jc w:val="center"/>
        </w:trPr>
        <w:tc>
          <w:tcPr>
            <w:tcW w:w="1344" w:type="dxa"/>
            <w:vAlign w:val="center"/>
          </w:tcPr>
          <w:p w14:paraId="630823C2" w14:textId="77777777" w:rsidR="00447590" w:rsidRDefault="00C031B6">
            <w:r>
              <w:rPr>
                <w:b/>
                <w:sz w:val="18"/>
              </w:rPr>
              <w:t>12</w:t>
            </w:r>
          </w:p>
        </w:tc>
        <w:tc>
          <w:tcPr>
            <w:tcW w:w="1344" w:type="dxa"/>
            <w:vAlign w:val="center"/>
          </w:tcPr>
          <w:p w14:paraId="4A50AF9B" w14:textId="77777777" w:rsidR="00447590" w:rsidRDefault="00C031B6">
            <w:r>
              <w:rPr>
                <w:b/>
                <w:sz w:val="18"/>
              </w:rPr>
              <w:t>Lingkungan</w:t>
            </w:r>
          </w:p>
        </w:tc>
        <w:tc>
          <w:tcPr>
            <w:tcW w:w="1344" w:type="dxa"/>
            <w:vAlign w:val="center"/>
          </w:tcPr>
          <w:p w14:paraId="146D96E4" w14:textId="77777777" w:rsidR="00447590" w:rsidRDefault="00447590"/>
        </w:tc>
        <w:tc>
          <w:tcPr>
            <w:tcW w:w="1344" w:type="dxa"/>
            <w:vAlign w:val="center"/>
          </w:tcPr>
          <w:p w14:paraId="4B426A8A" w14:textId="77777777" w:rsidR="00447590" w:rsidRDefault="00447590"/>
        </w:tc>
        <w:tc>
          <w:tcPr>
            <w:tcW w:w="1344" w:type="dxa"/>
            <w:vAlign w:val="center"/>
          </w:tcPr>
          <w:p w14:paraId="4DFE156F" w14:textId="77777777" w:rsidR="00447590" w:rsidRDefault="00447590"/>
        </w:tc>
        <w:tc>
          <w:tcPr>
            <w:tcW w:w="1344" w:type="dxa"/>
            <w:vAlign w:val="center"/>
          </w:tcPr>
          <w:p w14:paraId="27893358" w14:textId="77777777" w:rsidR="00447590" w:rsidRDefault="00447590"/>
        </w:tc>
        <w:tc>
          <w:tcPr>
            <w:tcW w:w="1344" w:type="dxa"/>
            <w:vAlign w:val="center"/>
          </w:tcPr>
          <w:p w14:paraId="55837FA6" w14:textId="77777777" w:rsidR="00447590" w:rsidRDefault="00447590"/>
        </w:tc>
      </w:tr>
      <w:tr w:rsidR="00447590" w14:paraId="64DE1458" w14:textId="77777777">
        <w:trPr>
          <w:jc w:val="center"/>
        </w:trPr>
        <w:tc>
          <w:tcPr>
            <w:tcW w:w="1344" w:type="dxa"/>
            <w:vAlign w:val="center"/>
          </w:tcPr>
          <w:p w14:paraId="0C7E5971" w14:textId="77777777" w:rsidR="00447590" w:rsidRDefault="00C031B6">
            <w:r>
              <w:rPr>
                <w:b/>
                <w:sz w:val="18"/>
              </w:rPr>
              <w:t>13</w:t>
            </w:r>
          </w:p>
        </w:tc>
        <w:tc>
          <w:tcPr>
            <w:tcW w:w="1344" w:type="dxa"/>
            <w:vAlign w:val="center"/>
          </w:tcPr>
          <w:p w14:paraId="663A0935" w14:textId="77777777" w:rsidR="00447590" w:rsidRDefault="00C031B6">
            <w:r>
              <w:rPr>
                <w:b/>
                <w:sz w:val="18"/>
              </w:rPr>
              <w:t>Seni dan Budaya</w:t>
            </w:r>
          </w:p>
        </w:tc>
        <w:tc>
          <w:tcPr>
            <w:tcW w:w="1344" w:type="dxa"/>
            <w:vAlign w:val="center"/>
          </w:tcPr>
          <w:p w14:paraId="5B802931" w14:textId="77777777" w:rsidR="00447590" w:rsidRDefault="00447590"/>
        </w:tc>
        <w:tc>
          <w:tcPr>
            <w:tcW w:w="1344" w:type="dxa"/>
            <w:vAlign w:val="center"/>
          </w:tcPr>
          <w:p w14:paraId="5EB92F11" w14:textId="77777777" w:rsidR="00447590" w:rsidRDefault="00447590"/>
        </w:tc>
        <w:tc>
          <w:tcPr>
            <w:tcW w:w="1344" w:type="dxa"/>
            <w:vAlign w:val="center"/>
          </w:tcPr>
          <w:p w14:paraId="014F7918" w14:textId="77777777" w:rsidR="00447590" w:rsidRDefault="00447590"/>
        </w:tc>
        <w:tc>
          <w:tcPr>
            <w:tcW w:w="1344" w:type="dxa"/>
            <w:vAlign w:val="center"/>
          </w:tcPr>
          <w:p w14:paraId="60E53FFE" w14:textId="77777777" w:rsidR="00447590" w:rsidRDefault="00447590"/>
        </w:tc>
        <w:tc>
          <w:tcPr>
            <w:tcW w:w="1344" w:type="dxa"/>
            <w:vAlign w:val="center"/>
          </w:tcPr>
          <w:p w14:paraId="55D4EEE8" w14:textId="77777777" w:rsidR="00447590" w:rsidRDefault="00447590"/>
        </w:tc>
      </w:tr>
      <w:tr w:rsidR="00447590" w14:paraId="478D4550" w14:textId="77777777">
        <w:trPr>
          <w:jc w:val="center"/>
        </w:trPr>
        <w:tc>
          <w:tcPr>
            <w:tcW w:w="1344" w:type="dxa"/>
            <w:vAlign w:val="center"/>
          </w:tcPr>
          <w:p w14:paraId="36BF5A8C" w14:textId="77777777" w:rsidR="00447590" w:rsidRDefault="00C031B6">
            <w:r>
              <w:rPr>
                <w:b/>
                <w:sz w:val="18"/>
              </w:rPr>
              <w:t>14</w:t>
            </w:r>
          </w:p>
        </w:tc>
        <w:tc>
          <w:tcPr>
            <w:tcW w:w="1344" w:type="dxa"/>
            <w:vAlign w:val="center"/>
          </w:tcPr>
          <w:p w14:paraId="660179E2" w14:textId="77777777" w:rsidR="00447590" w:rsidRDefault="00C031B6">
            <w:r>
              <w:rPr>
                <w:b/>
                <w:sz w:val="18"/>
              </w:rPr>
              <w:t>Teknologi/Digital</w:t>
            </w:r>
          </w:p>
        </w:tc>
        <w:tc>
          <w:tcPr>
            <w:tcW w:w="1344" w:type="dxa"/>
            <w:vAlign w:val="center"/>
          </w:tcPr>
          <w:p w14:paraId="61ADC8D0" w14:textId="77777777" w:rsidR="00447590" w:rsidRDefault="00447590"/>
        </w:tc>
        <w:tc>
          <w:tcPr>
            <w:tcW w:w="1344" w:type="dxa"/>
            <w:vAlign w:val="center"/>
          </w:tcPr>
          <w:p w14:paraId="62FDBB1D" w14:textId="77777777" w:rsidR="00447590" w:rsidRDefault="00447590"/>
        </w:tc>
        <w:tc>
          <w:tcPr>
            <w:tcW w:w="1344" w:type="dxa"/>
            <w:vAlign w:val="center"/>
          </w:tcPr>
          <w:p w14:paraId="3B00226C" w14:textId="77777777" w:rsidR="00447590" w:rsidRDefault="00447590"/>
        </w:tc>
        <w:tc>
          <w:tcPr>
            <w:tcW w:w="1344" w:type="dxa"/>
            <w:vAlign w:val="center"/>
          </w:tcPr>
          <w:p w14:paraId="0F356FBD" w14:textId="77777777" w:rsidR="00447590" w:rsidRDefault="00447590"/>
        </w:tc>
        <w:tc>
          <w:tcPr>
            <w:tcW w:w="1344" w:type="dxa"/>
            <w:vAlign w:val="center"/>
          </w:tcPr>
          <w:p w14:paraId="100C6BB9" w14:textId="77777777" w:rsidR="00447590" w:rsidRDefault="00447590"/>
        </w:tc>
      </w:tr>
    </w:tbl>
    <w:p w14:paraId="11A8F53E" w14:textId="77777777" w:rsidR="00447590" w:rsidRDefault="00447590"/>
    <w:p w14:paraId="19D50393" w14:textId="77777777" w:rsidR="00447590" w:rsidRDefault="00C031B6">
      <w:r>
        <w:rPr>
          <w:b/>
        </w:rPr>
        <w:t>D. PEMETAAN SUMBER DAYA DAN KELEMBAGAAN PENDUKUNG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566"/>
        <w:gridCol w:w="2297"/>
        <w:gridCol w:w="1799"/>
        <w:gridCol w:w="1772"/>
        <w:gridCol w:w="1853"/>
      </w:tblGrid>
      <w:tr w:rsidR="00447590" w14:paraId="0FC1B8AC" w14:textId="77777777">
        <w:tc>
          <w:tcPr>
            <w:tcW w:w="1881" w:type="dxa"/>
            <w:shd w:val="clear" w:color="auto" w:fill="D9EAF7"/>
            <w:vAlign w:val="center"/>
          </w:tcPr>
          <w:p w14:paraId="1BF6CCC9" w14:textId="77777777" w:rsidR="00447590" w:rsidRDefault="00C031B6">
            <w:r>
              <w:rPr>
                <w:b/>
                <w:sz w:val="18"/>
              </w:rPr>
              <w:t>No.</w:t>
            </w:r>
          </w:p>
        </w:tc>
        <w:tc>
          <w:tcPr>
            <w:tcW w:w="1881" w:type="dxa"/>
            <w:shd w:val="clear" w:color="auto" w:fill="D9EAF7"/>
            <w:vAlign w:val="center"/>
          </w:tcPr>
          <w:p w14:paraId="661AFF34" w14:textId="77777777" w:rsidR="00447590" w:rsidRDefault="00C031B6">
            <w:r>
              <w:rPr>
                <w:b/>
                <w:sz w:val="18"/>
              </w:rPr>
              <w:t>Nama/Kelompok/Lembaga</w:t>
            </w:r>
          </w:p>
        </w:tc>
        <w:tc>
          <w:tcPr>
            <w:tcW w:w="1881" w:type="dxa"/>
            <w:shd w:val="clear" w:color="auto" w:fill="D9EAF7"/>
            <w:vAlign w:val="center"/>
          </w:tcPr>
          <w:p w14:paraId="34BD52F8" w14:textId="77777777" w:rsidR="00447590" w:rsidRDefault="00C031B6">
            <w:r>
              <w:rPr>
                <w:b/>
                <w:sz w:val="18"/>
              </w:rPr>
              <w:t>Bidang/Kegiatan</w:t>
            </w:r>
          </w:p>
        </w:tc>
        <w:tc>
          <w:tcPr>
            <w:tcW w:w="1881" w:type="dxa"/>
            <w:shd w:val="clear" w:color="auto" w:fill="D9EAF7"/>
            <w:vAlign w:val="center"/>
          </w:tcPr>
          <w:p w14:paraId="5E24CF34" w14:textId="77777777" w:rsidR="00447590" w:rsidRDefault="00C031B6">
            <w:r>
              <w:rPr>
                <w:b/>
                <w:sz w:val="18"/>
              </w:rPr>
              <w:t>Peran dalam Pengembangan Potensi</w:t>
            </w:r>
          </w:p>
        </w:tc>
        <w:tc>
          <w:tcPr>
            <w:tcW w:w="1881" w:type="dxa"/>
            <w:shd w:val="clear" w:color="auto" w:fill="D9EAF7"/>
            <w:vAlign w:val="center"/>
          </w:tcPr>
          <w:p w14:paraId="452DF94C" w14:textId="77777777" w:rsidR="00447590" w:rsidRDefault="00C031B6">
            <w:r>
              <w:rPr>
                <w:b/>
                <w:sz w:val="18"/>
              </w:rPr>
              <w:t>Kontak/Keterangan</w:t>
            </w:r>
          </w:p>
        </w:tc>
      </w:tr>
      <w:tr w:rsidR="00447590" w14:paraId="5834494C" w14:textId="77777777">
        <w:tc>
          <w:tcPr>
            <w:tcW w:w="1881" w:type="dxa"/>
            <w:vAlign w:val="center"/>
          </w:tcPr>
          <w:p w14:paraId="15D64CB8" w14:textId="77777777" w:rsidR="00447590" w:rsidRDefault="00C031B6">
            <w:r>
              <w:rPr>
                <w:sz w:val="18"/>
              </w:rPr>
              <w:t>1</w:t>
            </w:r>
          </w:p>
        </w:tc>
        <w:tc>
          <w:tcPr>
            <w:tcW w:w="1881" w:type="dxa"/>
            <w:vAlign w:val="center"/>
          </w:tcPr>
          <w:p w14:paraId="5949E517" w14:textId="77777777" w:rsidR="00447590" w:rsidRDefault="00447590"/>
        </w:tc>
        <w:tc>
          <w:tcPr>
            <w:tcW w:w="1881" w:type="dxa"/>
            <w:vAlign w:val="center"/>
          </w:tcPr>
          <w:p w14:paraId="02E690AE" w14:textId="77777777" w:rsidR="00447590" w:rsidRDefault="00447590"/>
        </w:tc>
        <w:tc>
          <w:tcPr>
            <w:tcW w:w="1881" w:type="dxa"/>
            <w:vAlign w:val="center"/>
          </w:tcPr>
          <w:p w14:paraId="62491736" w14:textId="77777777" w:rsidR="00447590" w:rsidRDefault="00447590"/>
        </w:tc>
        <w:tc>
          <w:tcPr>
            <w:tcW w:w="1881" w:type="dxa"/>
            <w:vAlign w:val="center"/>
          </w:tcPr>
          <w:p w14:paraId="290C4EB5" w14:textId="77777777" w:rsidR="00447590" w:rsidRDefault="00447590"/>
        </w:tc>
      </w:tr>
      <w:tr w:rsidR="00447590" w14:paraId="60C3411D" w14:textId="77777777">
        <w:tc>
          <w:tcPr>
            <w:tcW w:w="1881" w:type="dxa"/>
            <w:vAlign w:val="center"/>
          </w:tcPr>
          <w:p w14:paraId="68ECD6C0" w14:textId="77777777" w:rsidR="00447590" w:rsidRDefault="00C031B6">
            <w:r>
              <w:rPr>
                <w:sz w:val="18"/>
              </w:rPr>
              <w:t>2</w:t>
            </w:r>
          </w:p>
        </w:tc>
        <w:tc>
          <w:tcPr>
            <w:tcW w:w="1881" w:type="dxa"/>
            <w:vAlign w:val="center"/>
          </w:tcPr>
          <w:p w14:paraId="60F78466" w14:textId="77777777" w:rsidR="00447590" w:rsidRDefault="00447590"/>
        </w:tc>
        <w:tc>
          <w:tcPr>
            <w:tcW w:w="1881" w:type="dxa"/>
            <w:vAlign w:val="center"/>
          </w:tcPr>
          <w:p w14:paraId="129F388A" w14:textId="77777777" w:rsidR="00447590" w:rsidRDefault="00447590"/>
        </w:tc>
        <w:tc>
          <w:tcPr>
            <w:tcW w:w="1881" w:type="dxa"/>
            <w:vAlign w:val="center"/>
          </w:tcPr>
          <w:p w14:paraId="0148C6CD" w14:textId="77777777" w:rsidR="00447590" w:rsidRDefault="00447590"/>
        </w:tc>
        <w:tc>
          <w:tcPr>
            <w:tcW w:w="1881" w:type="dxa"/>
            <w:vAlign w:val="center"/>
          </w:tcPr>
          <w:p w14:paraId="5FFF5095" w14:textId="77777777" w:rsidR="00447590" w:rsidRDefault="00447590"/>
        </w:tc>
      </w:tr>
      <w:tr w:rsidR="00447590" w14:paraId="099B18A4" w14:textId="77777777">
        <w:tc>
          <w:tcPr>
            <w:tcW w:w="1881" w:type="dxa"/>
            <w:vAlign w:val="center"/>
          </w:tcPr>
          <w:p w14:paraId="3DA5EACC" w14:textId="77777777" w:rsidR="00447590" w:rsidRDefault="00C031B6">
            <w:r>
              <w:rPr>
                <w:sz w:val="18"/>
              </w:rPr>
              <w:t>3</w:t>
            </w:r>
          </w:p>
        </w:tc>
        <w:tc>
          <w:tcPr>
            <w:tcW w:w="1881" w:type="dxa"/>
            <w:vAlign w:val="center"/>
          </w:tcPr>
          <w:p w14:paraId="212D7837" w14:textId="77777777" w:rsidR="00447590" w:rsidRDefault="00447590"/>
        </w:tc>
        <w:tc>
          <w:tcPr>
            <w:tcW w:w="1881" w:type="dxa"/>
            <w:vAlign w:val="center"/>
          </w:tcPr>
          <w:p w14:paraId="6869A33B" w14:textId="77777777" w:rsidR="00447590" w:rsidRDefault="00447590"/>
        </w:tc>
        <w:tc>
          <w:tcPr>
            <w:tcW w:w="1881" w:type="dxa"/>
            <w:vAlign w:val="center"/>
          </w:tcPr>
          <w:p w14:paraId="37A7F2B0" w14:textId="77777777" w:rsidR="00447590" w:rsidRDefault="00447590"/>
        </w:tc>
        <w:tc>
          <w:tcPr>
            <w:tcW w:w="1881" w:type="dxa"/>
            <w:vAlign w:val="center"/>
          </w:tcPr>
          <w:p w14:paraId="41162520" w14:textId="77777777" w:rsidR="00447590" w:rsidRDefault="00447590"/>
        </w:tc>
      </w:tr>
      <w:tr w:rsidR="00447590" w14:paraId="7DAC183C" w14:textId="77777777">
        <w:tc>
          <w:tcPr>
            <w:tcW w:w="1881" w:type="dxa"/>
            <w:vAlign w:val="center"/>
          </w:tcPr>
          <w:p w14:paraId="1E0D0127" w14:textId="77777777" w:rsidR="00447590" w:rsidRDefault="00C031B6">
            <w:r>
              <w:rPr>
                <w:sz w:val="18"/>
              </w:rPr>
              <w:t>4</w:t>
            </w:r>
          </w:p>
        </w:tc>
        <w:tc>
          <w:tcPr>
            <w:tcW w:w="1881" w:type="dxa"/>
            <w:vAlign w:val="center"/>
          </w:tcPr>
          <w:p w14:paraId="73F20A22" w14:textId="77777777" w:rsidR="00447590" w:rsidRDefault="00447590"/>
        </w:tc>
        <w:tc>
          <w:tcPr>
            <w:tcW w:w="1881" w:type="dxa"/>
            <w:vAlign w:val="center"/>
          </w:tcPr>
          <w:p w14:paraId="277BB9CE" w14:textId="77777777" w:rsidR="00447590" w:rsidRDefault="00447590"/>
        </w:tc>
        <w:tc>
          <w:tcPr>
            <w:tcW w:w="1881" w:type="dxa"/>
            <w:vAlign w:val="center"/>
          </w:tcPr>
          <w:p w14:paraId="5093ECA0" w14:textId="77777777" w:rsidR="00447590" w:rsidRDefault="00447590"/>
        </w:tc>
        <w:tc>
          <w:tcPr>
            <w:tcW w:w="1881" w:type="dxa"/>
            <w:vAlign w:val="center"/>
          </w:tcPr>
          <w:p w14:paraId="55E99954" w14:textId="77777777" w:rsidR="00447590" w:rsidRDefault="00447590"/>
        </w:tc>
      </w:tr>
      <w:tr w:rsidR="00447590" w14:paraId="37EF53CB" w14:textId="77777777">
        <w:tc>
          <w:tcPr>
            <w:tcW w:w="1881" w:type="dxa"/>
            <w:vAlign w:val="center"/>
          </w:tcPr>
          <w:p w14:paraId="4E2AA524" w14:textId="77777777" w:rsidR="00447590" w:rsidRDefault="00C031B6">
            <w:r>
              <w:rPr>
                <w:sz w:val="18"/>
              </w:rPr>
              <w:t>5</w:t>
            </w:r>
          </w:p>
        </w:tc>
        <w:tc>
          <w:tcPr>
            <w:tcW w:w="1881" w:type="dxa"/>
            <w:vAlign w:val="center"/>
          </w:tcPr>
          <w:p w14:paraId="550E2CEB" w14:textId="77777777" w:rsidR="00447590" w:rsidRDefault="00447590"/>
        </w:tc>
        <w:tc>
          <w:tcPr>
            <w:tcW w:w="1881" w:type="dxa"/>
            <w:vAlign w:val="center"/>
          </w:tcPr>
          <w:p w14:paraId="1BDE2138" w14:textId="77777777" w:rsidR="00447590" w:rsidRDefault="00447590"/>
        </w:tc>
        <w:tc>
          <w:tcPr>
            <w:tcW w:w="1881" w:type="dxa"/>
            <w:vAlign w:val="center"/>
          </w:tcPr>
          <w:p w14:paraId="33AD1FC3" w14:textId="77777777" w:rsidR="00447590" w:rsidRDefault="00447590"/>
        </w:tc>
        <w:tc>
          <w:tcPr>
            <w:tcW w:w="1881" w:type="dxa"/>
            <w:vAlign w:val="center"/>
          </w:tcPr>
          <w:p w14:paraId="13A83B15" w14:textId="77777777" w:rsidR="00447590" w:rsidRDefault="00447590"/>
        </w:tc>
      </w:tr>
      <w:tr w:rsidR="00447590" w14:paraId="7905D511" w14:textId="77777777">
        <w:tc>
          <w:tcPr>
            <w:tcW w:w="1881" w:type="dxa"/>
            <w:vAlign w:val="center"/>
          </w:tcPr>
          <w:p w14:paraId="736E714E" w14:textId="77777777" w:rsidR="00447590" w:rsidRDefault="00C031B6">
            <w:r>
              <w:rPr>
                <w:sz w:val="18"/>
              </w:rPr>
              <w:t>6</w:t>
            </w:r>
          </w:p>
        </w:tc>
        <w:tc>
          <w:tcPr>
            <w:tcW w:w="1881" w:type="dxa"/>
            <w:vAlign w:val="center"/>
          </w:tcPr>
          <w:p w14:paraId="6EFDA004" w14:textId="77777777" w:rsidR="00447590" w:rsidRDefault="00447590"/>
        </w:tc>
        <w:tc>
          <w:tcPr>
            <w:tcW w:w="1881" w:type="dxa"/>
            <w:vAlign w:val="center"/>
          </w:tcPr>
          <w:p w14:paraId="12F09BD6" w14:textId="77777777" w:rsidR="00447590" w:rsidRDefault="00447590"/>
        </w:tc>
        <w:tc>
          <w:tcPr>
            <w:tcW w:w="1881" w:type="dxa"/>
            <w:vAlign w:val="center"/>
          </w:tcPr>
          <w:p w14:paraId="33972740" w14:textId="77777777" w:rsidR="00447590" w:rsidRDefault="00447590"/>
        </w:tc>
        <w:tc>
          <w:tcPr>
            <w:tcW w:w="1881" w:type="dxa"/>
            <w:vAlign w:val="center"/>
          </w:tcPr>
          <w:p w14:paraId="48C9992B" w14:textId="77777777" w:rsidR="00447590" w:rsidRDefault="00447590"/>
        </w:tc>
      </w:tr>
      <w:tr w:rsidR="00447590" w14:paraId="5396251F" w14:textId="77777777">
        <w:tc>
          <w:tcPr>
            <w:tcW w:w="1881" w:type="dxa"/>
            <w:vAlign w:val="center"/>
          </w:tcPr>
          <w:p w14:paraId="6FCBF432" w14:textId="77777777" w:rsidR="00447590" w:rsidRDefault="00C031B6">
            <w:r>
              <w:rPr>
                <w:sz w:val="18"/>
              </w:rPr>
              <w:t>7</w:t>
            </w:r>
          </w:p>
        </w:tc>
        <w:tc>
          <w:tcPr>
            <w:tcW w:w="1881" w:type="dxa"/>
            <w:vAlign w:val="center"/>
          </w:tcPr>
          <w:p w14:paraId="7E64084A" w14:textId="77777777" w:rsidR="00447590" w:rsidRDefault="00447590"/>
        </w:tc>
        <w:tc>
          <w:tcPr>
            <w:tcW w:w="1881" w:type="dxa"/>
            <w:vAlign w:val="center"/>
          </w:tcPr>
          <w:p w14:paraId="5E9EEEE6" w14:textId="77777777" w:rsidR="00447590" w:rsidRDefault="00447590"/>
        </w:tc>
        <w:tc>
          <w:tcPr>
            <w:tcW w:w="1881" w:type="dxa"/>
            <w:vAlign w:val="center"/>
          </w:tcPr>
          <w:p w14:paraId="123FDCAD" w14:textId="77777777" w:rsidR="00447590" w:rsidRDefault="00447590"/>
        </w:tc>
        <w:tc>
          <w:tcPr>
            <w:tcW w:w="1881" w:type="dxa"/>
            <w:vAlign w:val="center"/>
          </w:tcPr>
          <w:p w14:paraId="37019AA3" w14:textId="77777777" w:rsidR="00447590" w:rsidRDefault="00447590"/>
        </w:tc>
      </w:tr>
      <w:tr w:rsidR="00447590" w14:paraId="4C905187" w14:textId="77777777">
        <w:tc>
          <w:tcPr>
            <w:tcW w:w="1881" w:type="dxa"/>
            <w:vAlign w:val="center"/>
          </w:tcPr>
          <w:p w14:paraId="421B0229" w14:textId="77777777" w:rsidR="00447590" w:rsidRDefault="00C031B6">
            <w:r>
              <w:rPr>
                <w:sz w:val="18"/>
              </w:rPr>
              <w:t>8</w:t>
            </w:r>
          </w:p>
        </w:tc>
        <w:tc>
          <w:tcPr>
            <w:tcW w:w="1881" w:type="dxa"/>
            <w:vAlign w:val="center"/>
          </w:tcPr>
          <w:p w14:paraId="212EA7F4" w14:textId="77777777" w:rsidR="00447590" w:rsidRDefault="00447590"/>
        </w:tc>
        <w:tc>
          <w:tcPr>
            <w:tcW w:w="1881" w:type="dxa"/>
            <w:vAlign w:val="center"/>
          </w:tcPr>
          <w:p w14:paraId="15EDF2F1" w14:textId="77777777" w:rsidR="00447590" w:rsidRDefault="00447590"/>
        </w:tc>
        <w:tc>
          <w:tcPr>
            <w:tcW w:w="1881" w:type="dxa"/>
            <w:vAlign w:val="center"/>
          </w:tcPr>
          <w:p w14:paraId="648DBCF9" w14:textId="77777777" w:rsidR="00447590" w:rsidRDefault="00447590"/>
        </w:tc>
        <w:tc>
          <w:tcPr>
            <w:tcW w:w="1881" w:type="dxa"/>
            <w:vAlign w:val="center"/>
          </w:tcPr>
          <w:p w14:paraId="2C9789DB" w14:textId="77777777" w:rsidR="00447590" w:rsidRDefault="00447590"/>
        </w:tc>
      </w:tr>
    </w:tbl>
    <w:p w14:paraId="57948002" w14:textId="77777777" w:rsidR="00447590" w:rsidRDefault="00447590"/>
    <w:p w14:paraId="76FFB001" w14:textId="77777777" w:rsidR="00447590" w:rsidRDefault="00C031B6">
      <w:r>
        <w:rPr>
          <w:b/>
        </w:rPr>
        <w:t>E. ANALISIS POTENSI PRIORITAS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959"/>
        <w:gridCol w:w="1071"/>
        <w:gridCol w:w="1148"/>
        <w:gridCol w:w="1772"/>
        <w:gridCol w:w="1095"/>
        <w:gridCol w:w="1354"/>
        <w:gridCol w:w="1888"/>
      </w:tblGrid>
      <w:tr w:rsidR="00447590" w14:paraId="6E81D803" w14:textId="77777777">
        <w:tc>
          <w:tcPr>
            <w:tcW w:w="1344" w:type="dxa"/>
            <w:shd w:val="clear" w:color="auto" w:fill="D9EAF7"/>
            <w:vAlign w:val="center"/>
          </w:tcPr>
          <w:p w14:paraId="4A100A0D" w14:textId="77777777" w:rsidR="00447590" w:rsidRDefault="00C031B6">
            <w:r>
              <w:rPr>
                <w:b/>
                <w:sz w:val="16"/>
              </w:rPr>
              <w:t>No.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645E7FF1" w14:textId="77777777" w:rsidR="00447590" w:rsidRDefault="00C031B6">
            <w:r>
              <w:rPr>
                <w:b/>
                <w:sz w:val="16"/>
              </w:rPr>
              <w:t>Potensi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185F3DFC" w14:textId="77777777" w:rsidR="00447590" w:rsidRDefault="00C031B6">
            <w:r>
              <w:rPr>
                <w:b/>
                <w:sz w:val="16"/>
              </w:rPr>
              <w:t>Kekuatan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18D9A293" w14:textId="77777777" w:rsidR="00447590" w:rsidRDefault="00C031B6">
            <w:r>
              <w:rPr>
                <w:b/>
                <w:sz w:val="16"/>
              </w:rPr>
              <w:t>Kelemahan/Hambatan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703E9374" w14:textId="77777777" w:rsidR="00447590" w:rsidRDefault="00C031B6">
            <w:r>
              <w:rPr>
                <w:b/>
                <w:sz w:val="16"/>
              </w:rPr>
              <w:t>Peluang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2BABAFDE" w14:textId="77777777" w:rsidR="00447590" w:rsidRDefault="00C031B6">
            <w:r>
              <w:rPr>
                <w:b/>
                <w:sz w:val="16"/>
              </w:rPr>
              <w:t>Ancaman/Risiko</w:t>
            </w:r>
          </w:p>
        </w:tc>
        <w:tc>
          <w:tcPr>
            <w:tcW w:w="1344" w:type="dxa"/>
            <w:shd w:val="clear" w:color="auto" w:fill="D9EAF7"/>
            <w:vAlign w:val="center"/>
          </w:tcPr>
          <w:p w14:paraId="7486B2AF" w14:textId="77777777" w:rsidR="00447590" w:rsidRDefault="00C031B6">
            <w:r>
              <w:rPr>
                <w:b/>
                <w:sz w:val="16"/>
              </w:rPr>
              <w:t>Prioritas (Tinggi/Sedang/Rendah)</w:t>
            </w:r>
          </w:p>
        </w:tc>
      </w:tr>
      <w:tr w:rsidR="00447590" w14:paraId="6F551851" w14:textId="77777777">
        <w:tc>
          <w:tcPr>
            <w:tcW w:w="1344" w:type="dxa"/>
            <w:vAlign w:val="center"/>
          </w:tcPr>
          <w:p w14:paraId="0648CF6C" w14:textId="77777777" w:rsidR="00447590" w:rsidRDefault="00C031B6">
            <w:r>
              <w:rPr>
                <w:sz w:val="16"/>
              </w:rPr>
              <w:t>1</w:t>
            </w:r>
          </w:p>
        </w:tc>
        <w:tc>
          <w:tcPr>
            <w:tcW w:w="1344" w:type="dxa"/>
            <w:vAlign w:val="center"/>
          </w:tcPr>
          <w:p w14:paraId="324A1E1A" w14:textId="77777777" w:rsidR="00447590" w:rsidRDefault="00447590"/>
        </w:tc>
        <w:tc>
          <w:tcPr>
            <w:tcW w:w="1344" w:type="dxa"/>
            <w:vAlign w:val="center"/>
          </w:tcPr>
          <w:p w14:paraId="6071AA4E" w14:textId="77777777" w:rsidR="00447590" w:rsidRDefault="00447590"/>
        </w:tc>
        <w:tc>
          <w:tcPr>
            <w:tcW w:w="1344" w:type="dxa"/>
            <w:vAlign w:val="center"/>
          </w:tcPr>
          <w:p w14:paraId="039F4A88" w14:textId="77777777" w:rsidR="00447590" w:rsidRDefault="00447590"/>
        </w:tc>
        <w:tc>
          <w:tcPr>
            <w:tcW w:w="1344" w:type="dxa"/>
            <w:vAlign w:val="center"/>
          </w:tcPr>
          <w:p w14:paraId="10FAEEDE" w14:textId="77777777" w:rsidR="00447590" w:rsidRDefault="00447590"/>
        </w:tc>
        <w:tc>
          <w:tcPr>
            <w:tcW w:w="1344" w:type="dxa"/>
            <w:vAlign w:val="center"/>
          </w:tcPr>
          <w:p w14:paraId="05AA7B9D" w14:textId="77777777" w:rsidR="00447590" w:rsidRDefault="00447590"/>
        </w:tc>
        <w:tc>
          <w:tcPr>
            <w:tcW w:w="1344" w:type="dxa"/>
            <w:vAlign w:val="center"/>
          </w:tcPr>
          <w:p w14:paraId="7854FC04" w14:textId="77777777" w:rsidR="00447590" w:rsidRDefault="00447590"/>
        </w:tc>
      </w:tr>
      <w:tr w:rsidR="00447590" w14:paraId="0F51D826" w14:textId="77777777">
        <w:tc>
          <w:tcPr>
            <w:tcW w:w="1344" w:type="dxa"/>
            <w:vAlign w:val="center"/>
          </w:tcPr>
          <w:p w14:paraId="2E92C6CD" w14:textId="77777777" w:rsidR="00447590" w:rsidRDefault="00C031B6">
            <w:r>
              <w:rPr>
                <w:sz w:val="16"/>
              </w:rPr>
              <w:t>2</w:t>
            </w:r>
          </w:p>
        </w:tc>
        <w:tc>
          <w:tcPr>
            <w:tcW w:w="1344" w:type="dxa"/>
            <w:vAlign w:val="center"/>
          </w:tcPr>
          <w:p w14:paraId="4FE16530" w14:textId="77777777" w:rsidR="00447590" w:rsidRDefault="00447590"/>
        </w:tc>
        <w:tc>
          <w:tcPr>
            <w:tcW w:w="1344" w:type="dxa"/>
            <w:vAlign w:val="center"/>
          </w:tcPr>
          <w:p w14:paraId="14F3BD8E" w14:textId="77777777" w:rsidR="00447590" w:rsidRDefault="00447590"/>
        </w:tc>
        <w:tc>
          <w:tcPr>
            <w:tcW w:w="1344" w:type="dxa"/>
            <w:vAlign w:val="center"/>
          </w:tcPr>
          <w:p w14:paraId="65BB9F44" w14:textId="77777777" w:rsidR="00447590" w:rsidRDefault="00447590"/>
        </w:tc>
        <w:tc>
          <w:tcPr>
            <w:tcW w:w="1344" w:type="dxa"/>
            <w:vAlign w:val="center"/>
          </w:tcPr>
          <w:p w14:paraId="69D9D3C2" w14:textId="77777777" w:rsidR="00447590" w:rsidRDefault="00447590"/>
        </w:tc>
        <w:tc>
          <w:tcPr>
            <w:tcW w:w="1344" w:type="dxa"/>
            <w:vAlign w:val="center"/>
          </w:tcPr>
          <w:p w14:paraId="649DB46F" w14:textId="77777777" w:rsidR="00447590" w:rsidRDefault="00447590"/>
        </w:tc>
        <w:tc>
          <w:tcPr>
            <w:tcW w:w="1344" w:type="dxa"/>
            <w:vAlign w:val="center"/>
          </w:tcPr>
          <w:p w14:paraId="111FE2F0" w14:textId="77777777" w:rsidR="00447590" w:rsidRDefault="00447590"/>
        </w:tc>
      </w:tr>
      <w:tr w:rsidR="00447590" w14:paraId="452C56B8" w14:textId="77777777">
        <w:tc>
          <w:tcPr>
            <w:tcW w:w="1344" w:type="dxa"/>
            <w:vAlign w:val="center"/>
          </w:tcPr>
          <w:p w14:paraId="51DDDDCE" w14:textId="77777777" w:rsidR="00447590" w:rsidRDefault="00C031B6">
            <w:r>
              <w:rPr>
                <w:sz w:val="16"/>
              </w:rPr>
              <w:t>3</w:t>
            </w:r>
          </w:p>
        </w:tc>
        <w:tc>
          <w:tcPr>
            <w:tcW w:w="1344" w:type="dxa"/>
            <w:vAlign w:val="center"/>
          </w:tcPr>
          <w:p w14:paraId="479303EC" w14:textId="77777777" w:rsidR="00447590" w:rsidRDefault="00447590"/>
        </w:tc>
        <w:tc>
          <w:tcPr>
            <w:tcW w:w="1344" w:type="dxa"/>
            <w:vAlign w:val="center"/>
          </w:tcPr>
          <w:p w14:paraId="6E0A57A3" w14:textId="77777777" w:rsidR="00447590" w:rsidRDefault="00447590"/>
        </w:tc>
        <w:tc>
          <w:tcPr>
            <w:tcW w:w="1344" w:type="dxa"/>
            <w:vAlign w:val="center"/>
          </w:tcPr>
          <w:p w14:paraId="1DD0FF6E" w14:textId="77777777" w:rsidR="00447590" w:rsidRDefault="00447590"/>
        </w:tc>
        <w:tc>
          <w:tcPr>
            <w:tcW w:w="1344" w:type="dxa"/>
            <w:vAlign w:val="center"/>
          </w:tcPr>
          <w:p w14:paraId="75E3D222" w14:textId="77777777" w:rsidR="00447590" w:rsidRDefault="00447590"/>
        </w:tc>
        <w:tc>
          <w:tcPr>
            <w:tcW w:w="1344" w:type="dxa"/>
            <w:vAlign w:val="center"/>
          </w:tcPr>
          <w:p w14:paraId="400164E1" w14:textId="77777777" w:rsidR="00447590" w:rsidRDefault="00447590"/>
        </w:tc>
        <w:tc>
          <w:tcPr>
            <w:tcW w:w="1344" w:type="dxa"/>
            <w:vAlign w:val="center"/>
          </w:tcPr>
          <w:p w14:paraId="1087CF67" w14:textId="77777777" w:rsidR="00447590" w:rsidRDefault="00447590"/>
        </w:tc>
      </w:tr>
      <w:tr w:rsidR="00447590" w14:paraId="019981A1" w14:textId="77777777">
        <w:tc>
          <w:tcPr>
            <w:tcW w:w="1344" w:type="dxa"/>
            <w:vAlign w:val="center"/>
          </w:tcPr>
          <w:p w14:paraId="5107A271" w14:textId="77777777" w:rsidR="00447590" w:rsidRDefault="00C031B6">
            <w:r>
              <w:rPr>
                <w:sz w:val="16"/>
              </w:rPr>
              <w:lastRenderedPageBreak/>
              <w:t>4</w:t>
            </w:r>
          </w:p>
        </w:tc>
        <w:tc>
          <w:tcPr>
            <w:tcW w:w="1344" w:type="dxa"/>
            <w:vAlign w:val="center"/>
          </w:tcPr>
          <w:p w14:paraId="2CEF9B79" w14:textId="77777777" w:rsidR="00447590" w:rsidRDefault="00447590"/>
        </w:tc>
        <w:tc>
          <w:tcPr>
            <w:tcW w:w="1344" w:type="dxa"/>
            <w:vAlign w:val="center"/>
          </w:tcPr>
          <w:p w14:paraId="7F2C434D" w14:textId="77777777" w:rsidR="00447590" w:rsidRDefault="00447590"/>
        </w:tc>
        <w:tc>
          <w:tcPr>
            <w:tcW w:w="1344" w:type="dxa"/>
            <w:vAlign w:val="center"/>
          </w:tcPr>
          <w:p w14:paraId="601ED2B6" w14:textId="77777777" w:rsidR="00447590" w:rsidRDefault="00447590"/>
        </w:tc>
        <w:tc>
          <w:tcPr>
            <w:tcW w:w="1344" w:type="dxa"/>
            <w:vAlign w:val="center"/>
          </w:tcPr>
          <w:p w14:paraId="19868622" w14:textId="77777777" w:rsidR="00447590" w:rsidRDefault="00447590"/>
        </w:tc>
        <w:tc>
          <w:tcPr>
            <w:tcW w:w="1344" w:type="dxa"/>
            <w:vAlign w:val="center"/>
          </w:tcPr>
          <w:p w14:paraId="58D47D0C" w14:textId="77777777" w:rsidR="00447590" w:rsidRDefault="00447590"/>
        </w:tc>
        <w:tc>
          <w:tcPr>
            <w:tcW w:w="1344" w:type="dxa"/>
            <w:vAlign w:val="center"/>
          </w:tcPr>
          <w:p w14:paraId="6ACE2620" w14:textId="77777777" w:rsidR="00447590" w:rsidRDefault="00447590"/>
        </w:tc>
      </w:tr>
      <w:tr w:rsidR="00447590" w14:paraId="070A520E" w14:textId="77777777">
        <w:tc>
          <w:tcPr>
            <w:tcW w:w="1344" w:type="dxa"/>
            <w:vAlign w:val="center"/>
          </w:tcPr>
          <w:p w14:paraId="790EB575" w14:textId="77777777" w:rsidR="00447590" w:rsidRDefault="00C031B6">
            <w:r>
              <w:rPr>
                <w:sz w:val="16"/>
              </w:rPr>
              <w:t>5</w:t>
            </w:r>
          </w:p>
        </w:tc>
        <w:tc>
          <w:tcPr>
            <w:tcW w:w="1344" w:type="dxa"/>
            <w:vAlign w:val="center"/>
          </w:tcPr>
          <w:p w14:paraId="44543DA5" w14:textId="77777777" w:rsidR="00447590" w:rsidRDefault="00447590"/>
        </w:tc>
        <w:tc>
          <w:tcPr>
            <w:tcW w:w="1344" w:type="dxa"/>
            <w:vAlign w:val="center"/>
          </w:tcPr>
          <w:p w14:paraId="6ECDB6C9" w14:textId="77777777" w:rsidR="00447590" w:rsidRDefault="00447590"/>
        </w:tc>
        <w:tc>
          <w:tcPr>
            <w:tcW w:w="1344" w:type="dxa"/>
            <w:vAlign w:val="center"/>
          </w:tcPr>
          <w:p w14:paraId="64EA20AC" w14:textId="77777777" w:rsidR="00447590" w:rsidRDefault="00447590"/>
        </w:tc>
        <w:tc>
          <w:tcPr>
            <w:tcW w:w="1344" w:type="dxa"/>
            <w:vAlign w:val="center"/>
          </w:tcPr>
          <w:p w14:paraId="04F456CE" w14:textId="77777777" w:rsidR="00447590" w:rsidRDefault="00447590"/>
        </w:tc>
        <w:tc>
          <w:tcPr>
            <w:tcW w:w="1344" w:type="dxa"/>
            <w:vAlign w:val="center"/>
          </w:tcPr>
          <w:p w14:paraId="2CB2DB07" w14:textId="77777777" w:rsidR="00447590" w:rsidRDefault="00447590"/>
        </w:tc>
        <w:tc>
          <w:tcPr>
            <w:tcW w:w="1344" w:type="dxa"/>
            <w:vAlign w:val="center"/>
          </w:tcPr>
          <w:p w14:paraId="64896C3D" w14:textId="77777777" w:rsidR="00447590" w:rsidRDefault="00447590"/>
        </w:tc>
      </w:tr>
    </w:tbl>
    <w:p w14:paraId="31FA9A29" w14:textId="77777777" w:rsidR="00447590" w:rsidRDefault="00447590"/>
    <w:p w14:paraId="75F8DDC6" w14:textId="77777777" w:rsidR="00447590" w:rsidRDefault="00C031B6">
      <w:r>
        <w:rPr>
          <w:b/>
        </w:rPr>
        <w:t>F. POTENSI DAN RENCANA PROGRAM KKN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533"/>
        <w:gridCol w:w="1543"/>
        <w:gridCol w:w="1554"/>
        <w:gridCol w:w="1547"/>
        <w:gridCol w:w="1555"/>
        <w:gridCol w:w="1555"/>
      </w:tblGrid>
      <w:tr w:rsidR="00447590" w14:paraId="6D8E4E30" w14:textId="77777777">
        <w:tc>
          <w:tcPr>
            <w:tcW w:w="1567" w:type="dxa"/>
            <w:shd w:val="clear" w:color="auto" w:fill="D9EAF7"/>
            <w:vAlign w:val="center"/>
          </w:tcPr>
          <w:p w14:paraId="6760EEB0" w14:textId="77777777" w:rsidR="00447590" w:rsidRDefault="00C031B6">
            <w:r>
              <w:rPr>
                <w:b/>
                <w:sz w:val="18"/>
              </w:rPr>
              <w:t>No.</w:t>
            </w:r>
          </w:p>
        </w:tc>
        <w:tc>
          <w:tcPr>
            <w:tcW w:w="1567" w:type="dxa"/>
            <w:shd w:val="clear" w:color="auto" w:fill="D9EAF7"/>
            <w:vAlign w:val="center"/>
          </w:tcPr>
          <w:p w14:paraId="0CB1B639" w14:textId="77777777" w:rsidR="00447590" w:rsidRDefault="00C031B6">
            <w:r>
              <w:rPr>
                <w:b/>
                <w:sz w:val="18"/>
              </w:rPr>
              <w:t>Potensi yang Dipilih</w:t>
            </w:r>
          </w:p>
        </w:tc>
        <w:tc>
          <w:tcPr>
            <w:tcW w:w="1567" w:type="dxa"/>
            <w:shd w:val="clear" w:color="auto" w:fill="D9EAF7"/>
            <w:vAlign w:val="center"/>
          </w:tcPr>
          <w:p w14:paraId="18A86BD8" w14:textId="77777777" w:rsidR="00447590" w:rsidRDefault="00C031B6">
            <w:r>
              <w:rPr>
                <w:b/>
                <w:sz w:val="18"/>
              </w:rPr>
              <w:t>Kebutuhan Masyarakat</w:t>
            </w:r>
          </w:p>
        </w:tc>
        <w:tc>
          <w:tcPr>
            <w:tcW w:w="1567" w:type="dxa"/>
            <w:shd w:val="clear" w:color="auto" w:fill="D9EAF7"/>
            <w:vAlign w:val="center"/>
          </w:tcPr>
          <w:p w14:paraId="103E0DB8" w14:textId="77777777" w:rsidR="00447590" w:rsidRDefault="00C031B6">
            <w:r>
              <w:rPr>
                <w:b/>
                <w:sz w:val="18"/>
              </w:rPr>
              <w:t>Bentuk Program KKN</w:t>
            </w:r>
          </w:p>
        </w:tc>
        <w:tc>
          <w:tcPr>
            <w:tcW w:w="1567" w:type="dxa"/>
            <w:shd w:val="clear" w:color="auto" w:fill="D9EAF7"/>
            <w:vAlign w:val="center"/>
          </w:tcPr>
          <w:p w14:paraId="37A113ED" w14:textId="77777777" w:rsidR="00447590" w:rsidRDefault="00C031B6">
            <w:r>
              <w:rPr>
                <w:b/>
                <w:sz w:val="18"/>
              </w:rPr>
              <w:t>Mitra/Pihak Terlibat</w:t>
            </w:r>
          </w:p>
        </w:tc>
        <w:tc>
          <w:tcPr>
            <w:tcW w:w="1567" w:type="dxa"/>
            <w:shd w:val="clear" w:color="auto" w:fill="D9EAF7"/>
            <w:vAlign w:val="center"/>
          </w:tcPr>
          <w:p w14:paraId="39863AE6" w14:textId="77777777" w:rsidR="00447590" w:rsidRDefault="00C031B6">
            <w:r>
              <w:rPr>
                <w:b/>
                <w:sz w:val="18"/>
              </w:rPr>
              <w:t>Target/Hasil</w:t>
            </w:r>
          </w:p>
        </w:tc>
      </w:tr>
      <w:tr w:rsidR="00447590" w14:paraId="74DC995B" w14:textId="77777777">
        <w:tc>
          <w:tcPr>
            <w:tcW w:w="1567" w:type="dxa"/>
            <w:vAlign w:val="center"/>
          </w:tcPr>
          <w:p w14:paraId="075A6FF7" w14:textId="77777777" w:rsidR="00447590" w:rsidRDefault="00C031B6">
            <w:r>
              <w:rPr>
                <w:sz w:val="18"/>
              </w:rPr>
              <w:t>1</w:t>
            </w:r>
          </w:p>
        </w:tc>
        <w:tc>
          <w:tcPr>
            <w:tcW w:w="1567" w:type="dxa"/>
            <w:vAlign w:val="center"/>
          </w:tcPr>
          <w:p w14:paraId="33861931" w14:textId="77777777" w:rsidR="00447590" w:rsidRDefault="00447590"/>
        </w:tc>
        <w:tc>
          <w:tcPr>
            <w:tcW w:w="1567" w:type="dxa"/>
            <w:vAlign w:val="center"/>
          </w:tcPr>
          <w:p w14:paraId="3A814B10" w14:textId="77777777" w:rsidR="00447590" w:rsidRDefault="00447590"/>
        </w:tc>
        <w:tc>
          <w:tcPr>
            <w:tcW w:w="1567" w:type="dxa"/>
            <w:vAlign w:val="center"/>
          </w:tcPr>
          <w:p w14:paraId="0D296BA0" w14:textId="77777777" w:rsidR="00447590" w:rsidRDefault="00447590"/>
        </w:tc>
        <w:tc>
          <w:tcPr>
            <w:tcW w:w="1567" w:type="dxa"/>
            <w:vAlign w:val="center"/>
          </w:tcPr>
          <w:p w14:paraId="09127F31" w14:textId="77777777" w:rsidR="00447590" w:rsidRDefault="00447590"/>
        </w:tc>
        <w:tc>
          <w:tcPr>
            <w:tcW w:w="1567" w:type="dxa"/>
            <w:vAlign w:val="center"/>
          </w:tcPr>
          <w:p w14:paraId="25A638C5" w14:textId="77777777" w:rsidR="00447590" w:rsidRDefault="00447590"/>
        </w:tc>
      </w:tr>
      <w:tr w:rsidR="00447590" w14:paraId="0BC31F93" w14:textId="77777777">
        <w:tc>
          <w:tcPr>
            <w:tcW w:w="1567" w:type="dxa"/>
            <w:vAlign w:val="center"/>
          </w:tcPr>
          <w:p w14:paraId="4DF43650" w14:textId="77777777" w:rsidR="00447590" w:rsidRDefault="00C031B6">
            <w:r>
              <w:rPr>
                <w:sz w:val="18"/>
              </w:rPr>
              <w:t>2</w:t>
            </w:r>
          </w:p>
        </w:tc>
        <w:tc>
          <w:tcPr>
            <w:tcW w:w="1567" w:type="dxa"/>
            <w:vAlign w:val="center"/>
          </w:tcPr>
          <w:p w14:paraId="2CD47773" w14:textId="77777777" w:rsidR="00447590" w:rsidRDefault="00447590"/>
        </w:tc>
        <w:tc>
          <w:tcPr>
            <w:tcW w:w="1567" w:type="dxa"/>
            <w:vAlign w:val="center"/>
          </w:tcPr>
          <w:p w14:paraId="6DF74F31" w14:textId="77777777" w:rsidR="00447590" w:rsidRDefault="00447590"/>
        </w:tc>
        <w:tc>
          <w:tcPr>
            <w:tcW w:w="1567" w:type="dxa"/>
            <w:vAlign w:val="center"/>
          </w:tcPr>
          <w:p w14:paraId="43A5F187" w14:textId="77777777" w:rsidR="00447590" w:rsidRDefault="00447590"/>
        </w:tc>
        <w:tc>
          <w:tcPr>
            <w:tcW w:w="1567" w:type="dxa"/>
            <w:vAlign w:val="center"/>
          </w:tcPr>
          <w:p w14:paraId="502FA315" w14:textId="77777777" w:rsidR="00447590" w:rsidRDefault="00447590"/>
        </w:tc>
        <w:tc>
          <w:tcPr>
            <w:tcW w:w="1567" w:type="dxa"/>
            <w:vAlign w:val="center"/>
          </w:tcPr>
          <w:p w14:paraId="4E902AB4" w14:textId="77777777" w:rsidR="00447590" w:rsidRDefault="00447590"/>
        </w:tc>
      </w:tr>
      <w:tr w:rsidR="00447590" w14:paraId="0B7157B6" w14:textId="77777777">
        <w:tc>
          <w:tcPr>
            <w:tcW w:w="1567" w:type="dxa"/>
            <w:vAlign w:val="center"/>
          </w:tcPr>
          <w:p w14:paraId="579EF842" w14:textId="77777777" w:rsidR="00447590" w:rsidRDefault="00C031B6">
            <w:r>
              <w:rPr>
                <w:sz w:val="18"/>
              </w:rPr>
              <w:t>3</w:t>
            </w:r>
          </w:p>
        </w:tc>
        <w:tc>
          <w:tcPr>
            <w:tcW w:w="1567" w:type="dxa"/>
            <w:vAlign w:val="center"/>
          </w:tcPr>
          <w:p w14:paraId="08A6DC1D" w14:textId="77777777" w:rsidR="00447590" w:rsidRDefault="00447590"/>
        </w:tc>
        <w:tc>
          <w:tcPr>
            <w:tcW w:w="1567" w:type="dxa"/>
            <w:vAlign w:val="center"/>
          </w:tcPr>
          <w:p w14:paraId="0456F9BD" w14:textId="77777777" w:rsidR="00447590" w:rsidRDefault="00447590"/>
        </w:tc>
        <w:tc>
          <w:tcPr>
            <w:tcW w:w="1567" w:type="dxa"/>
            <w:vAlign w:val="center"/>
          </w:tcPr>
          <w:p w14:paraId="17B779CA" w14:textId="77777777" w:rsidR="00447590" w:rsidRDefault="00447590"/>
        </w:tc>
        <w:tc>
          <w:tcPr>
            <w:tcW w:w="1567" w:type="dxa"/>
            <w:vAlign w:val="center"/>
          </w:tcPr>
          <w:p w14:paraId="74C801B6" w14:textId="77777777" w:rsidR="00447590" w:rsidRDefault="00447590"/>
        </w:tc>
        <w:tc>
          <w:tcPr>
            <w:tcW w:w="1567" w:type="dxa"/>
            <w:vAlign w:val="center"/>
          </w:tcPr>
          <w:p w14:paraId="37F6A053" w14:textId="77777777" w:rsidR="00447590" w:rsidRDefault="00447590"/>
        </w:tc>
      </w:tr>
      <w:tr w:rsidR="00447590" w14:paraId="6C027001" w14:textId="77777777">
        <w:tc>
          <w:tcPr>
            <w:tcW w:w="1567" w:type="dxa"/>
            <w:vAlign w:val="center"/>
          </w:tcPr>
          <w:p w14:paraId="163EA681" w14:textId="77777777" w:rsidR="00447590" w:rsidRDefault="00C031B6">
            <w:r>
              <w:rPr>
                <w:sz w:val="18"/>
              </w:rPr>
              <w:t>4</w:t>
            </w:r>
          </w:p>
        </w:tc>
        <w:tc>
          <w:tcPr>
            <w:tcW w:w="1567" w:type="dxa"/>
            <w:vAlign w:val="center"/>
          </w:tcPr>
          <w:p w14:paraId="7C865DFA" w14:textId="77777777" w:rsidR="00447590" w:rsidRDefault="00447590"/>
        </w:tc>
        <w:tc>
          <w:tcPr>
            <w:tcW w:w="1567" w:type="dxa"/>
            <w:vAlign w:val="center"/>
          </w:tcPr>
          <w:p w14:paraId="49D04C16" w14:textId="77777777" w:rsidR="00447590" w:rsidRDefault="00447590"/>
        </w:tc>
        <w:tc>
          <w:tcPr>
            <w:tcW w:w="1567" w:type="dxa"/>
            <w:vAlign w:val="center"/>
          </w:tcPr>
          <w:p w14:paraId="5703C307" w14:textId="77777777" w:rsidR="00447590" w:rsidRDefault="00447590"/>
        </w:tc>
        <w:tc>
          <w:tcPr>
            <w:tcW w:w="1567" w:type="dxa"/>
            <w:vAlign w:val="center"/>
          </w:tcPr>
          <w:p w14:paraId="465DD7FB" w14:textId="77777777" w:rsidR="00447590" w:rsidRDefault="00447590"/>
        </w:tc>
        <w:tc>
          <w:tcPr>
            <w:tcW w:w="1567" w:type="dxa"/>
            <w:vAlign w:val="center"/>
          </w:tcPr>
          <w:p w14:paraId="19339C5E" w14:textId="77777777" w:rsidR="00447590" w:rsidRDefault="00447590"/>
        </w:tc>
      </w:tr>
      <w:tr w:rsidR="00447590" w14:paraId="333ECD35" w14:textId="77777777">
        <w:tc>
          <w:tcPr>
            <w:tcW w:w="1567" w:type="dxa"/>
            <w:vAlign w:val="center"/>
          </w:tcPr>
          <w:p w14:paraId="348FB67F" w14:textId="77777777" w:rsidR="00447590" w:rsidRDefault="00C031B6">
            <w:r>
              <w:rPr>
                <w:sz w:val="18"/>
              </w:rPr>
              <w:t>5</w:t>
            </w:r>
          </w:p>
        </w:tc>
        <w:tc>
          <w:tcPr>
            <w:tcW w:w="1567" w:type="dxa"/>
            <w:vAlign w:val="center"/>
          </w:tcPr>
          <w:p w14:paraId="085901C7" w14:textId="77777777" w:rsidR="00447590" w:rsidRDefault="00447590"/>
        </w:tc>
        <w:tc>
          <w:tcPr>
            <w:tcW w:w="1567" w:type="dxa"/>
            <w:vAlign w:val="center"/>
          </w:tcPr>
          <w:p w14:paraId="59A5E863" w14:textId="77777777" w:rsidR="00447590" w:rsidRDefault="00447590"/>
        </w:tc>
        <w:tc>
          <w:tcPr>
            <w:tcW w:w="1567" w:type="dxa"/>
            <w:vAlign w:val="center"/>
          </w:tcPr>
          <w:p w14:paraId="4CD1078A" w14:textId="77777777" w:rsidR="00447590" w:rsidRDefault="00447590"/>
        </w:tc>
        <w:tc>
          <w:tcPr>
            <w:tcW w:w="1567" w:type="dxa"/>
            <w:vAlign w:val="center"/>
          </w:tcPr>
          <w:p w14:paraId="0A1B105A" w14:textId="77777777" w:rsidR="00447590" w:rsidRDefault="00447590"/>
        </w:tc>
        <w:tc>
          <w:tcPr>
            <w:tcW w:w="1567" w:type="dxa"/>
            <w:vAlign w:val="center"/>
          </w:tcPr>
          <w:p w14:paraId="4B4F10A8" w14:textId="77777777" w:rsidR="00447590" w:rsidRDefault="00447590"/>
        </w:tc>
      </w:tr>
      <w:tr w:rsidR="00447590" w14:paraId="46007B9E" w14:textId="77777777">
        <w:tc>
          <w:tcPr>
            <w:tcW w:w="1567" w:type="dxa"/>
            <w:vAlign w:val="center"/>
          </w:tcPr>
          <w:p w14:paraId="0B532B5F" w14:textId="77777777" w:rsidR="00447590" w:rsidRDefault="00C031B6">
            <w:r>
              <w:rPr>
                <w:sz w:val="18"/>
              </w:rPr>
              <w:t>6</w:t>
            </w:r>
          </w:p>
        </w:tc>
        <w:tc>
          <w:tcPr>
            <w:tcW w:w="1567" w:type="dxa"/>
            <w:vAlign w:val="center"/>
          </w:tcPr>
          <w:p w14:paraId="10B38912" w14:textId="77777777" w:rsidR="00447590" w:rsidRDefault="00447590"/>
        </w:tc>
        <w:tc>
          <w:tcPr>
            <w:tcW w:w="1567" w:type="dxa"/>
            <w:vAlign w:val="center"/>
          </w:tcPr>
          <w:p w14:paraId="529E3BCC" w14:textId="77777777" w:rsidR="00447590" w:rsidRDefault="00447590"/>
        </w:tc>
        <w:tc>
          <w:tcPr>
            <w:tcW w:w="1567" w:type="dxa"/>
            <w:vAlign w:val="center"/>
          </w:tcPr>
          <w:p w14:paraId="1B68ED29" w14:textId="77777777" w:rsidR="00447590" w:rsidRDefault="00447590"/>
        </w:tc>
        <w:tc>
          <w:tcPr>
            <w:tcW w:w="1567" w:type="dxa"/>
            <w:vAlign w:val="center"/>
          </w:tcPr>
          <w:p w14:paraId="235EEE86" w14:textId="77777777" w:rsidR="00447590" w:rsidRDefault="00447590"/>
        </w:tc>
        <w:tc>
          <w:tcPr>
            <w:tcW w:w="1567" w:type="dxa"/>
            <w:vAlign w:val="center"/>
          </w:tcPr>
          <w:p w14:paraId="0BF1601A" w14:textId="77777777" w:rsidR="00447590" w:rsidRDefault="00447590"/>
        </w:tc>
      </w:tr>
    </w:tbl>
    <w:p w14:paraId="1B9342C1" w14:textId="77777777" w:rsidR="00447590" w:rsidRDefault="00447590"/>
    <w:p w14:paraId="7B749E3B" w14:textId="77777777" w:rsidR="00447590" w:rsidRDefault="00C031B6">
      <w:r>
        <w:rPr>
          <w:b/>
        </w:rPr>
        <w:t>G. DOKUMENTASI PEMETAAN</w:t>
      </w:r>
    </w:p>
    <w:p w14:paraId="43E73F82" w14:textId="77777777" w:rsidR="00447590" w:rsidRDefault="00C031B6">
      <w:r>
        <w:rPr>
          <w:b/>
        </w:rPr>
        <w:t>Dokumentasi 1: Potensi/Sumber Daya Desa</w:t>
      </w:r>
    </w:p>
    <w:p w14:paraId="197C44A8" w14:textId="77777777" w:rsidR="00447590" w:rsidRDefault="00C031B6">
      <w:r>
        <w:t>[ Tempat menempelkan foto ]</w:t>
      </w:r>
    </w:p>
    <w:p w14:paraId="4F62A01F" w14:textId="77777777" w:rsidR="00447590" w:rsidRDefault="00C031B6">
      <w:r>
        <w:rPr>
          <w:b/>
        </w:rPr>
        <w:t>Dokumentasi 2: Pelaku/Kelompok Pengelola</w:t>
      </w:r>
    </w:p>
    <w:p w14:paraId="15A59CDB" w14:textId="77777777" w:rsidR="00447590" w:rsidRDefault="00C031B6">
      <w:r>
        <w:t>[ Tempat menempelkan foto ]</w:t>
      </w:r>
    </w:p>
    <w:p w14:paraId="0D7F3E00" w14:textId="77777777" w:rsidR="00447590" w:rsidRDefault="00C031B6">
      <w:r>
        <w:rPr>
          <w:b/>
        </w:rPr>
        <w:t>Dokumentasi 3: Sarana Pendukung</w:t>
      </w:r>
    </w:p>
    <w:p w14:paraId="657A4191" w14:textId="77777777" w:rsidR="00447590" w:rsidRDefault="00C031B6">
      <w:r>
        <w:t>[ Tempat menempelkan foto ]</w:t>
      </w:r>
    </w:p>
    <w:p w14:paraId="1E324107" w14:textId="77777777" w:rsidR="00447590" w:rsidRDefault="00C031B6">
      <w:r>
        <w:rPr>
          <w:b/>
        </w:rPr>
        <w:t>Dokumentasi 4: Kondisi Lokasi Potensi</w:t>
      </w:r>
    </w:p>
    <w:p w14:paraId="08F56BDC" w14:textId="77777777" w:rsidR="00447590" w:rsidRDefault="00C031B6">
      <w:r>
        <w:t>[ Tempat menempelkan foto ]</w:t>
      </w:r>
    </w:p>
    <w:p w14:paraId="4A3780E2" w14:textId="77777777" w:rsidR="00447590" w:rsidRDefault="00447590"/>
    <w:p w14:paraId="4E582D26" w14:textId="77777777" w:rsidR="00447590" w:rsidRDefault="00C031B6">
      <w:r>
        <w:rPr>
          <w:b/>
        </w:rPr>
        <w:t>H. KESIMPULAN PEMETAAN</w:t>
      </w:r>
    </w:p>
    <w:p w14:paraId="27C8FCD9" w14:textId="77777777" w:rsidR="00447590" w:rsidRDefault="00C031B6">
      <w:r>
        <w:rPr>
          <w:b/>
        </w:rPr>
        <w:t>Potensi unggulan desa:</w:t>
      </w:r>
    </w:p>
    <w:p w14:paraId="6498D5D7" w14:textId="77777777" w:rsidR="00447590" w:rsidRDefault="00C031B6">
      <w:r>
        <w:t>................................................................................................................</w:t>
      </w:r>
    </w:p>
    <w:p w14:paraId="56507E1C" w14:textId="77777777" w:rsidR="00447590" w:rsidRDefault="00C031B6">
      <w:r>
        <w:t>................................................................................................................</w:t>
      </w:r>
    </w:p>
    <w:p w14:paraId="6902CC50" w14:textId="77777777" w:rsidR="00447590" w:rsidRDefault="00C031B6">
      <w:r>
        <w:rPr>
          <w:b/>
        </w:rPr>
        <w:t>Potensi yang menjadi prioritas pengembangan:</w:t>
      </w:r>
    </w:p>
    <w:p w14:paraId="2B651898" w14:textId="77777777" w:rsidR="00447590" w:rsidRDefault="00C031B6">
      <w:r>
        <w:t>................................................................................................................</w:t>
      </w:r>
    </w:p>
    <w:p w14:paraId="606D388A" w14:textId="77777777" w:rsidR="00447590" w:rsidRDefault="00C031B6">
      <w:r>
        <w:lastRenderedPageBreak/>
        <w:t>................................................................................................................</w:t>
      </w:r>
    </w:p>
    <w:p w14:paraId="591EDE3F" w14:textId="77777777" w:rsidR="00447590" w:rsidRDefault="00C031B6">
      <w:r>
        <w:rPr>
          <w:b/>
        </w:rPr>
        <w:t>Rekomendasi program kerja KKN:</w:t>
      </w:r>
    </w:p>
    <w:p w14:paraId="1041081B" w14:textId="77777777" w:rsidR="00447590" w:rsidRDefault="00C031B6">
      <w:r>
        <w:t>................................................................................................................</w:t>
      </w:r>
    </w:p>
    <w:p w14:paraId="29E0B8E5" w14:textId="77777777" w:rsidR="00447590" w:rsidRDefault="00C031B6">
      <w:r>
        <w:t>................................................................................................................</w:t>
      </w:r>
    </w:p>
    <w:p w14:paraId="2D21EECD" w14:textId="77777777" w:rsidR="00447590" w:rsidRDefault="00447590"/>
    <w:p w14:paraId="09D2FE80" w14:textId="77777777" w:rsidR="00447590" w:rsidRDefault="00C031B6">
      <w:r>
        <w:rPr>
          <w:b/>
        </w:rPr>
        <w:t>I. PENGESAHAN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647"/>
        <w:gridCol w:w="4640"/>
      </w:tblGrid>
      <w:tr w:rsidR="00DC08A1" w14:paraId="3526BE08" w14:textId="77777777" w:rsidTr="00525757">
        <w:trPr>
          <w:jc w:val="center"/>
        </w:trPr>
        <w:tc>
          <w:tcPr>
            <w:tcW w:w="4647" w:type="dxa"/>
            <w:vAlign w:val="center"/>
          </w:tcPr>
          <w:p w14:paraId="7582704D" w14:textId="77777777" w:rsidR="00DC08A1" w:rsidRDefault="00DC08A1" w:rsidP="00525757">
            <w:proofErr w:type="spellStart"/>
            <w:r>
              <w:rPr>
                <w:sz w:val="22"/>
              </w:rPr>
              <w:t>Dosen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Pembimbing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Lapangan</w:t>
            </w:r>
            <w:proofErr w:type="spellEnd"/>
            <w:r>
              <w:rPr>
                <w:sz w:val="22"/>
              </w:rPr>
              <w:t xml:space="preserve"> I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(........................................)</w:t>
            </w:r>
          </w:p>
        </w:tc>
        <w:tc>
          <w:tcPr>
            <w:tcW w:w="4640" w:type="dxa"/>
            <w:vAlign w:val="center"/>
          </w:tcPr>
          <w:p w14:paraId="281B29FE" w14:textId="77777777" w:rsidR="00DC08A1" w:rsidRDefault="00DC08A1" w:rsidP="00525757">
            <w:proofErr w:type="spellStart"/>
            <w:r>
              <w:rPr>
                <w:sz w:val="22"/>
              </w:rPr>
              <w:t>Dosen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Pembimbing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Lapangan</w:t>
            </w:r>
            <w:proofErr w:type="spellEnd"/>
            <w:r>
              <w:rPr>
                <w:sz w:val="22"/>
              </w:rPr>
              <w:t xml:space="preserve"> II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(........................................)</w:t>
            </w:r>
          </w:p>
        </w:tc>
      </w:tr>
      <w:tr w:rsidR="00DC08A1" w14:paraId="52AD80EF" w14:textId="77777777" w:rsidTr="00525757">
        <w:trPr>
          <w:jc w:val="center"/>
        </w:trPr>
        <w:tc>
          <w:tcPr>
            <w:tcW w:w="4647" w:type="dxa"/>
            <w:vAlign w:val="center"/>
          </w:tcPr>
          <w:p w14:paraId="2A54FAB2" w14:textId="77777777" w:rsidR="00DC08A1" w:rsidRDefault="00DC08A1" w:rsidP="0052575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Ketua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Kelompok</w:t>
            </w:r>
            <w:proofErr w:type="spellEnd"/>
            <w:r>
              <w:rPr>
                <w:sz w:val="22"/>
              </w:rPr>
              <w:t xml:space="preserve"> KKN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(........................................)</w:t>
            </w:r>
          </w:p>
        </w:tc>
        <w:tc>
          <w:tcPr>
            <w:tcW w:w="4640" w:type="dxa"/>
            <w:vAlign w:val="center"/>
          </w:tcPr>
          <w:p w14:paraId="19224493" w14:textId="77777777" w:rsidR="00DC08A1" w:rsidRDefault="00DC08A1" w:rsidP="0052575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Perwakilan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Mahasiswa</w:t>
            </w:r>
            <w:proofErr w:type="spellEnd"/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(........................................)</w:t>
            </w:r>
          </w:p>
        </w:tc>
      </w:tr>
    </w:tbl>
    <w:p w14:paraId="4B38C1C5" w14:textId="77777777" w:rsidR="00447590" w:rsidRDefault="00447590"/>
    <w:p w14:paraId="5B6E71B0" w14:textId="00F4296F" w:rsidR="00447590" w:rsidRDefault="00447590">
      <w:pPr>
        <w:jc w:val="center"/>
      </w:pPr>
    </w:p>
    <w:sectPr w:rsidR="00447590" w:rsidSect="00B90D32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492126"/>
    <w:multiLevelType w:val="hybridMultilevel"/>
    <w:tmpl w:val="DCF0A5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47590"/>
    <w:rsid w:val="00AA1D8D"/>
    <w:rsid w:val="00B47730"/>
    <w:rsid w:val="00B90D32"/>
    <w:rsid w:val="00BE162A"/>
    <w:rsid w:val="00C031B6"/>
    <w:rsid w:val="00CB0664"/>
    <w:rsid w:val="00DC08A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AFDC2A"/>
  <w14:defaultImageDpi w14:val="300"/>
  <w15:docId w15:val="{2C2FCA76-B2EB-4B5D-BBB1-0348566B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4</cp:revision>
  <dcterms:created xsi:type="dcterms:W3CDTF">2013-12-23T23:15:00Z</dcterms:created>
  <dcterms:modified xsi:type="dcterms:W3CDTF">2026-09-08T05:04:00Z</dcterms:modified>
  <cp:category/>
</cp:coreProperties>
</file>