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76228" w14:textId="202D667C" w:rsidR="003565F6" w:rsidRDefault="008821C7">
      <w:pPr>
        <w:jc w:val="center"/>
      </w:pPr>
      <w:r>
        <w:rPr>
          <w:b/>
          <w:sz w:val="32"/>
        </w:rPr>
        <w:t>PROPOSAL PROGRAM KERJA</w:t>
      </w:r>
      <w:r>
        <w:rPr>
          <w:b/>
          <w:sz w:val="32"/>
        </w:rPr>
        <w:br/>
        <w:t>KULIAH KERJA NYATA (KKN)</w:t>
      </w:r>
      <w:r>
        <w:rPr>
          <w:b/>
          <w:sz w:val="32"/>
        </w:rPr>
        <w:br/>
        <w:t>STAI PADUKA ANAMBAS</w:t>
      </w:r>
    </w:p>
    <w:p w14:paraId="4E0D9057" w14:textId="4DCADF7E" w:rsidR="003565F6" w:rsidRDefault="008821C7">
      <w:r>
        <w:br/>
      </w:r>
    </w:p>
    <w:p w14:paraId="79674486" w14:textId="1FB2E076" w:rsidR="003565F6" w:rsidRDefault="008821C7">
      <w:pPr>
        <w:jc w:val="center"/>
      </w:pPr>
      <w:r>
        <w:rPr>
          <w:b/>
        </w:rPr>
        <w:t>JUDUL PROGRAM</w:t>
      </w:r>
      <w:r>
        <w:rPr>
          <w:b/>
        </w:rPr>
        <w:br/>
        <w:t>.....................................................</w:t>
      </w:r>
    </w:p>
    <w:p w14:paraId="09BCD09A" w14:textId="08C15BD9" w:rsidR="003565F6" w:rsidRDefault="008821C7">
      <w:r>
        <w:rPr>
          <w:noProof/>
        </w:rPr>
        <w:drawing>
          <wp:anchor distT="0" distB="0" distL="114300" distR="114300" simplePos="0" relativeHeight="251658752" behindDoc="0" locked="0" layoutInCell="1" allowOverlap="1" wp14:anchorId="751BB856" wp14:editId="045F5274">
            <wp:simplePos x="0" y="0"/>
            <wp:positionH relativeFrom="column">
              <wp:posOffset>2139315</wp:posOffset>
            </wp:positionH>
            <wp:positionV relativeFrom="paragraph">
              <wp:posOffset>1514475</wp:posOffset>
            </wp:positionV>
            <wp:extent cx="1485900" cy="1428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B9B6A9B" w14:textId="77777777" w:rsidR="003565F6" w:rsidRDefault="008821C7">
      <w:r>
        <w:rPr>
          <w:b/>
        </w:rPr>
        <w:lastRenderedPageBreak/>
        <w:t>A. LATAR BELAKANG</w:t>
      </w:r>
    </w:p>
    <w:p w14:paraId="04557ACE" w14:textId="77777777" w:rsidR="003565F6" w:rsidRDefault="008821C7">
      <w:r>
        <w:t>Jelaskan kondisi desa, permasalahan, kebutuhan masyarakat, dan alasan program ini dilaksanakan.</w:t>
      </w:r>
    </w:p>
    <w:p w14:paraId="5E54D0AE" w14:textId="77777777" w:rsidR="003565F6" w:rsidRDefault="008821C7">
      <w:r>
        <w:rPr>
          <w:b/>
        </w:rPr>
        <w:t>B. DASAR KEGIATAN</w:t>
      </w:r>
    </w:p>
    <w:p w14:paraId="76D6849D" w14:textId="77777777" w:rsidR="003565F6" w:rsidRDefault="008821C7">
      <w:r>
        <w:t>Program KKN STAI Paduka Anambas, hasil observasi desa, dan kesepakatan dengan pemerintah desa.</w:t>
      </w:r>
    </w:p>
    <w:p w14:paraId="1EAA8056" w14:textId="77777777" w:rsidR="003565F6" w:rsidRDefault="008821C7">
      <w:r>
        <w:rPr>
          <w:b/>
        </w:rPr>
        <w:t>C. TUJUAN KEGIATAN</w:t>
      </w:r>
    </w:p>
    <w:p w14:paraId="0E0A1C1E" w14:textId="77777777" w:rsidR="003565F6" w:rsidRDefault="008821C7">
      <w:r>
        <w:t>Tujuan umum dan tujuan khusus kegiatan.</w:t>
      </w:r>
    </w:p>
    <w:p w14:paraId="34E55935" w14:textId="77777777" w:rsidR="003565F6" w:rsidRDefault="008821C7">
      <w:r>
        <w:rPr>
          <w:b/>
        </w:rPr>
        <w:t>D. SASARAN KEGIATAN</w:t>
      </w:r>
    </w:p>
    <w:p w14:paraId="5D9C0378" w14:textId="77777777" w:rsidR="003565F6" w:rsidRDefault="008821C7">
      <w:r>
        <w:t>Kelompok masyarakat yang menjadi sasaran program.</w:t>
      </w:r>
    </w:p>
    <w:p w14:paraId="453DFBCB" w14:textId="77777777" w:rsidR="003565F6" w:rsidRDefault="008821C7">
      <w:r>
        <w:rPr>
          <w:b/>
        </w:rPr>
        <w:t>E. BENTUK DAN URAIAN KEGIATAN</w:t>
      </w:r>
    </w:p>
    <w:p w14:paraId="75F1757B" w14:textId="77777777" w:rsidR="003565F6" w:rsidRDefault="008821C7">
      <w:r>
        <w:t>Uraian kegiatan dan tahapan pelaksanaan.</w:t>
      </w:r>
    </w:p>
    <w:p w14:paraId="4B34EE9D" w14:textId="77777777" w:rsidR="003565F6" w:rsidRDefault="008821C7">
      <w:r>
        <w:rPr>
          <w:b/>
        </w:rPr>
        <w:t>F. WAKTU DAN TEMPAT PELAKSANAAN</w:t>
      </w:r>
    </w:p>
    <w:p w14:paraId="48B2CB7C" w14:textId="77777777" w:rsidR="003565F6" w:rsidRDefault="008821C7">
      <w:r>
        <w:t>Hari/Tanggal, Waktu, dan Tempat.</w:t>
      </w:r>
    </w:p>
    <w:p w14:paraId="0E3534B5" w14:textId="77777777" w:rsidR="003565F6" w:rsidRDefault="008821C7">
      <w:r>
        <w:rPr>
          <w:b/>
        </w:rPr>
        <w:t>G. SUSUNAN PELAKSANA</w:t>
      </w:r>
    </w:p>
    <w:p w14:paraId="2A33C35F" w14:textId="77777777" w:rsidR="003565F6" w:rsidRDefault="008821C7">
      <w:r>
        <w:t>Ketua program dan anggota pelaksana.</w:t>
      </w:r>
    </w:p>
    <w:p w14:paraId="1EDACF28" w14:textId="77777777" w:rsidR="003565F6" w:rsidRDefault="008821C7">
      <w:r>
        <w:rPr>
          <w:b/>
        </w:rPr>
        <w:t>H. RENCANA ANGGARAN BIAYA (RAB)</w:t>
      </w:r>
    </w:p>
    <w:p w14:paraId="4B49FB7C" w14:textId="77777777" w:rsidR="003565F6" w:rsidRDefault="008821C7">
      <w:r>
        <w:t>Gunakan tabel RAB berikut.</w:t>
      </w:r>
    </w:p>
    <w:p w14:paraId="7041A899" w14:textId="77777777" w:rsidR="003565F6" w:rsidRDefault="008821C7">
      <w:r>
        <w:rPr>
          <w:b/>
        </w:rPr>
        <w:t>I. INDIKATOR KEBERHASILAN</w:t>
      </w:r>
    </w:p>
    <w:p w14:paraId="21EDECA5" w14:textId="77777777" w:rsidR="003565F6" w:rsidRDefault="008821C7">
      <w:r>
        <w:t>Ukuran keberhasilan program.</w:t>
      </w:r>
    </w:p>
    <w:p w14:paraId="3F9C418B" w14:textId="77777777" w:rsidR="003565F6" w:rsidRDefault="008821C7">
      <w:r>
        <w:rPr>
          <w:b/>
        </w:rPr>
        <w:t>J. PENUTUP</w:t>
      </w:r>
    </w:p>
    <w:p w14:paraId="688B55E6" w14:textId="77777777" w:rsidR="003565F6" w:rsidRDefault="008821C7">
      <w:r>
        <w:t>Harapan dan manfaat program.</w:t>
      </w:r>
    </w:p>
    <w:p w14:paraId="446B41AE" w14:textId="77777777" w:rsidR="003565F6" w:rsidRDefault="003565F6"/>
    <w:p w14:paraId="61C383FB" w14:textId="77777777" w:rsidR="003565F6" w:rsidRDefault="008821C7">
      <w:r>
        <w:t>TABEL RENCANA ANGGARAN BIAYA (RAB)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58"/>
        <w:gridCol w:w="1860"/>
        <w:gridCol w:w="1859"/>
        <w:gridCol w:w="1859"/>
      </w:tblGrid>
      <w:tr w:rsidR="003565F6" w14:paraId="3B464701" w14:textId="77777777">
        <w:tc>
          <w:tcPr>
            <w:tcW w:w="1881" w:type="dxa"/>
          </w:tcPr>
          <w:p w14:paraId="24AB10DF" w14:textId="77777777" w:rsidR="003565F6" w:rsidRDefault="008821C7">
            <w:r>
              <w:t>No</w:t>
            </w:r>
          </w:p>
        </w:tc>
        <w:tc>
          <w:tcPr>
            <w:tcW w:w="1881" w:type="dxa"/>
          </w:tcPr>
          <w:p w14:paraId="51B308F0" w14:textId="77777777" w:rsidR="003565F6" w:rsidRDefault="008821C7">
            <w:r>
              <w:t>Uraian</w:t>
            </w:r>
          </w:p>
        </w:tc>
        <w:tc>
          <w:tcPr>
            <w:tcW w:w="1881" w:type="dxa"/>
          </w:tcPr>
          <w:p w14:paraId="5C6AB56E" w14:textId="77777777" w:rsidR="003565F6" w:rsidRDefault="008821C7">
            <w:r>
              <w:t>Volume</w:t>
            </w:r>
          </w:p>
        </w:tc>
        <w:tc>
          <w:tcPr>
            <w:tcW w:w="1881" w:type="dxa"/>
          </w:tcPr>
          <w:p w14:paraId="04BF196D" w14:textId="77777777" w:rsidR="003565F6" w:rsidRDefault="008821C7">
            <w:r>
              <w:t>Harga Satuan</w:t>
            </w:r>
          </w:p>
        </w:tc>
        <w:tc>
          <w:tcPr>
            <w:tcW w:w="1881" w:type="dxa"/>
          </w:tcPr>
          <w:p w14:paraId="323F239F" w14:textId="77777777" w:rsidR="003565F6" w:rsidRDefault="008821C7">
            <w:r>
              <w:t>Jumlah</w:t>
            </w:r>
          </w:p>
        </w:tc>
      </w:tr>
      <w:tr w:rsidR="003565F6" w14:paraId="3A6D7E5A" w14:textId="77777777">
        <w:tc>
          <w:tcPr>
            <w:tcW w:w="1881" w:type="dxa"/>
          </w:tcPr>
          <w:p w14:paraId="121ECCB4" w14:textId="77777777" w:rsidR="003565F6" w:rsidRDefault="008821C7">
            <w:r>
              <w:t>1</w:t>
            </w:r>
          </w:p>
        </w:tc>
        <w:tc>
          <w:tcPr>
            <w:tcW w:w="1881" w:type="dxa"/>
          </w:tcPr>
          <w:p w14:paraId="429FD8FA" w14:textId="77777777" w:rsidR="003565F6" w:rsidRDefault="003565F6"/>
        </w:tc>
        <w:tc>
          <w:tcPr>
            <w:tcW w:w="1881" w:type="dxa"/>
          </w:tcPr>
          <w:p w14:paraId="0953C285" w14:textId="77777777" w:rsidR="003565F6" w:rsidRDefault="003565F6"/>
        </w:tc>
        <w:tc>
          <w:tcPr>
            <w:tcW w:w="1881" w:type="dxa"/>
          </w:tcPr>
          <w:p w14:paraId="6D5A17AB" w14:textId="77777777" w:rsidR="003565F6" w:rsidRDefault="003565F6"/>
        </w:tc>
        <w:tc>
          <w:tcPr>
            <w:tcW w:w="1881" w:type="dxa"/>
          </w:tcPr>
          <w:p w14:paraId="344AF388" w14:textId="77777777" w:rsidR="003565F6" w:rsidRDefault="003565F6"/>
        </w:tc>
      </w:tr>
      <w:tr w:rsidR="003565F6" w14:paraId="38DBE85E" w14:textId="77777777">
        <w:tc>
          <w:tcPr>
            <w:tcW w:w="1881" w:type="dxa"/>
          </w:tcPr>
          <w:p w14:paraId="15950349" w14:textId="77777777" w:rsidR="003565F6" w:rsidRDefault="008821C7">
            <w:r>
              <w:t>2</w:t>
            </w:r>
          </w:p>
        </w:tc>
        <w:tc>
          <w:tcPr>
            <w:tcW w:w="1881" w:type="dxa"/>
          </w:tcPr>
          <w:p w14:paraId="10ABD107" w14:textId="77777777" w:rsidR="003565F6" w:rsidRDefault="003565F6"/>
        </w:tc>
        <w:tc>
          <w:tcPr>
            <w:tcW w:w="1881" w:type="dxa"/>
          </w:tcPr>
          <w:p w14:paraId="2A7EB44A" w14:textId="77777777" w:rsidR="003565F6" w:rsidRDefault="003565F6"/>
        </w:tc>
        <w:tc>
          <w:tcPr>
            <w:tcW w:w="1881" w:type="dxa"/>
          </w:tcPr>
          <w:p w14:paraId="59D73DF1" w14:textId="77777777" w:rsidR="003565F6" w:rsidRDefault="003565F6"/>
        </w:tc>
        <w:tc>
          <w:tcPr>
            <w:tcW w:w="1881" w:type="dxa"/>
          </w:tcPr>
          <w:p w14:paraId="31703632" w14:textId="77777777" w:rsidR="003565F6" w:rsidRDefault="003565F6"/>
        </w:tc>
      </w:tr>
      <w:tr w:rsidR="003565F6" w14:paraId="0AF3423C" w14:textId="77777777">
        <w:tc>
          <w:tcPr>
            <w:tcW w:w="1881" w:type="dxa"/>
          </w:tcPr>
          <w:p w14:paraId="676E2D92" w14:textId="77777777" w:rsidR="003565F6" w:rsidRDefault="008821C7">
            <w:r>
              <w:t>3</w:t>
            </w:r>
          </w:p>
        </w:tc>
        <w:tc>
          <w:tcPr>
            <w:tcW w:w="1881" w:type="dxa"/>
          </w:tcPr>
          <w:p w14:paraId="08D72890" w14:textId="77777777" w:rsidR="003565F6" w:rsidRDefault="003565F6"/>
        </w:tc>
        <w:tc>
          <w:tcPr>
            <w:tcW w:w="1881" w:type="dxa"/>
          </w:tcPr>
          <w:p w14:paraId="413BCCB7" w14:textId="77777777" w:rsidR="003565F6" w:rsidRDefault="003565F6"/>
        </w:tc>
        <w:tc>
          <w:tcPr>
            <w:tcW w:w="1881" w:type="dxa"/>
          </w:tcPr>
          <w:p w14:paraId="2E296F5C" w14:textId="77777777" w:rsidR="003565F6" w:rsidRDefault="003565F6"/>
        </w:tc>
        <w:tc>
          <w:tcPr>
            <w:tcW w:w="1881" w:type="dxa"/>
          </w:tcPr>
          <w:p w14:paraId="06A1DEF6" w14:textId="77777777" w:rsidR="003565F6" w:rsidRDefault="003565F6"/>
        </w:tc>
      </w:tr>
      <w:tr w:rsidR="003565F6" w14:paraId="0CACFAD2" w14:textId="77777777">
        <w:tc>
          <w:tcPr>
            <w:tcW w:w="1881" w:type="dxa"/>
          </w:tcPr>
          <w:p w14:paraId="3140BA7C" w14:textId="77777777" w:rsidR="003565F6" w:rsidRDefault="008821C7">
            <w:r>
              <w:t>4</w:t>
            </w:r>
          </w:p>
        </w:tc>
        <w:tc>
          <w:tcPr>
            <w:tcW w:w="1881" w:type="dxa"/>
          </w:tcPr>
          <w:p w14:paraId="1B3EF3DA" w14:textId="77777777" w:rsidR="003565F6" w:rsidRDefault="003565F6"/>
        </w:tc>
        <w:tc>
          <w:tcPr>
            <w:tcW w:w="1881" w:type="dxa"/>
          </w:tcPr>
          <w:p w14:paraId="591DACA3" w14:textId="77777777" w:rsidR="003565F6" w:rsidRDefault="003565F6"/>
        </w:tc>
        <w:tc>
          <w:tcPr>
            <w:tcW w:w="1881" w:type="dxa"/>
          </w:tcPr>
          <w:p w14:paraId="6274DD21" w14:textId="77777777" w:rsidR="003565F6" w:rsidRDefault="003565F6"/>
        </w:tc>
        <w:tc>
          <w:tcPr>
            <w:tcW w:w="1881" w:type="dxa"/>
          </w:tcPr>
          <w:p w14:paraId="385414C1" w14:textId="77777777" w:rsidR="003565F6" w:rsidRDefault="003565F6"/>
        </w:tc>
      </w:tr>
      <w:tr w:rsidR="003565F6" w14:paraId="7E33A1DF" w14:textId="77777777">
        <w:tc>
          <w:tcPr>
            <w:tcW w:w="1881" w:type="dxa"/>
          </w:tcPr>
          <w:p w14:paraId="631F016F" w14:textId="77777777" w:rsidR="003565F6" w:rsidRDefault="008821C7">
            <w:r>
              <w:t>5</w:t>
            </w:r>
          </w:p>
        </w:tc>
        <w:tc>
          <w:tcPr>
            <w:tcW w:w="1881" w:type="dxa"/>
          </w:tcPr>
          <w:p w14:paraId="3786F38A" w14:textId="77777777" w:rsidR="003565F6" w:rsidRDefault="003565F6"/>
        </w:tc>
        <w:tc>
          <w:tcPr>
            <w:tcW w:w="1881" w:type="dxa"/>
          </w:tcPr>
          <w:p w14:paraId="4F39C468" w14:textId="77777777" w:rsidR="003565F6" w:rsidRDefault="003565F6"/>
        </w:tc>
        <w:tc>
          <w:tcPr>
            <w:tcW w:w="1881" w:type="dxa"/>
          </w:tcPr>
          <w:p w14:paraId="7630AA5C" w14:textId="77777777" w:rsidR="003565F6" w:rsidRDefault="003565F6"/>
        </w:tc>
        <w:tc>
          <w:tcPr>
            <w:tcW w:w="1881" w:type="dxa"/>
          </w:tcPr>
          <w:p w14:paraId="440490CB" w14:textId="77777777" w:rsidR="003565F6" w:rsidRDefault="003565F6"/>
        </w:tc>
      </w:tr>
      <w:tr w:rsidR="003565F6" w14:paraId="0DE14BF7" w14:textId="77777777">
        <w:tc>
          <w:tcPr>
            <w:tcW w:w="1881" w:type="dxa"/>
          </w:tcPr>
          <w:p w14:paraId="1DD5D7F5" w14:textId="77777777" w:rsidR="003565F6" w:rsidRDefault="008821C7">
            <w:r>
              <w:t>6</w:t>
            </w:r>
          </w:p>
        </w:tc>
        <w:tc>
          <w:tcPr>
            <w:tcW w:w="1881" w:type="dxa"/>
          </w:tcPr>
          <w:p w14:paraId="2FCA93DE" w14:textId="77777777" w:rsidR="003565F6" w:rsidRDefault="003565F6"/>
        </w:tc>
        <w:tc>
          <w:tcPr>
            <w:tcW w:w="1881" w:type="dxa"/>
          </w:tcPr>
          <w:p w14:paraId="09977887" w14:textId="77777777" w:rsidR="003565F6" w:rsidRDefault="003565F6"/>
        </w:tc>
        <w:tc>
          <w:tcPr>
            <w:tcW w:w="1881" w:type="dxa"/>
          </w:tcPr>
          <w:p w14:paraId="12F79475" w14:textId="77777777" w:rsidR="003565F6" w:rsidRDefault="003565F6"/>
        </w:tc>
        <w:tc>
          <w:tcPr>
            <w:tcW w:w="1881" w:type="dxa"/>
          </w:tcPr>
          <w:p w14:paraId="3F0715EF" w14:textId="77777777" w:rsidR="003565F6" w:rsidRDefault="003565F6"/>
        </w:tc>
      </w:tr>
      <w:tr w:rsidR="003565F6" w14:paraId="47F29801" w14:textId="77777777">
        <w:tc>
          <w:tcPr>
            <w:tcW w:w="1881" w:type="dxa"/>
          </w:tcPr>
          <w:p w14:paraId="172C09EA" w14:textId="77777777" w:rsidR="003565F6" w:rsidRDefault="008821C7">
            <w:r>
              <w:t>7</w:t>
            </w:r>
          </w:p>
        </w:tc>
        <w:tc>
          <w:tcPr>
            <w:tcW w:w="1881" w:type="dxa"/>
          </w:tcPr>
          <w:p w14:paraId="0F851EEB" w14:textId="77777777" w:rsidR="003565F6" w:rsidRDefault="003565F6"/>
        </w:tc>
        <w:tc>
          <w:tcPr>
            <w:tcW w:w="1881" w:type="dxa"/>
          </w:tcPr>
          <w:p w14:paraId="00FFC6BC" w14:textId="77777777" w:rsidR="003565F6" w:rsidRDefault="003565F6"/>
        </w:tc>
        <w:tc>
          <w:tcPr>
            <w:tcW w:w="1881" w:type="dxa"/>
          </w:tcPr>
          <w:p w14:paraId="6F77D7F6" w14:textId="77777777" w:rsidR="003565F6" w:rsidRDefault="003565F6"/>
        </w:tc>
        <w:tc>
          <w:tcPr>
            <w:tcW w:w="1881" w:type="dxa"/>
          </w:tcPr>
          <w:p w14:paraId="63A4E503" w14:textId="77777777" w:rsidR="003565F6" w:rsidRDefault="003565F6"/>
        </w:tc>
      </w:tr>
    </w:tbl>
    <w:p w14:paraId="40BE3821" w14:textId="77777777" w:rsidR="003565F6" w:rsidRDefault="008821C7">
      <w:r>
        <w:br/>
        <w:t>Total Biaya : Rp __________________</w:t>
      </w:r>
    </w:p>
    <w:p w14:paraId="1F32A7D0" w14:textId="179E15B5" w:rsidR="003565F6" w:rsidRDefault="008821C7" w:rsidP="008821C7">
      <w:pPr>
        <w:jc w:val="center"/>
      </w:pPr>
      <w:r>
        <w:br w:type="page"/>
      </w:r>
      <w:r>
        <w:lastRenderedPageBreak/>
        <w:t>PENGESAHAN</w:t>
      </w:r>
    </w:p>
    <w:p w14:paraId="10FC5F8E" w14:textId="77777777" w:rsidR="007430C8" w:rsidRDefault="008821C7" w:rsidP="007430C8">
      <w:r>
        <w:br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7430C8" w14:paraId="57F4FA51" w14:textId="77777777" w:rsidTr="00525757">
        <w:trPr>
          <w:jc w:val="center"/>
        </w:trPr>
        <w:tc>
          <w:tcPr>
            <w:tcW w:w="4647" w:type="dxa"/>
            <w:vAlign w:val="center"/>
          </w:tcPr>
          <w:p w14:paraId="3CEA870E" w14:textId="77777777" w:rsidR="007430C8" w:rsidRDefault="007430C8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0C4BEDF8" w14:textId="77777777" w:rsidR="007430C8" w:rsidRDefault="007430C8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  <w:tr w:rsidR="007430C8" w14:paraId="25D5C6AB" w14:textId="77777777" w:rsidTr="002723DB">
        <w:trPr>
          <w:jc w:val="center"/>
        </w:trPr>
        <w:tc>
          <w:tcPr>
            <w:tcW w:w="9287" w:type="dxa"/>
            <w:gridSpan w:val="2"/>
            <w:vAlign w:val="center"/>
          </w:tcPr>
          <w:p w14:paraId="19E29E0B" w14:textId="501F34BB" w:rsidR="007430C8" w:rsidRDefault="007430C8" w:rsidP="007430C8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KKN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</w:tbl>
    <w:p w14:paraId="3FFB07BC" w14:textId="20239AF5" w:rsidR="007430C8" w:rsidRDefault="007430C8" w:rsidP="007430C8"/>
    <w:p w14:paraId="755CA469" w14:textId="0F28AD98" w:rsidR="003565F6" w:rsidRDefault="008821C7">
      <w:r>
        <w:br/>
      </w:r>
    </w:p>
    <w:sectPr w:rsidR="003565F6" w:rsidSect="008821C7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65F6"/>
    <w:rsid w:val="007430C8"/>
    <w:rsid w:val="008821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ADEA64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2026-09-08T05:05:00Z</dcterms:modified>
  <cp:category/>
</cp:coreProperties>
</file>